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54C1" w14:textId="77777777" w:rsidR="00DE355B" w:rsidRPr="000577E9" w:rsidRDefault="00000000">
      <w:pPr>
        <w:spacing w:before="1300"/>
        <w:jc w:val="center"/>
        <w:rPr>
          <w:lang w:val="nl-NL"/>
        </w:rPr>
      </w:pPr>
      <w:r w:rsidRPr="000577E9">
        <w:rPr>
          <w:b/>
          <w:sz w:val="68"/>
          <w:lang w:val="nl-NL"/>
        </w:rPr>
        <w:t>DE SOCIALE</w:t>
      </w:r>
      <w:r w:rsidRPr="000577E9">
        <w:rPr>
          <w:b/>
          <w:sz w:val="68"/>
          <w:lang w:val="nl-NL"/>
        </w:rPr>
        <w:br/>
        <w:t>ESCAPEROOM</w:t>
      </w:r>
    </w:p>
    <w:p w14:paraId="58763E30" w14:textId="77777777" w:rsidR="00DE355B" w:rsidRPr="000577E9" w:rsidRDefault="00000000">
      <w:pPr>
        <w:jc w:val="center"/>
        <w:rPr>
          <w:lang w:val="nl-NL"/>
        </w:rPr>
      </w:pPr>
      <w:r w:rsidRPr="000577E9">
        <w:rPr>
          <w:i/>
          <w:sz w:val="36"/>
          <w:lang w:val="nl-NL"/>
        </w:rPr>
        <w:t>Alleen kom je er niet</w:t>
      </w:r>
    </w:p>
    <w:p w14:paraId="4B3C9B9E" w14:textId="77777777" w:rsidR="00DE355B" w:rsidRPr="000577E9" w:rsidRDefault="00000000">
      <w:pPr>
        <w:rPr>
          <w:lang w:val="nl-NL"/>
        </w:rPr>
      </w:pPr>
      <w:r w:rsidRPr="000577E9">
        <w:rPr>
          <w:lang w:val="nl-NL"/>
        </w:rPr>
        <w:br/>
      </w:r>
    </w:p>
    <w:tbl>
      <w:tblPr>
        <w:tblW w:w="0" w:type="auto"/>
        <w:jc w:val="center"/>
        <w:tblLayout w:type="fixed"/>
        <w:tblLook w:val="04A0" w:firstRow="1" w:lastRow="0" w:firstColumn="1" w:lastColumn="0" w:noHBand="0" w:noVBand="1"/>
      </w:tblPr>
      <w:tblGrid>
        <w:gridCol w:w="9921"/>
      </w:tblGrid>
      <w:tr w:rsidR="00DE355B" w:rsidRPr="000577E9" w14:paraId="58921D88"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E8E8E8"/>
            <w:tcMar>
              <w:top w:w="110" w:type="dxa"/>
              <w:left w:w="150" w:type="dxa"/>
              <w:bottom w:w="110" w:type="dxa"/>
              <w:right w:w="150" w:type="dxa"/>
            </w:tcMar>
          </w:tcPr>
          <w:p w14:paraId="6F2AD09E" w14:textId="77777777" w:rsidR="00DE355B" w:rsidRPr="000577E9" w:rsidRDefault="00000000">
            <w:r w:rsidRPr="000577E9">
              <w:rPr>
                <w:lang w:val="nl-NL"/>
              </w:rPr>
              <w:t xml:space="preserve">Een complete, direct printbare </w:t>
            </w:r>
            <w:proofErr w:type="spellStart"/>
            <w:r w:rsidRPr="000577E9">
              <w:rPr>
                <w:lang w:val="nl-NL"/>
              </w:rPr>
              <w:t>mentorles</w:t>
            </w:r>
            <w:proofErr w:type="spellEnd"/>
            <w:r w:rsidRPr="000577E9">
              <w:rPr>
                <w:lang w:val="nl-NL"/>
              </w:rPr>
              <w:t xml:space="preserve"> op drie niveaus over acceptatie, inzet, elkaar helpen en waardering. </w:t>
            </w:r>
            <w:r w:rsidRPr="000577E9">
              <w:t xml:space="preserve">Met </w:t>
            </w:r>
            <w:proofErr w:type="spellStart"/>
            <w:r w:rsidRPr="000577E9">
              <w:t>leerlingmateriaal</w:t>
            </w:r>
            <w:proofErr w:type="spellEnd"/>
            <w:r w:rsidRPr="000577E9">
              <w:t xml:space="preserve">, </w:t>
            </w:r>
            <w:proofErr w:type="spellStart"/>
            <w:r w:rsidRPr="000577E9">
              <w:t>knipkaartjes</w:t>
            </w:r>
            <w:proofErr w:type="spellEnd"/>
            <w:r w:rsidRPr="000577E9">
              <w:t>, hints, zelfcontrole en antwoordmodel.</w:t>
            </w:r>
          </w:p>
        </w:tc>
      </w:tr>
    </w:tbl>
    <w:p w14:paraId="7883C60A" w14:textId="77777777" w:rsidR="00DE355B" w:rsidRPr="000577E9" w:rsidRDefault="00DE355B">
      <w:pPr>
        <w:spacing w:after="0"/>
      </w:pPr>
    </w:p>
    <w:p w14:paraId="72517374" w14:textId="77777777" w:rsidR="00DE355B" w:rsidRPr="000577E9" w:rsidRDefault="00000000">
      <w:pPr>
        <w:jc w:val="center"/>
        <w:rPr>
          <w:lang w:val="nl-NL"/>
        </w:rPr>
      </w:pPr>
      <w:r w:rsidRPr="000577E9">
        <w:rPr>
          <w:b/>
          <w:sz w:val="24"/>
          <w:lang w:val="nl-NL"/>
        </w:rPr>
        <w:t>Niveau 1 - Basis   |   Niveau 2 - Verdieping   |   Niveau 3 - Uitdaging</w:t>
      </w:r>
    </w:p>
    <w:p w14:paraId="252B8D84" w14:textId="77777777" w:rsidR="00DE355B" w:rsidRPr="000577E9" w:rsidRDefault="00000000">
      <w:pPr>
        <w:rPr>
          <w:lang w:val="nl-NL"/>
        </w:rPr>
      </w:pPr>
      <w:r w:rsidRPr="000577E9">
        <w:rPr>
          <w:lang w:val="nl-NL"/>
        </w:rPr>
        <w:br w:type="page"/>
      </w:r>
    </w:p>
    <w:tbl>
      <w:tblPr>
        <w:tblW w:w="0" w:type="auto"/>
        <w:jc w:val="center"/>
        <w:tblLayout w:type="fixed"/>
        <w:tblLook w:val="04A0" w:firstRow="1" w:lastRow="0" w:firstColumn="1" w:lastColumn="0" w:noHBand="0" w:noVBand="1"/>
      </w:tblPr>
      <w:tblGrid>
        <w:gridCol w:w="10091"/>
      </w:tblGrid>
      <w:tr w:rsidR="00DE355B" w:rsidRPr="000577E9" w14:paraId="53BE3761"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12E0C3A4" w14:textId="77777777" w:rsidR="00DE355B" w:rsidRPr="000577E9" w:rsidRDefault="00000000">
            <w:pPr>
              <w:jc w:val="center"/>
            </w:pPr>
            <w:r w:rsidRPr="000577E9">
              <w:rPr>
                <w:b/>
              </w:rPr>
              <w:lastRenderedPageBreak/>
              <w:t>DOCENTHANDLEIDING</w:t>
            </w:r>
          </w:p>
        </w:tc>
      </w:tr>
    </w:tbl>
    <w:p w14:paraId="435F650C" w14:textId="77777777" w:rsidR="00DE355B" w:rsidRPr="000577E9" w:rsidRDefault="00000000">
      <w:pPr>
        <w:pStyle w:val="Kop1"/>
        <w:rPr>
          <w:color w:val="auto"/>
        </w:rPr>
      </w:pPr>
      <w:r w:rsidRPr="000577E9">
        <w:rPr>
          <w:color w:val="auto"/>
        </w:rPr>
        <w:t>Zo gebruik je dit printpakket</w:t>
      </w:r>
    </w:p>
    <w:p w14:paraId="3DB44AE9" w14:textId="77777777" w:rsidR="00DE355B" w:rsidRPr="000577E9" w:rsidRDefault="00000000">
      <w:pPr>
        <w:rPr>
          <w:lang w:val="nl-NL"/>
        </w:rPr>
      </w:pPr>
      <w:r w:rsidRPr="000577E9">
        <w:rPr>
          <w:lang w:val="nl-NL"/>
        </w:rPr>
        <w:t>De drie niveaus hebben hetzelfde doel, maar vragen steeds meer zelfstandig redeneren. Kies het niveau op basis van de groep en niet alleen op basis van het schooltype. Een sterke vmbo-groep kan prima niveau 2 doen; een havo/vwo-groep die nog weinig ervaring heeft met puzzels kan juist starten met niveau 1.</w:t>
      </w:r>
    </w:p>
    <w:p w14:paraId="48AAA669" w14:textId="77777777" w:rsidR="00DE355B" w:rsidRPr="000577E9" w:rsidRDefault="00000000">
      <w:pPr>
        <w:pStyle w:val="Kop2"/>
        <w:rPr>
          <w:color w:val="auto"/>
        </w:rPr>
      </w:pPr>
      <w:proofErr w:type="spellStart"/>
      <w:r w:rsidRPr="000577E9">
        <w:rPr>
          <w:color w:val="auto"/>
        </w:rPr>
        <w:t>Doelen</w:t>
      </w:r>
      <w:proofErr w:type="spellEnd"/>
    </w:p>
    <w:p w14:paraId="55BED4D9" w14:textId="77777777" w:rsidR="00DE355B" w:rsidRPr="000577E9" w:rsidRDefault="00000000">
      <w:pPr>
        <w:pStyle w:val="Lijstopsomteken"/>
        <w:spacing w:after="40"/>
        <w:rPr>
          <w:lang w:val="nl-NL"/>
        </w:rPr>
      </w:pPr>
      <w:r w:rsidRPr="000577E9">
        <w:rPr>
          <w:lang w:val="nl-NL"/>
        </w:rPr>
        <w:t>Leerlingen ervaren dat een team sterker wordt wanneer iedereen kan deelnemen en informatie deelt.</w:t>
      </w:r>
    </w:p>
    <w:p w14:paraId="14F86658" w14:textId="77777777" w:rsidR="00DE355B" w:rsidRPr="000577E9" w:rsidRDefault="00000000">
      <w:pPr>
        <w:pStyle w:val="Lijstopsomteken"/>
        <w:spacing w:after="40"/>
        <w:rPr>
          <w:lang w:val="nl-NL"/>
        </w:rPr>
      </w:pPr>
      <w:r w:rsidRPr="000577E9">
        <w:rPr>
          <w:lang w:val="nl-NL"/>
        </w:rPr>
        <w:t>Leerlingen oefenen met doorzetten, hypotheses testen en fouten gebruiken als informatie.</w:t>
      </w:r>
    </w:p>
    <w:p w14:paraId="187B0BD2" w14:textId="77777777" w:rsidR="00DE355B" w:rsidRPr="000577E9" w:rsidRDefault="00000000">
      <w:pPr>
        <w:pStyle w:val="Lijstopsomteken"/>
        <w:spacing w:after="40"/>
        <w:rPr>
          <w:lang w:val="nl-NL"/>
        </w:rPr>
      </w:pPr>
      <w:r w:rsidRPr="000577E9">
        <w:rPr>
          <w:lang w:val="nl-NL"/>
        </w:rPr>
        <w:t>Leerlingen ontdekken dat zichtbaarheid niet hetzelfde is als waarde of bijdrage.</w:t>
      </w:r>
    </w:p>
    <w:p w14:paraId="43814690" w14:textId="77777777" w:rsidR="00DE355B" w:rsidRPr="000577E9" w:rsidRDefault="00000000">
      <w:pPr>
        <w:pStyle w:val="Lijstopsomteken"/>
        <w:spacing w:after="40"/>
        <w:rPr>
          <w:lang w:val="nl-NL"/>
        </w:rPr>
      </w:pPr>
      <w:r w:rsidRPr="000577E9">
        <w:rPr>
          <w:lang w:val="nl-NL"/>
        </w:rPr>
        <w:t>De mentor krijgt concrete aanknopingspunten om na afloop over groepsgedrag te praten.</w:t>
      </w:r>
    </w:p>
    <w:p w14:paraId="517CE2E5" w14:textId="77777777" w:rsidR="00DE355B" w:rsidRPr="000577E9" w:rsidRDefault="00000000">
      <w:pPr>
        <w:pStyle w:val="Kop2"/>
        <w:rPr>
          <w:color w:val="auto"/>
        </w:rPr>
      </w:pPr>
      <w:proofErr w:type="spellStart"/>
      <w:r w:rsidRPr="000577E9">
        <w:rPr>
          <w:color w:val="auto"/>
        </w:rPr>
        <w:t>Niveaus</w:t>
      </w:r>
      <w:proofErr w:type="spellEnd"/>
    </w:p>
    <w:tbl>
      <w:tblPr>
        <w:tblStyle w:val="Tabelraster"/>
        <w:tblW w:w="0" w:type="auto"/>
        <w:jc w:val="center"/>
        <w:tblLayout w:type="fixed"/>
        <w:tblLook w:val="04A0" w:firstRow="1" w:lastRow="0" w:firstColumn="1" w:lastColumn="0" w:noHBand="0" w:noVBand="1"/>
      </w:tblPr>
      <w:tblGrid>
        <w:gridCol w:w="1701"/>
        <w:gridCol w:w="2268"/>
        <w:gridCol w:w="3969"/>
        <w:gridCol w:w="1701"/>
      </w:tblGrid>
      <w:tr w:rsidR="00DE355B" w:rsidRPr="000577E9" w14:paraId="7D15EEB0" w14:textId="77777777">
        <w:trPr>
          <w:jc w:val="center"/>
        </w:trPr>
        <w:tc>
          <w:tcPr>
            <w:tcW w:w="1701" w:type="dxa"/>
            <w:shd w:val="clear" w:color="auto" w:fill="E5E5E5"/>
            <w:vAlign w:val="center"/>
          </w:tcPr>
          <w:p w14:paraId="3F194A33" w14:textId="77777777" w:rsidR="00DE355B" w:rsidRPr="000577E9" w:rsidRDefault="00000000">
            <w:pPr>
              <w:jc w:val="center"/>
            </w:pPr>
            <w:r w:rsidRPr="000577E9">
              <w:rPr>
                <w:b/>
                <w:sz w:val="17"/>
              </w:rPr>
              <w:t>Niveau</w:t>
            </w:r>
          </w:p>
        </w:tc>
        <w:tc>
          <w:tcPr>
            <w:tcW w:w="2268" w:type="dxa"/>
            <w:shd w:val="clear" w:color="auto" w:fill="E5E5E5"/>
            <w:vAlign w:val="center"/>
          </w:tcPr>
          <w:p w14:paraId="48406CA8" w14:textId="77777777" w:rsidR="00DE355B" w:rsidRPr="000577E9" w:rsidRDefault="00000000">
            <w:pPr>
              <w:jc w:val="center"/>
            </w:pPr>
            <w:r w:rsidRPr="000577E9">
              <w:rPr>
                <w:b/>
                <w:sz w:val="17"/>
              </w:rPr>
              <w:t>Richtgroep</w:t>
            </w:r>
          </w:p>
        </w:tc>
        <w:tc>
          <w:tcPr>
            <w:tcW w:w="3969" w:type="dxa"/>
            <w:shd w:val="clear" w:color="auto" w:fill="E5E5E5"/>
            <w:vAlign w:val="center"/>
          </w:tcPr>
          <w:p w14:paraId="6A95329C" w14:textId="77777777" w:rsidR="00DE355B" w:rsidRPr="000577E9" w:rsidRDefault="00000000">
            <w:pPr>
              <w:jc w:val="center"/>
            </w:pPr>
            <w:r w:rsidRPr="000577E9">
              <w:rPr>
                <w:b/>
                <w:sz w:val="17"/>
              </w:rPr>
              <w:t>Kenmerk</w:t>
            </w:r>
          </w:p>
        </w:tc>
        <w:tc>
          <w:tcPr>
            <w:tcW w:w="1701" w:type="dxa"/>
            <w:shd w:val="clear" w:color="auto" w:fill="E5E5E5"/>
            <w:vAlign w:val="center"/>
          </w:tcPr>
          <w:p w14:paraId="78C372BE" w14:textId="77777777" w:rsidR="00DE355B" w:rsidRPr="000577E9" w:rsidRDefault="00000000">
            <w:pPr>
              <w:jc w:val="center"/>
            </w:pPr>
            <w:r w:rsidRPr="000577E9">
              <w:rPr>
                <w:b/>
                <w:sz w:val="17"/>
              </w:rPr>
              <w:t>Richttijd</w:t>
            </w:r>
          </w:p>
        </w:tc>
      </w:tr>
      <w:tr w:rsidR="00DE355B" w:rsidRPr="000577E9" w14:paraId="31543697" w14:textId="77777777">
        <w:trPr>
          <w:cantSplit/>
          <w:jc w:val="center"/>
        </w:trPr>
        <w:tc>
          <w:tcPr>
            <w:tcW w:w="1701" w:type="dxa"/>
            <w:tcMar>
              <w:top w:w="70" w:type="dxa"/>
              <w:left w:w="80" w:type="dxa"/>
              <w:bottom w:w="70" w:type="dxa"/>
              <w:right w:w="80" w:type="dxa"/>
            </w:tcMar>
            <w:vAlign w:val="center"/>
          </w:tcPr>
          <w:p w14:paraId="4D72C5F4" w14:textId="77777777" w:rsidR="00DE355B" w:rsidRPr="000577E9" w:rsidRDefault="00000000">
            <w:pPr>
              <w:jc w:val="center"/>
            </w:pPr>
            <w:r w:rsidRPr="000577E9">
              <w:rPr>
                <w:sz w:val="17"/>
              </w:rPr>
              <w:t>1 - Basis</w:t>
            </w:r>
          </w:p>
        </w:tc>
        <w:tc>
          <w:tcPr>
            <w:tcW w:w="2268" w:type="dxa"/>
            <w:tcMar>
              <w:top w:w="70" w:type="dxa"/>
              <w:left w:w="80" w:type="dxa"/>
              <w:bottom w:w="70" w:type="dxa"/>
              <w:right w:w="80" w:type="dxa"/>
            </w:tcMar>
            <w:vAlign w:val="center"/>
          </w:tcPr>
          <w:p w14:paraId="472110C2" w14:textId="77777777" w:rsidR="00DE355B" w:rsidRPr="000577E9" w:rsidRDefault="00000000">
            <w:pPr>
              <w:rPr>
                <w:lang w:val="nl-NL"/>
              </w:rPr>
            </w:pPr>
            <w:r w:rsidRPr="000577E9">
              <w:rPr>
                <w:sz w:val="17"/>
                <w:lang w:val="nl-NL"/>
              </w:rPr>
              <w:t>vmbo b/k, of startende puzzelaars</w:t>
            </w:r>
          </w:p>
        </w:tc>
        <w:tc>
          <w:tcPr>
            <w:tcW w:w="3969" w:type="dxa"/>
            <w:tcMar>
              <w:top w:w="70" w:type="dxa"/>
              <w:left w:w="80" w:type="dxa"/>
              <w:bottom w:w="70" w:type="dxa"/>
              <w:right w:w="80" w:type="dxa"/>
            </w:tcMar>
            <w:vAlign w:val="center"/>
          </w:tcPr>
          <w:p w14:paraId="5A8CCAA0" w14:textId="77777777" w:rsidR="00DE355B" w:rsidRPr="000577E9" w:rsidRDefault="00000000">
            <w:pPr>
              <w:rPr>
                <w:lang w:val="nl-NL"/>
              </w:rPr>
            </w:pPr>
            <w:r w:rsidRPr="000577E9">
              <w:rPr>
                <w:sz w:val="17"/>
                <w:lang w:val="nl-NL"/>
              </w:rPr>
              <w:t>Duidelijke stappen, concrete logica, steunvragen</w:t>
            </w:r>
          </w:p>
        </w:tc>
        <w:tc>
          <w:tcPr>
            <w:tcW w:w="1701" w:type="dxa"/>
            <w:tcMar>
              <w:top w:w="70" w:type="dxa"/>
              <w:left w:w="80" w:type="dxa"/>
              <w:bottom w:w="70" w:type="dxa"/>
              <w:right w:w="80" w:type="dxa"/>
            </w:tcMar>
            <w:vAlign w:val="center"/>
          </w:tcPr>
          <w:p w14:paraId="66464865" w14:textId="77777777" w:rsidR="00DE355B" w:rsidRPr="000577E9" w:rsidRDefault="00000000">
            <w:pPr>
              <w:jc w:val="center"/>
            </w:pPr>
            <w:r w:rsidRPr="000577E9">
              <w:rPr>
                <w:sz w:val="17"/>
              </w:rPr>
              <w:t>40-50 min</w:t>
            </w:r>
          </w:p>
        </w:tc>
      </w:tr>
      <w:tr w:rsidR="00DE355B" w:rsidRPr="000577E9" w14:paraId="57CAA35D" w14:textId="77777777">
        <w:trPr>
          <w:cantSplit/>
          <w:jc w:val="center"/>
        </w:trPr>
        <w:tc>
          <w:tcPr>
            <w:tcW w:w="1701" w:type="dxa"/>
            <w:tcMar>
              <w:top w:w="70" w:type="dxa"/>
              <w:left w:w="80" w:type="dxa"/>
              <w:bottom w:w="70" w:type="dxa"/>
              <w:right w:w="80" w:type="dxa"/>
            </w:tcMar>
            <w:vAlign w:val="center"/>
          </w:tcPr>
          <w:p w14:paraId="06BF07EA" w14:textId="77777777" w:rsidR="00DE355B" w:rsidRPr="000577E9" w:rsidRDefault="00000000">
            <w:pPr>
              <w:jc w:val="center"/>
            </w:pPr>
            <w:r w:rsidRPr="000577E9">
              <w:rPr>
                <w:sz w:val="17"/>
              </w:rPr>
              <w:t>2 - Verdieping</w:t>
            </w:r>
          </w:p>
        </w:tc>
        <w:tc>
          <w:tcPr>
            <w:tcW w:w="2268" w:type="dxa"/>
            <w:tcMar>
              <w:top w:w="70" w:type="dxa"/>
              <w:left w:w="80" w:type="dxa"/>
              <w:bottom w:w="70" w:type="dxa"/>
              <w:right w:w="80" w:type="dxa"/>
            </w:tcMar>
            <w:vAlign w:val="center"/>
          </w:tcPr>
          <w:p w14:paraId="699F534D" w14:textId="77777777" w:rsidR="00DE355B" w:rsidRPr="000577E9" w:rsidRDefault="00000000">
            <w:pPr>
              <w:rPr>
                <w:lang w:val="nl-NL"/>
              </w:rPr>
            </w:pPr>
            <w:r w:rsidRPr="000577E9">
              <w:rPr>
                <w:sz w:val="17"/>
                <w:lang w:val="nl-NL"/>
              </w:rPr>
              <w:t>vmbo-t / havo, of sterke basisgroep</w:t>
            </w:r>
          </w:p>
        </w:tc>
        <w:tc>
          <w:tcPr>
            <w:tcW w:w="3969" w:type="dxa"/>
            <w:tcMar>
              <w:top w:w="70" w:type="dxa"/>
              <w:left w:w="80" w:type="dxa"/>
              <w:bottom w:w="70" w:type="dxa"/>
              <w:right w:w="80" w:type="dxa"/>
            </w:tcMar>
            <w:vAlign w:val="center"/>
          </w:tcPr>
          <w:p w14:paraId="204BB320" w14:textId="77777777" w:rsidR="00DE355B" w:rsidRPr="000577E9" w:rsidRDefault="00000000">
            <w:pPr>
              <w:rPr>
                <w:lang w:val="nl-NL"/>
              </w:rPr>
            </w:pPr>
            <w:r w:rsidRPr="000577E9">
              <w:rPr>
                <w:sz w:val="17"/>
                <w:lang w:val="nl-NL"/>
              </w:rPr>
              <w:t>Meer afleiders, combineren, rekenen en controleren</w:t>
            </w:r>
          </w:p>
        </w:tc>
        <w:tc>
          <w:tcPr>
            <w:tcW w:w="1701" w:type="dxa"/>
            <w:tcMar>
              <w:top w:w="70" w:type="dxa"/>
              <w:left w:w="80" w:type="dxa"/>
              <w:bottom w:w="70" w:type="dxa"/>
              <w:right w:w="80" w:type="dxa"/>
            </w:tcMar>
            <w:vAlign w:val="center"/>
          </w:tcPr>
          <w:p w14:paraId="132399A9" w14:textId="77777777" w:rsidR="00DE355B" w:rsidRPr="000577E9" w:rsidRDefault="00000000">
            <w:pPr>
              <w:jc w:val="center"/>
            </w:pPr>
            <w:r w:rsidRPr="000577E9">
              <w:rPr>
                <w:sz w:val="17"/>
              </w:rPr>
              <w:t>45-55 min</w:t>
            </w:r>
          </w:p>
        </w:tc>
      </w:tr>
      <w:tr w:rsidR="00DE355B" w:rsidRPr="000577E9" w14:paraId="46EA2919" w14:textId="77777777">
        <w:trPr>
          <w:cantSplit/>
          <w:jc w:val="center"/>
        </w:trPr>
        <w:tc>
          <w:tcPr>
            <w:tcW w:w="1701" w:type="dxa"/>
            <w:tcMar>
              <w:top w:w="70" w:type="dxa"/>
              <w:left w:w="80" w:type="dxa"/>
              <w:bottom w:w="70" w:type="dxa"/>
              <w:right w:w="80" w:type="dxa"/>
            </w:tcMar>
            <w:vAlign w:val="center"/>
          </w:tcPr>
          <w:p w14:paraId="13E9FEC1" w14:textId="77777777" w:rsidR="00DE355B" w:rsidRPr="000577E9" w:rsidRDefault="00000000">
            <w:pPr>
              <w:jc w:val="center"/>
            </w:pPr>
            <w:r w:rsidRPr="000577E9">
              <w:rPr>
                <w:sz w:val="17"/>
              </w:rPr>
              <w:t>3 - Uitdaging</w:t>
            </w:r>
          </w:p>
        </w:tc>
        <w:tc>
          <w:tcPr>
            <w:tcW w:w="2268" w:type="dxa"/>
            <w:tcMar>
              <w:top w:w="70" w:type="dxa"/>
              <w:left w:w="80" w:type="dxa"/>
              <w:bottom w:w="70" w:type="dxa"/>
              <w:right w:w="80" w:type="dxa"/>
            </w:tcMar>
            <w:vAlign w:val="center"/>
          </w:tcPr>
          <w:p w14:paraId="12DEEF08" w14:textId="77777777" w:rsidR="00DE355B" w:rsidRPr="000577E9" w:rsidRDefault="00000000">
            <w:pPr>
              <w:rPr>
                <w:lang w:val="nl-NL"/>
              </w:rPr>
            </w:pPr>
            <w:r w:rsidRPr="000577E9">
              <w:rPr>
                <w:sz w:val="17"/>
                <w:lang w:val="nl-NL"/>
              </w:rPr>
              <w:t>havo/vwo, of ervaren puzzelaars</w:t>
            </w:r>
          </w:p>
        </w:tc>
        <w:tc>
          <w:tcPr>
            <w:tcW w:w="3969" w:type="dxa"/>
            <w:tcMar>
              <w:top w:w="70" w:type="dxa"/>
              <w:left w:w="80" w:type="dxa"/>
              <w:bottom w:w="70" w:type="dxa"/>
              <w:right w:w="80" w:type="dxa"/>
            </w:tcMar>
            <w:vAlign w:val="center"/>
          </w:tcPr>
          <w:p w14:paraId="0D84D33C" w14:textId="77777777" w:rsidR="00DE355B" w:rsidRPr="000577E9" w:rsidRDefault="00000000">
            <w:pPr>
              <w:rPr>
                <w:lang w:val="nl-NL"/>
              </w:rPr>
            </w:pPr>
            <w:r w:rsidRPr="000577E9">
              <w:rPr>
                <w:sz w:val="17"/>
                <w:lang w:val="nl-NL"/>
              </w:rPr>
              <w:t>Onbetrouwbare info, bewijsvoering, netwerk- en code-logica</w:t>
            </w:r>
          </w:p>
        </w:tc>
        <w:tc>
          <w:tcPr>
            <w:tcW w:w="1701" w:type="dxa"/>
            <w:tcMar>
              <w:top w:w="70" w:type="dxa"/>
              <w:left w:w="80" w:type="dxa"/>
              <w:bottom w:w="70" w:type="dxa"/>
              <w:right w:w="80" w:type="dxa"/>
            </w:tcMar>
            <w:vAlign w:val="center"/>
          </w:tcPr>
          <w:p w14:paraId="3BA869A8" w14:textId="77777777" w:rsidR="00DE355B" w:rsidRPr="000577E9" w:rsidRDefault="00000000">
            <w:pPr>
              <w:jc w:val="center"/>
            </w:pPr>
            <w:r w:rsidRPr="000577E9">
              <w:rPr>
                <w:sz w:val="17"/>
              </w:rPr>
              <w:t>50-60 min</w:t>
            </w:r>
          </w:p>
        </w:tc>
      </w:tr>
    </w:tbl>
    <w:p w14:paraId="20378079" w14:textId="77777777" w:rsidR="00DE355B" w:rsidRPr="000577E9" w:rsidRDefault="00000000">
      <w:pPr>
        <w:pStyle w:val="Kop2"/>
        <w:rPr>
          <w:color w:val="auto"/>
        </w:rPr>
      </w:pPr>
      <w:r w:rsidRPr="000577E9">
        <w:rPr>
          <w:color w:val="auto"/>
        </w:rPr>
        <w:t>Per groep printen</w:t>
      </w:r>
    </w:p>
    <w:p w14:paraId="0C485403" w14:textId="77777777" w:rsidR="00DE355B" w:rsidRPr="000577E9" w:rsidRDefault="00000000">
      <w:pPr>
        <w:pStyle w:val="Lijstopsomteken"/>
        <w:spacing w:after="40"/>
        <w:rPr>
          <w:lang w:val="nl-NL"/>
        </w:rPr>
      </w:pPr>
      <w:r w:rsidRPr="000577E9">
        <w:rPr>
          <w:lang w:val="nl-NL"/>
        </w:rPr>
        <w:t>1 startkaart van het gekozen niveau.</w:t>
      </w:r>
    </w:p>
    <w:p w14:paraId="4DCBB774" w14:textId="77777777" w:rsidR="00DE355B" w:rsidRPr="000577E9" w:rsidRDefault="00000000">
      <w:pPr>
        <w:pStyle w:val="Lijstopsomteken"/>
        <w:spacing w:after="40"/>
      </w:pPr>
      <w:r w:rsidRPr="000577E9">
        <w:t>Dossier 1, 2 en 4: elk 1 exemplaar.</w:t>
      </w:r>
    </w:p>
    <w:p w14:paraId="1B49B81B" w14:textId="77777777" w:rsidR="00DE355B" w:rsidRPr="000577E9" w:rsidRDefault="00000000">
      <w:pPr>
        <w:pStyle w:val="Lijstopsomteken"/>
        <w:spacing w:after="40"/>
        <w:rPr>
          <w:lang w:val="nl-NL"/>
        </w:rPr>
      </w:pPr>
      <w:r w:rsidRPr="000577E9">
        <w:rPr>
          <w:lang w:val="nl-NL"/>
        </w:rPr>
        <w:t xml:space="preserve">Dossier 3: 1 </w:t>
      </w:r>
      <w:proofErr w:type="spellStart"/>
      <w:r w:rsidRPr="000577E9">
        <w:rPr>
          <w:lang w:val="nl-NL"/>
        </w:rPr>
        <w:t>kaartenset</w:t>
      </w:r>
      <w:proofErr w:type="spellEnd"/>
      <w:r w:rsidRPr="000577E9">
        <w:rPr>
          <w:lang w:val="nl-NL"/>
        </w:rPr>
        <w:t>, uitknippen voordat de les start.</w:t>
      </w:r>
    </w:p>
    <w:p w14:paraId="7628AAEA" w14:textId="77777777" w:rsidR="00DE355B" w:rsidRPr="000577E9" w:rsidRDefault="00000000">
      <w:pPr>
        <w:pStyle w:val="Lijstopsomteken"/>
        <w:spacing w:after="40"/>
        <w:rPr>
          <w:lang w:val="nl-NL"/>
        </w:rPr>
      </w:pPr>
      <w:r w:rsidRPr="000577E9">
        <w:rPr>
          <w:lang w:val="nl-NL"/>
        </w:rPr>
        <w:t xml:space="preserve">1 </w:t>
      </w:r>
      <w:proofErr w:type="spellStart"/>
      <w:r w:rsidRPr="000577E9">
        <w:rPr>
          <w:lang w:val="nl-NL"/>
        </w:rPr>
        <w:t>hintvel</w:t>
      </w:r>
      <w:proofErr w:type="spellEnd"/>
      <w:r w:rsidRPr="000577E9">
        <w:rPr>
          <w:lang w:val="nl-NL"/>
        </w:rPr>
        <w:t xml:space="preserve"> van het gekozen niveau, uitknippen en op een aparte tafel leggen of in enveloppen stoppen.</w:t>
      </w:r>
    </w:p>
    <w:p w14:paraId="1131BB50" w14:textId="77777777" w:rsidR="00DE355B" w:rsidRPr="000577E9" w:rsidRDefault="00000000">
      <w:pPr>
        <w:pStyle w:val="Lijstopsomteken"/>
        <w:spacing w:after="40"/>
        <w:rPr>
          <w:lang w:val="nl-NL"/>
        </w:rPr>
      </w:pPr>
      <w:r w:rsidRPr="000577E9">
        <w:rPr>
          <w:lang w:val="nl-NL"/>
        </w:rPr>
        <w:t>1 zelfcontrolekaart; vouw deze dubbel zodat de code aan de binnenkant zit.</w:t>
      </w:r>
    </w:p>
    <w:p w14:paraId="3BEB998B" w14:textId="77777777" w:rsidR="00DE355B" w:rsidRPr="000577E9" w:rsidRDefault="00000000">
      <w:pPr>
        <w:pStyle w:val="Lijstopsomteken"/>
        <w:spacing w:after="40"/>
        <w:rPr>
          <w:lang w:val="nl-NL"/>
        </w:rPr>
      </w:pPr>
      <w:r w:rsidRPr="000577E9">
        <w:rPr>
          <w:lang w:val="nl-NL"/>
        </w:rPr>
        <w:t>Optioneel: 1 set rolkaartjes per groep.</w:t>
      </w:r>
    </w:p>
    <w:p w14:paraId="586E4D26" w14:textId="77777777" w:rsidR="00DE355B" w:rsidRPr="000577E9" w:rsidRDefault="00000000">
      <w:pPr>
        <w:pStyle w:val="Kop2"/>
        <w:rPr>
          <w:color w:val="auto"/>
          <w:lang w:val="nl-NL"/>
        </w:rPr>
      </w:pPr>
      <w:r w:rsidRPr="000577E9">
        <w:rPr>
          <w:color w:val="auto"/>
          <w:lang w:val="nl-NL"/>
        </w:rPr>
        <w:t>Voorbereiding</w:t>
      </w:r>
    </w:p>
    <w:p w14:paraId="1A929AFA" w14:textId="77777777" w:rsidR="00DE355B" w:rsidRPr="000577E9" w:rsidRDefault="00000000">
      <w:pPr>
        <w:spacing w:after="40"/>
        <w:ind w:left="85" w:hanging="85"/>
        <w:rPr>
          <w:lang w:val="nl-NL"/>
        </w:rPr>
      </w:pPr>
      <w:r w:rsidRPr="000577E9">
        <w:rPr>
          <w:lang w:val="nl-NL"/>
        </w:rPr>
        <w:t>1.  Stop de vier dossiers in vier genummerde enveloppen, of leg ze omgekeerd klaar.</w:t>
      </w:r>
    </w:p>
    <w:p w14:paraId="05501914" w14:textId="77777777" w:rsidR="00DE355B" w:rsidRPr="000577E9" w:rsidRDefault="00000000">
      <w:pPr>
        <w:spacing w:after="40"/>
        <w:ind w:left="85" w:hanging="85"/>
        <w:rPr>
          <w:lang w:val="nl-NL"/>
        </w:rPr>
      </w:pPr>
      <w:r w:rsidRPr="000577E9">
        <w:rPr>
          <w:lang w:val="nl-NL"/>
        </w:rPr>
        <w:t>2.  Knip de informatiekaartjes van dossier 3 uit. Deel ze pas uit wanneer het team aan dossier 3 begint.</w:t>
      </w:r>
    </w:p>
    <w:p w14:paraId="6CDEC6D7" w14:textId="77777777" w:rsidR="00DE355B" w:rsidRPr="000577E9" w:rsidRDefault="00000000">
      <w:pPr>
        <w:spacing w:after="40"/>
        <w:ind w:left="85" w:hanging="85"/>
        <w:rPr>
          <w:lang w:val="nl-NL"/>
        </w:rPr>
      </w:pPr>
      <w:r w:rsidRPr="000577E9">
        <w:rPr>
          <w:lang w:val="nl-NL"/>
        </w:rPr>
        <w:t>3.  Vouw de zelfcontrolekaart dubbel met de code naar binnen. Niet vastplakken is voldoende; een echt cijferslot of kistje kan natuurlijk ook.</w:t>
      </w:r>
    </w:p>
    <w:p w14:paraId="397F173F" w14:textId="77777777" w:rsidR="00DE355B" w:rsidRPr="000577E9" w:rsidRDefault="00000000">
      <w:pPr>
        <w:spacing w:after="40"/>
        <w:ind w:left="85" w:hanging="85"/>
        <w:rPr>
          <w:lang w:val="nl-NL"/>
        </w:rPr>
      </w:pPr>
      <w:r w:rsidRPr="000577E9">
        <w:rPr>
          <w:lang w:val="nl-NL"/>
        </w:rPr>
        <w:t>4.  Leg de hintkaartjes op afstand. Zo moet een groep bewust besluiten of een hint nodig is.</w:t>
      </w:r>
    </w:p>
    <w:p w14:paraId="5BABB084" w14:textId="77777777" w:rsidR="00DE355B" w:rsidRPr="000577E9" w:rsidRDefault="00000000">
      <w:pPr>
        <w:spacing w:after="40"/>
        <w:ind w:left="85" w:hanging="85"/>
        <w:rPr>
          <w:lang w:val="nl-NL"/>
        </w:rPr>
      </w:pPr>
      <w:r w:rsidRPr="000577E9">
        <w:rPr>
          <w:lang w:val="nl-NL"/>
        </w:rPr>
        <w:t>5.  Reserveer 8-10 minuten voor de nabespreking. De sociale betekenis zit vooral in de koppeling achteraf.</w:t>
      </w:r>
    </w:p>
    <w:p w14:paraId="649F8F9E" w14:textId="77777777" w:rsidR="00DE355B" w:rsidRPr="000577E9" w:rsidRDefault="00000000">
      <w:pPr>
        <w:rPr>
          <w:lang w:val="nl-NL"/>
        </w:rPr>
      </w:pPr>
      <w:r w:rsidRPr="000577E9">
        <w:rPr>
          <w:lang w:val="nl-NL"/>
        </w:rPr>
        <w:br w:type="page"/>
      </w:r>
    </w:p>
    <w:tbl>
      <w:tblPr>
        <w:tblW w:w="0" w:type="auto"/>
        <w:jc w:val="center"/>
        <w:tblLayout w:type="fixed"/>
        <w:tblLook w:val="04A0" w:firstRow="1" w:lastRow="0" w:firstColumn="1" w:lastColumn="0" w:noHBand="0" w:noVBand="1"/>
      </w:tblPr>
      <w:tblGrid>
        <w:gridCol w:w="10091"/>
      </w:tblGrid>
      <w:tr w:rsidR="00DE355B" w:rsidRPr="000577E9" w14:paraId="653BE56E"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58558E2B" w14:textId="77777777" w:rsidR="00DE355B" w:rsidRPr="000577E9" w:rsidRDefault="00000000">
            <w:pPr>
              <w:jc w:val="center"/>
            </w:pPr>
            <w:r w:rsidRPr="000577E9">
              <w:rPr>
                <w:b/>
              </w:rPr>
              <w:lastRenderedPageBreak/>
              <w:t>DOCENTHANDLEIDING</w:t>
            </w:r>
          </w:p>
        </w:tc>
      </w:tr>
    </w:tbl>
    <w:p w14:paraId="45DD96AF" w14:textId="77777777" w:rsidR="00DE355B" w:rsidRPr="000577E9" w:rsidRDefault="00000000">
      <w:pPr>
        <w:pStyle w:val="Kop1"/>
        <w:rPr>
          <w:color w:val="auto"/>
          <w:lang w:val="nl-NL"/>
        </w:rPr>
      </w:pPr>
      <w:r w:rsidRPr="000577E9">
        <w:rPr>
          <w:color w:val="auto"/>
          <w:lang w:val="nl-NL"/>
        </w:rPr>
        <w:t>Spelbegeleiding zonder antwoorden weg te geven</w:t>
      </w:r>
    </w:p>
    <w:tbl>
      <w:tblPr>
        <w:tblW w:w="0" w:type="auto"/>
        <w:jc w:val="center"/>
        <w:tblLayout w:type="fixed"/>
        <w:tblLook w:val="04A0" w:firstRow="1" w:lastRow="0" w:firstColumn="1" w:lastColumn="0" w:noHBand="0" w:noVBand="1"/>
      </w:tblPr>
      <w:tblGrid>
        <w:gridCol w:w="9921"/>
      </w:tblGrid>
      <w:tr w:rsidR="00DE355B" w:rsidRPr="000577E9" w14:paraId="238B6DA7"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60EA9CBA" w14:textId="77777777" w:rsidR="00DE355B" w:rsidRPr="000577E9" w:rsidRDefault="00000000">
            <w:pPr>
              <w:rPr>
                <w:lang w:val="nl-NL"/>
              </w:rPr>
            </w:pPr>
            <w:r w:rsidRPr="000577E9">
              <w:rPr>
                <w:b/>
                <w:sz w:val="22"/>
                <w:lang w:val="nl-NL"/>
              </w:rPr>
              <w:t>Belangrijk uitgangspunt</w:t>
            </w:r>
            <w:r w:rsidRPr="000577E9">
              <w:rPr>
                <w:b/>
                <w:sz w:val="22"/>
                <w:lang w:val="nl-NL"/>
              </w:rPr>
              <w:br/>
            </w:r>
            <w:r w:rsidRPr="000577E9">
              <w:rPr>
                <w:lang w:val="nl-NL"/>
              </w:rPr>
              <w:t>De docent verstrekt geen codecijfers. Als een team vraagt of een antwoord goed is, reageer dan bij voorkeur met: “Kunnen jullie bewijzen dat dit de enige oplossing is?” of “Welke aanwijzing ondersteunt jullie antwoord?”</w:t>
            </w:r>
          </w:p>
        </w:tc>
      </w:tr>
    </w:tbl>
    <w:p w14:paraId="36FA7097" w14:textId="77777777" w:rsidR="00DE355B" w:rsidRPr="000577E9" w:rsidRDefault="00DE355B">
      <w:pPr>
        <w:spacing w:after="0"/>
        <w:rPr>
          <w:lang w:val="nl-NL"/>
        </w:rPr>
      </w:pPr>
    </w:p>
    <w:p w14:paraId="40BE314A" w14:textId="77777777" w:rsidR="00DE355B" w:rsidRPr="000577E9" w:rsidRDefault="00000000">
      <w:pPr>
        <w:pStyle w:val="Kop2"/>
        <w:rPr>
          <w:color w:val="auto"/>
        </w:rPr>
      </w:pPr>
      <w:proofErr w:type="spellStart"/>
      <w:r w:rsidRPr="000577E9">
        <w:rPr>
          <w:color w:val="auto"/>
        </w:rPr>
        <w:t>Observatiepunten</w:t>
      </w:r>
      <w:proofErr w:type="spellEnd"/>
      <w:r w:rsidRPr="000577E9">
        <w:rPr>
          <w:color w:val="auto"/>
        </w:rPr>
        <w:t xml:space="preserve"> </w:t>
      </w:r>
      <w:proofErr w:type="spellStart"/>
      <w:r w:rsidRPr="000577E9">
        <w:rPr>
          <w:color w:val="auto"/>
        </w:rPr>
        <w:t>tijdens</w:t>
      </w:r>
      <w:proofErr w:type="spellEnd"/>
      <w:r w:rsidRPr="000577E9">
        <w:rPr>
          <w:color w:val="auto"/>
        </w:rPr>
        <w:t xml:space="preserve"> het </w:t>
      </w:r>
      <w:proofErr w:type="spellStart"/>
      <w:r w:rsidRPr="000577E9">
        <w:rPr>
          <w:color w:val="auto"/>
        </w:rPr>
        <w:t>spel</w:t>
      </w:r>
      <w:proofErr w:type="spellEnd"/>
    </w:p>
    <w:p w14:paraId="5B75B4F4" w14:textId="77777777" w:rsidR="00DE355B" w:rsidRPr="000577E9" w:rsidRDefault="00000000">
      <w:pPr>
        <w:pStyle w:val="Lijstopsomteken"/>
        <w:spacing w:after="40"/>
        <w:rPr>
          <w:lang w:val="nl-NL"/>
        </w:rPr>
      </w:pPr>
      <w:r w:rsidRPr="000577E9">
        <w:rPr>
          <w:lang w:val="nl-NL"/>
        </w:rPr>
        <w:t>Wie neemt vanzelf de leiding, en wie verdwijnt juist naar de achtergrond?</w:t>
      </w:r>
    </w:p>
    <w:p w14:paraId="4DABE302" w14:textId="77777777" w:rsidR="00DE355B" w:rsidRPr="000577E9" w:rsidRDefault="00000000">
      <w:pPr>
        <w:pStyle w:val="Lijstopsomteken"/>
        <w:spacing w:after="40"/>
        <w:rPr>
          <w:lang w:val="nl-NL"/>
        </w:rPr>
      </w:pPr>
      <w:r w:rsidRPr="000577E9">
        <w:rPr>
          <w:lang w:val="nl-NL"/>
        </w:rPr>
        <w:t>Wordt informatie gedeeld of houden leerlingen hun eigen puzzel vast?</w:t>
      </w:r>
    </w:p>
    <w:p w14:paraId="5630B2EB" w14:textId="77777777" w:rsidR="00DE355B" w:rsidRPr="000577E9" w:rsidRDefault="00000000">
      <w:pPr>
        <w:pStyle w:val="Lijstopsomteken"/>
        <w:spacing w:after="40"/>
        <w:rPr>
          <w:lang w:val="nl-NL"/>
        </w:rPr>
      </w:pPr>
      <w:r w:rsidRPr="000577E9">
        <w:rPr>
          <w:lang w:val="nl-NL"/>
        </w:rPr>
        <w:t>Hoe reageert de groep op een fout idee?</w:t>
      </w:r>
    </w:p>
    <w:p w14:paraId="254CD07E" w14:textId="77777777" w:rsidR="00DE355B" w:rsidRPr="000577E9" w:rsidRDefault="00000000">
      <w:pPr>
        <w:pStyle w:val="Lijstopsomteken"/>
        <w:spacing w:after="40"/>
        <w:rPr>
          <w:lang w:val="nl-NL"/>
        </w:rPr>
      </w:pPr>
      <w:r w:rsidRPr="000577E9">
        <w:rPr>
          <w:lang w:val="nl-NL"/>
        </w:rPr>
        <w:t>Wie bewaakt dat iedereen begrijpt waarom een antwoord klopt?</w:t>
      </w:r>
    </w:p>
    <w:p w14:paraId="0EE73390" w14:textId="77777777" w:rsidR="00DE355B" w:rsidRPr="000577E9" w:rsidRDefault="00000000">
      <w:pPr>
        <w:pStyle w:val="Lijstopsomteken"/>
        <w:spacing w:after="40"/>
        <w:rPr>
          <w:lang w:val="nl-NL"/>
        </w:rPr>
      </w:pPr>
      <w:r w:rsidRPr="000577E9">
        <w:rPr>
          <w:lang w:val="nl-NL"/>
        </w:rPr>
        <w:t>Wordt een stille of minder snelle leerling actief betrokken?</w:t>
      </w:r>
    </w:p>
    <w:p w14:paraId="56B1E138" w14:textId="77777777" w:rsidR="00DE355B" w:rsidRPr="000577E9" w:rsidRDefault="00000000">
      <w:pPr>
        <w:pStyle w:val="Lijstopsomteken"/>
        <w:spacing w:after="40"/>
        <w:rPr>
          <w:lang w:val="nl-NL"/>
        </w:rPr>
      </w:pPr>
      <w:r w:rsidRPr="000577E9">
        <w:rPr>
          <w:lang w:val="nl-NL"/>
        </w:rPr>
        <w:t>Wanneer vraagt een groep om een hint: direct, of na verschillende pogingen?</w:t>
      </w:r>
    </w:p>
    <w:p w14:paraId="011A0D3F" w14:textId="77777777" w:rsidR="00DE355B" w:rsidRPr="000577E9" w:rsidRDefault="00000000">
      <w:pPr>
        <w:pStyle w:val="Kop2"/>
        <w:rPr>
          <w:color w:val="auto"/>
          <w:lang w:val="nl-NL"/>
        </w:rPr>
      </w:pPr>
      <w:r w:rsidRPr="000577E9">
        <w:rPr>
          <w:color w:val="auto"/>
          <w:lang w:val="nl-NL"/>
        </w:rPr>
        <w:t>Korte nabespreking</w:t>
      </w:r>
    </w:p>
    <w:p w14:paraId="5F7ACC94" w14:textId="77777777" w:rsidR="00DE355B" w:rsidRPr="000577E9" w:rsidRDefault="00000000">
      <w:pPr>
        <w:spacing w:after="40"/>
        <w:ind w:left="85" w:hanging="85"/>
        <w:rPr>
          <w:lang w:val="nl-NL"/>
        </w:rPr>
      </w:pPr>
      <w:r w:rsidRPr="000577E9">
        <w:rPr>
          <w:lang w:val="nl-NL"/>
        </w:rPr>
        <w:t>1.  Waar hadden jullie elkaar echt nodig?</w:t>
      </w:r>
    </w:p>
    <w:p w14:paraId="0507276E" w14:textId="77777777" w:rsidR="00DE355B" w:rsidRPr="000577E9" w:rsidRDefault="00000000">
      <w:pPr>
        <w:spacing w:after="40"/>
        <w:ind w:left="85" w:hanging="85"/>
        <w:rPr>
          <w:lang w:val="nl-NL"/>
        </w:rPr>
      </w:pPr>
      <w:r w:rsidRPr="000577E9">
        <w:rPr>
          <w:lang w:val="nl-NL"/>
        </w:rPr>
        <w:t>2.  Was de snelste puzzelaar automatisch de belangrijkste persoon in het team?</w:t>
      </w:r>
    </w:p>
    <w:p w14:paraId="7E8067D8" w14:textId="77777777" w:rsidR="00DE355B" w:rsidRPr="000577E9" w:rsidRDefault="00000000">
      <w:pPr>
        <w:spacing w:after="40"/>
        <w:ind w:left="85" w:hanging="85"/>
        <w:rPr>
          <w:lang w:val="nl-NL"/>
        </w:rPr>
      </w:pPr>
      <w:r w:rsidRPr="000577E9">
        <w:rPr>
          <w:lang w:val="nl-NL"/>
        </w:rPr>
        <w:t>3.  Wat gebeurde er toen een idee niet klopte?</w:t>
      </w:r>
    </w:p>
    <w:p w14:paraId="1F1CD536" w14:textId="77777777" w:rsidR="00DE355B" w:rsidRPr="000577E9" w:rsidRDefault="00000000">
      <w:pPr>
        <w:spacing w:after="40"/>
        <w:ind w:left="85" w:hanging="85"/>
        <w:rPr>
          <w:lang w:val="nl-NL"/>
        </w:rPr>
      </w:pPr>
      <w:r w:rsidRPr="000577E9">
        <w:rPr>
          <w:lang w:val="nl-NL"/>
        </w:rPr>
        <w:t>4.  Wie deed iets belangrijks dat misschien niet erg zichtbaar was?</w:t>
      </w:r>
    </w:p>
    <w:p w14:paraId="302C4951" w14:textId="77777777" w:rsidR="00DE355B" w:rsidRPr="000577E9" w:rsidRDefault="00000000">
      <w:pPr>
        <w:spacing w:after="40"/>
        <w:ind w:left="85" w:hanging="85"/>
        <w:rPr>
          <w:lang w:val="nl-NL"/>
        </w:rPr>
      </w:pPr>
      <w:r w:rsidRPr="000577E9">
        <w:rPr>
          <w:lang w:val="nl-NL"/>
        </w:rPr>
        <w:t>5.  Welk gedrag uit deze escaperoom zou je vaker in de mentorgroep willen zien?</w:t>
      </w:r>
    </w:p>
    <w:tbl>
      <w:tblPr>
        <w:tblW w:w="0" w:type="auto"/>
        <w:jc w:val="center"/>
        <w:tblLayout w:type="fixed"/>
        <w:tblLook w:val="04A0" w:firstRow="1" w:lastRow="0" w:firstColumn="1" w:lastColumn="0" w:noHBand="0" w:noVBand="1"/>
      </w:tblPr>
      <w:tblGrid>
        <w:gridCol w:w="9921"/>
      </w:tblGrid>
      <w:tr w:rsidR="00DE355B" w:rsidRPr="000577E9" w14:paraId="223E3514"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2E0573F4" w14:textId="77777777" w:rsidR="00DE355B" w:rsidRPr="000577E9" w:rsidRDefault="00000000">
            <w:pPr>
              <w:rPr>
                <w:lang w:val="nl-NL"/>
              </w:rPr>
            </w:pPr>
            <w:r w:rsidRPr="000577E9">
              <w:rPr>
                <w:b/>
                <w:sz w:val="22"/>
                <w:lang w:val="nl-NL"/>
              </w:rPr>
              <w:t>Maak het concreet</w:t>
            </w:r>
            <w:r w:rsidRPr="000577E9">
              <w:rPr>
                <w:b/>
                <w:sz w:val="22"/>
                <w:lang w:val="nl-NL"/>
              </w:rPr>
              <w:br/>
            </w:r>
            <w:r w:rsidRPr="000577E9">
              <w:rPr>
                <w:lang w:val="nl-NL"/>
              </w:rPr>
              <w:t>Laat de groep eindigen met één zichtbaar groepsgedrag, bijvoorbeeld: “Als iemand weinig zegt, vragen we wat diegene denkt” of “We wijzen een fout antwoord niet meteen af, maar vragen hoe iemand erbij kwam.”</w:t>
            </w:r>
          </w:p>
        </w:tc>
      </w:tr>
    </w:tbl>
    <w:p w14:paraId="47870726" w14:textId="77777777" w:rsidR="00DE355B" w:rsidRPr="000577E9" w:rsidRDefault="00DE355B">
      <w:pPr>
        <w:spacing w:after="0"/>
        <w:rPr>
          <w:lang w:val="nl-NL"/>
        </w:rPr>
      </w:pPr>
    </w:p>
    <w:p w14:paraId="222A1034" w14:textId="77777777" w:rsidR="00DE355B" w:rsidRPr="000577E9" w:rsidRDefault="00000000">
      <w:pPr>
        <w:pStyle w:val="Kop2"/>
        <w:rPr>
          <w:color w:val="auto"/>
          <w:lang w:val="nl-NL"/>
        </w:rPr>
      </w:pPr>
      <w:r w:rsidRPr="000577E9">
        <w:rPr>
          <w:color w:val="auto"/>
          <w:lang w:val="nl-NL"/>
        </w:rPr>
        <w:t>Codes voor de docent</w:t>
      </w:r>
    </w:p>
    <w:p w14:paraId="42BC54BC" w14:textId="77777777" w:rsidR="00DE355B" w:rsidRPr="000577E9" w:rsidRDefault="00000000">
      <w:pPr>
        <w:rPr>
          <w:lang w:val="nl-NL"/>
        </w:rPr>
      </w:pPr>
      <w:r w:rsidRPr="000577E9">
        <w:rPr>
          <w:lang w:val="nl-NL"/>
        </w:rPr>
        <w:t xml:space="preserve">De antwoorden en codes staan pas helemaal achter in dit document. Zo kun je het </w:t>
      </w:r>
      <w:proofErr w:type="spellStart"/>
      <w:r w:rsidRPr="000577E9">
        <w:rPr>
          <w:lang w:val="nl-NL"/>
        </w:rPr>
        <w:t>leerlingdeel</w:t>
      </w:r>
      <w:proofErr w:type="spellEnd"/>
      <w:r w:rsidRPr="000577E9">
        <w:rPr>
          <w:lang w:val="nl-NL"/>
        </w:rPr>
        <w:t xml:space="preserve"> ook los printen zonder oplossingen in beeld.</w:t>
      </w:r>
    </w:p>
    <w:p w14:paraId="4E0B92D4" w14:textId="77777777" w:rsidR="00DE355B" w:rsidRPr="000577E9" w:rsidRDefault="00000000">
      <w:pPr>
        <w:rPr>
          <w:lang w:val="nl-NL"/>
        </w:rPr>
      </w:pPr>
      <w:r w:rsidRPr="000577E9">
        <w:rPr>
          <w:lang w:val="nl-NL"/>
        </w:rPr>
        <w:br w:type="page"/>
      </w:r>
    </w:p>
    <w:tbl>
      <w:tblPr>
        <w:tblW w:w="0" w:type="auto"/>
        <w:jc w:val="center"/>
        <w:tblLayout w:type="fixed"/>
        <w:tblLook w:val="04A0" w:firstRow="1" w:lastRow="0" w:firstColumn="1" w:lastColumn="0" w:noHBand="0" w:noVBand="1"/>
      </w:tblPr>
      <w:tblGrid>
        <w:gridCol w:w="10091"/>
      </w:tblGrid>
      <w:tr w:rsidR="00DE355B" w:rsidRPr="000577E9" w14:paraId="58E4D4AC"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2D0CA363" w14:textId="77777777" w:rsidR="00DE355B" w:rsidRPr="000577E9" w:rsidRDefault="00000000">
            <w:pPr>
              <w:jc w:val="center"/>
            </w:pPr>
            <w:r w:rsidRPr="000577E9">
              <w:rPr>
                <w:b/>
              </w:rPr>
              <w:lastRenderedPageBreak/>
              <w:t>OPTIONEEL - ROLKAARTJES</w:t>
            </w:r>
          </w:p>
        </w:tc>
      </w:tr>
    </w:tbl>
    <w:p w14:paraId="5DBF9DCE" w14:textId="77777777" w:rsidR="00DE355B" w:rsidRPr="000577E9" w:rsidRDefault="00000000">
      <w:pPr>
        <w:pStyle w:val="Kop1"/>
        <w:rPr>
          <w:color w:val="auto"/>
        </w:rPr>
      </w:pPr>
      <w:r w:rsidRPr="000577E9">
        <w:rPr>
          <w:color w:val="auto"/>
        </w:rPr>
        <w:t>Teamrollen</w:t>
      </w:r>
    </w:p>
    <w:p w14:paraId="1B15C114" w14:textId="77777777" w:rsidR="00DE355B" w:rsidRPr="000577E9" w:rsidRDefault="00000000">
      <w:pPr>
        <w:rPr>
          <w:lang w:val="nl-NL"/>
        </w:rPr>
      </w:pPr>
      <w:r w:rsidRPr="000577E9">
        <w:rPr>
          <w:lang w:val="nl-NL"/>
        </w:rPr>
        <w:t>Knip de rollen uit. Bij vier leerlingen vervalt de Tijdsbewaker of combineert iemand twee rollen. De rollen geven geen extra informatie; ze sturen alleen het samenwerken.</w:t>
      </w:r>
    </w:p>
    <w:p w14:paraId="2C9CDC8E" w14:textId="77777777" w:rsidR="00DE355B" w:rsidRPr="000577E9" w:rsidRDefault="00000000">
      <w:pPr>
        <w:rPr>
          <w:lang w:val="nl-NL"/>
        </w:rPr>
      </w:pPr>
      <w:r w:rsidRPr="000577E9">
        <w:rPr>
          <w:i/>
          <w:sz w:val="18"/>
          <w:lang w:val="nl-NL"/>
        </w:rPr>
        <w:t>Knip uit. Verdeel willekeurig of laat leerlingen zelf kiezen.</w:t>
      </w:r>
    </w:p>
    <w:tbl>
      <w:tblPr>
        <w:tblW w:w="0" w:type="auto"/>
        <w:jc w:val="center"/>
        <w:tblLayout w:type="fixed"/>
        <w:tblLook w:val="04A0" w:firstRow="1" w:lastRow="0" w:firstColumn="1" w:lastColumn="0" w:noHBand="0" w:noVBand="1"/>
      </w:tblPr>
      <w:tblGrid>
        <w:gridCol w:w="4876"/>
        <w:gridCol w:w="4876"/>
      </w:tblGrid>
      <w:tr w:rsidR="00DE355B" w:rsidRPr="000577E9" w14:paraId="208A8F49"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18C60795" w14:textId="77777777" w:rsidR="00DE355B" w:rsidRPr="000577E9" w:rsidRDefault="00000000">
            <w:pPr>
              <w:rPr>
                <w:lang w:val="nl-NL"/>
              </w:rPr>
            </w:pPr>
            <w:r w:rsidRPr="000577E9">
              <w:rPr>
                <w:b/>
                <w:sz w:val="22"/>
                <w:lang w:val="nl-NL"/>
              </w:rPr>
              <w:t>DE VERBINDER</w:t>
            </w:r>
          </w:p>
          <w:p w14:paraId="001DAA5C" w14:textId="77777777" w:rsidR="00DE355B" w:rsidRPr="000577E9" w:rsidRDefault="00000000">
            <w:pPr>
              <w:pStyle w:val="Cardtext"/>
              <w:rPr>
                <w:lang w:val="nl-NL"/>
              </w:rPr>
            </w:pPr>
            <w:r w:rsidRPr="000577E9">
              <w:rPr>
                <w:lang w:val="nl-NL"/>
              </w:rPr>
              <w:t>Let erop dat iedereen aan bod komt. Vraag actief: “Wat denk jij?” als iemand weinig zegt.</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0D1D4CFD" w14:textId="77777777" w:rsidR="00DE355B" w:rsidRPr="000577E9" w:rsidRDefault="00000000">
            <w:pPr>
              <w:rPr>
                <w:lang w:val="nl-NL"/>
              </w:rPr>
            </w:pPr>
            <w:r w:rsidRPr="000577E9">
              <w:rPr>
                <w:b/>
                <w:sz w:val="22"/>
                <w:lang w:val="nl-NL"/>
              </w:rPr>
              <w:t>DE CHECKER</w:t>
            </w:r>
          </w:p>
          <w:p w14:paraId="381F36EA" w14:textId="77777777" w:rsidR="00DE355B" w:rsidRPr="000577E9" w:rsidRDefault="00000000">
            <w:pPr>
              <w:pStyle w:val="Cardtext"/>
              <w:rPr>
                <w:lang w:val="nl-NL"/>
              </w:rPr>
            </w:pPr>
            <w:r w:rsidRPr="000577E9">
              <w:rPr>
                <w:lang w:val="nl-NL"/>
              </w:rPr>
              <w:t>Neem een antwoord pas aan als het team kan uitleggen waarom het klopt en waarom alternatieven niet kloppen.</w:t>
            </w:r>
          </w:p>
        </w:tc>
      </w:tr>
      <w:tr w:rsidR="00DE355B" w:rsidRPr="000577E9" w14:paraId="4BB4AC7D"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7EA7975E" w14:textId="77777777" w:rsidR="00DE355B" w:rsidRPr="000577E9" w:rsidRDefault="00000000">
            <w:pPr>
              <w:rPr>
                <w:lang w:val="nl-NL"/>
              </w:rPr>
            </w:pPr>
            <w:r w:rsidRPr="000577E9">
              <w:rPr>
                <w:b/>
                <w:sz w:val="22"/>
                <w:lang w:val="nl-NL"/>
              </w:rPr>
              <w:t>DE DOORZETTER</w:t>
            </w:r>
          </w:p>
          <w:p w14:paraId="7E66E5A9" w14:textId="77777777" w:rsidR="00DE355B" w:rsidRPr="000577E9" w:rsidRDefault="00000000">
            <w:pPr>
              <w:pStyle w:val="Cardtext"/>
              <w:rPr>
                <w:lang w:val="nl-NL"/>
              </w:rPr>
            </w:pPr>
            <w:r w:rsidRPr="000577E9">
              <w:rPr>
                <w:lang w:val="nl-NL"/>
              </w:rPr>
              <w:t>Bewaak dat het team eerst verschillende pogingen doet voordat een hint wordt gepakt.</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4C856F9E" w14:textId="77777777" w:rsidR="00DE355B" w:rsidRPr="000577E9" w:rsidRDefault="00000000">
            <w:pPr>
              <w:rPr>
                <w:lang w:val="nl-NL"/>
              </w:rPr>
            </w:pPr>
            <w:r w:rsidRPr="000577E9">
              <w:rPr>
                <w:b/>
                <w:sz w:val="22"/>
                <w:lang w:val="nl-NL"/>
              </w:rPr>
              <w:t>DE INFORMATIEDELER</w:t>
            </w:r>
          </w:p>
          <w:p w14:paraId="3617D78A" w14:textId="77777777" w:rsidR="00DE355B" w:rsidRPr="000577E9" w:rsidRDefault="00000000">
            <w:pPr>
              <w:pStyle w:val="Cardtext"/>
              <w:rPr>
                <w:lang w:val="nl-NL"/>
              </w:rPr>
            </w:pPr>
            <w:r w:rsidRPr="000577E9">
              <w:rPr>
                <w:lang w:val="nl-NL"/>
              </w:rPr>
              <w:t>Vat belangrijke aanwijzingen hardop samen en controleer of iedereen dezelfde informatie gebruikt.</w:t>
            </w:r>
          </w:p>
        </w:tc>
      </w:tr>
      <w:tr w:rsidR="00DE355B" w:rsidRPr="000577E9" w14:paraId="19CA62D9"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6D4A0BB4" w14:textId="77777777" w:rsidR="00DE355B" w:rsidRPr="000577E9" w:rsidRDefault="00000000">
            <w:pPr>
              <w:rPr>
                <w:lang w:val="nl-NL"/>
              </w:rPr>
            </w:pPr>
            <w:r w:rsidRPr="000577E9">
              <w:rPr>
                <w:b/>
                <w:sz w:val="22"/>
                <w:lang w:val="nl-NL"/>
              </w:rPr>
              <w:t>DE TIJDSBEWAKER</w:t>
            </w:r>
          </w:p>
          <w:p w14:paraId="4CAFDF7E" w14:textId="77777777" w:rsidR="00DE355B" w:rsidRPr="000577E9" w:rsidRDefault="00000000">
            <w:pPr>
              <w:pStyle w:val="Cardtext"/>
              <w:rPr>
                <w:lang w:val="nl-NL"/>
              </w:rPr>
            </w:pPr>
            <w:r w:rsidRPr="000577E9">
              <w:rPr>
                <w:lang w:val="nl-NL"/>
              </w:rPr>
              <w:t>Houd tempo in de gaten zonder mensen op te jagen. Waarschuw als een dossier te lang blijft liggen.</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121DBC38" w14:textId="77777777" w:rsidR="00DE355B" w:rsidRPr="000577E9" w:rsidRDefault="00DE355B">
            <w:pPr>
              <w:rPr>
                <w:lang w:val="nl-NL"/>
              </w:rPr>
            </w:pPr>
          </w:p>
        </w:tc>
      </w:tr>
    </w:tbl>
    <w:p w14:paraId="043EE2A5" w14:textId="77777777" w:rsidR="00DE355B" w:rsidRPr="000577E9" w:rsidRDefault="00000000">
      <w:pPr>
        <w:rPr>
          <w:lang w:val="nl-NL"/>
        </w:rPr>
      </w:pPr>
      <w:r w:rsidRPr="000577E9">
        <w:rPr>
          <w:lang w:val="nl-NL"/>
        </w:rPr>
        <w:br w:type="page"/>
      </w:r>
    </w:p>
    <w:tbl>
      <w:tblPr>
        <w:tblW w:w="0" w:type="auto"/>
        <w:jc w:val="center"/>
        <w:tblLayout w:type="fixed"/>
        <w:tblLook w:val="04A0" w:firstRow="1" w:lastRow="0" w:firstColumn="1" w:lastColumn="0" w:noHBand="0" w:noVBand="1"/>
      </w:tblPr>
      <w:tblGrid>
        <w:gridCol w:w="10091"/>
      </w:tblGrid>
      <w:tr w:rsidR="00DE355B" w:rsidRPr="000577E9" w14:paraId="68532C10"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7B89962D" w14:textId="77777777" w:rsidR="00DE355B" w:rsidRPr="000577E9" w:rsidRDefault="00000000">
            <w:pPr>
              <w:jc w:val="center"/>
            </w:pPr>
            <w:r w:rsidRPr="000577E9">
              <w:rPr>
                <w:b/>
              </w:rPr>
              <w:lastRenderedPageBreak/>
              <w:t>NIVEAU 1 - BASIS</w:t>
            </w:r>
          </w:p>
        </w:tc>
      </w:tr>
    </w:tbl>
    <w:p w14:paraId="59CE5B6B" w14:textId="77777777" w:rsidR="00DE355B" w:rsidRPr="000577E9" w:rsidRDefault="00000000">
      <w:pPr>
        <w:pStyle w:val="Kop1"/>
        <w:rPr>
          <w:color w:val="auto"/>
        </w:rPr>
      </w:pPr>
      <w:r w:rsidRPr="000577E9">
        <w:rPr>
          <w:color w:val="auto"/>
        </w:rPr>
        <w:t>STARTKAART - DE SOCIALE ESCAPEROOM</w:t>
      </w:r>
    </w:p>
    <w:tbl>
      <w:tblPr>
        <w:tblW w:w="0" w:type="auto"/>
        <w:jc w:val="center"/>
        <w:tblLayout w:type="fixed"/>
        <w:tblLook w:val="04A0" w:firstRow="1" w:lastRow="0" w:firstColumn="1" w:lastColumn="0" w:noHBand="0" w:noVBand="1"/>
      </w:tblPr>
      <w:tblGrid>
        <w:gridCol w:w="9921"/>
      </w:tblGrid>
      <w:tr w:rsidR="00DE355B" w:rsidRPr="000577E9" w14:paraId="04040FA4"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EFEFEF"/>
            <w:tcMar>
              <w:top w:w="110" w:type="dxa"/>
              <w:left w:w="150" w:type="dxa"/>
              <w:bottom w:w="110" w:type="dxa"/>
              <w:right w:w="150" w:type="dxa"/>
            </w:tcMar>
          </w:tcPr>
          <w:p w14:paraId="5C961081" w14:textId="77777777" w:rsidR="00DE355B" w:rsidRPr="000577E9" w:rsidRDefault="00000000">
            <w:r w:rsidRPr="000577E9">
              <w:rPr>
                <w:lang w:val="nl-NL"/>
              </w:rPr>
              <w:t>VIER DOSSIERS. VIER CIJFERS. EEN EINDCODE.</w:t>
            </w:r>
            <w:r w:rsidRPr="000577E9">
              <w:rPr>
                <w:lang w:val="nl-NL"/>
              </w:rPr>
              <w:br/>
            </w:r>
            <w:r w:rsidRPr="000577E9">
              <w:rPr>
                <w:lang w:val="nl-NL"/>
              </w:rPr>
              <w:br/>
              <w:t xml:space="preserve">De mentor geeft jullie geen codecijfers. Elk cijfer moet uit jullie eigen antwoord komen. Bewaar elk gevonden cijfer. </w:t>
            </w:r>
            <w:r w:rsidRPr="000577E9">
              <w:t xml:space="preserve">Na dossier 4 </w:t>
            </w:r>
            <w:proofErr w:type="spellStart"/>
            <w:r w:rsidRPr="000577E9">
              <w:t>zetten</w:t>
            </w:r>
            <w:proofErr w:type="spellEnd"/>
            <w:r w:rsidRPr="000577E9">
              <w:t xml:space="preserve"> jullie de vier cijfers in volgorde.</w:t>
            </w:r>
          </w:p>
        </w:tc>
      </w:tr>
    </w:tbl>
    <w:p w14:paraId="2AD8B3D6" w14:textId="77777777" w:rsidR="00DE355B" w:rsidRPr="000577E9" w:rsidRDefault="00DE355B">
      <w:pPr>
        <w:spacing w:after="0"/>
      </w:pPr>
    </w:p>
    <w:p w14:paraId="5677E77E" w14:textId="77777777" w:rsidR="00DE355B" w:rsidRPr="000577E9" w:rsidRDefault="00000000">
      <w:pPr>
        <w:pStyle w:val="Kop2"/>
        <w:rPr>
          <w:color w:val="auto"/>
        </w:rPr>
      </w:pPr>
      <w:r w:rsidRPr="000577E9">
        <w:rPr>
          <w:color w:val="auto"/>
        </w:rPr>
        <w:t>Spelregels</w:t>
      </w:r>
    </w:p>
    <w:p w14:paraId="50F8A2F1" w14:textId="77777777" w:rsidR="00DE355B" w:rsidRPr="000577E9" w:rsidRDefault="00000000">
      <w:pPr>
        <w:spacing w:after="40"/>
        <w:ind w:left="85" w:hanging="85"/>
        <w:rPr>
          <w:lang w:val="nl-NL"/>
        </w:rPr>
      </w:pPr>
      <w:r w:rsidRPr="000577E9">
        <w:rPr>
          <w:lang w:val="nl-NL"/>
        </w:rPr>
        <w:t>1.  Iedereen in het team moet informatie kunnen inbrengen.</w:t>
      </w:r>
    </w:p>
    <w:p w14:paraId="6D8FCD0B" w14:textId="77777777" w:rsidR="00DE355B" w:rsidRPr="000577E9" w:rsidRDefault="00000000">
      <w:pPr>
        <w:spacing w:after="40"/>
        <w:ind w:left="85" w:hanging="85"/>
        <w:rPr>
          <w:lang w:val="nl-NL"/>
        </w:rPr>
      </w:pPr>
      <w:r w:rsidRPr="000577E9">
        <w:rPr>
          <w:lang w:val="nl-NL"/>
        </w:rPr>
        <w:t>2.  Een antwoord telt pas als jullie kunnen uitleggen waarom het klopt.</w:t>
      </w:r>
    </w:p>
    <w:p w14:paraId="40BA0280" w14:textId="77777777" w:rsidR="00DE355B" w:rsidRPr="000577E9" w:rsidRDefault="00000000">
      <w:pPr>
        <w:spacing w:after="40"/>
        <w:ind w:left="85" w:hanging="85"/>
        <w:rPr>
          <w:lang w:val="nl-NL"/>
        </w:rPr>
      </w:pPr>
      <w:r w:rsidRPr="000577E9">
        <w:rPr>
          <w:lang w:val="nl-NL"/>
        </w:rPr>
        <w:t>3.  Gebruik maximaal twee hintkaartjes per dossier. Een hint kost geen punten, maar probeer hem pas te pakken als jullie echt vastlopen.</w:t>
      </w:r>
    </w:p>
    <w:p w14:paraId="3AFECABB" w14:textId="77777777" w:rsidR="00DE355B" w:rsidRPr="000577E9" w:rsidRDefault="00000000">
      <w:pPr>
        <w:spacing w:after="40"/>
        <w:ind w:left="85" w:hanging="85"/>
        <w:rPr>
          <w:lang w:val="nl-NL"/>
        </w:rPr>
      </w:pPr>
      <w:r w:rsidRPr="000577E9">
        <w:rPr>
          <w:lang w:val="nl-NL"/>
        </w:rPr>
        <w:t>4.  Schrijf bij ieder dossier het codecijfer op. De mentor deelt geen cijfers uit.</w:t>
      </w:r>
    </w:p>
    <w:p w14:paraId="5BB446CB" w14:textId="77777777" w:rsidR="00DE355B" w:rsidRPr="000577E9" w:rsidRDefault="00000000">
      <w:pPr>
        <w:spacing w:after="40"/>
        <w:ind w:left="85" w:hanging="85"/>
        <w:rPr>
          <w:lang w:val="nl-NL"/>
        </w:rPr>
      </w:pPr>
      <w:r w:rsidRPr="000577E9">
        <w:rPr>
          <w:lang w:val="nl-NL"/>
        </w:rPr>
        <w:t>5.  De eindcode staat in de volgorde dossier 1 - 2 - 3 - 4.</w:t>
      </w:r>
    </w:p>
    <w:tbl>
      <w:tblPr>
        <w:tblW w:w="0" w:type="auto"/>
        <w:jc w:val="center"/>
        <w:tblLayout w:type="fixed"/>
        <w:tblLook w:val="04A0" w:firstRow="1" w:lastRow="0" w:firstColumn="1" w:lastColumn="0" w:noHBand="0" w:noVBand="1"/>
      </w:tblPr>
      <w:tblGrid>
        <w:gridCol w:w="9921"/>
      </w:tblGrid>
      <w:tr w:rsidR="00DE355B" w:rsidRPr="000577E9" w14:paraId="38131603"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2E0CB1F0" w14:textId="77777777" w:rsidR="00DE355B" w:rsidRPr="000577E9" w:rsidRDefault="00000000">
            <w:pPr>
              <w:rPr>
                <w:lang w:val="nl-NL"/>
              </w:rPr>
            </w:pPr>
            <w:r w:rsidRPr="000577E9">
              <w:rPr>
                <w:b/>
                <w:sz w:val="22"/>
                <w:lang w:val="nl-NL"/>
              </w:rPr>
              <w:t>Tijd</w:t>
            </w:r>
            <w:r w:rsidRPr="000577E9">
              <w:rPr>
                <w:b/>
                <w:sz w:val="22"/>
                <w:lang w:val="nl-NL"/>
              </w:rPr>
              <w:br/>
            </w:r>
            <w:r w:rsidRPr="000577E9">
              <w:rPr>
                <w:lang w:val="nl-NL"/>
              </w:rPr>
              <w:t>Richttijd: 40-50 minuten. Verdeel het werk slim, maar zorg dat informatie binnen het team wordt gedeeld.</w:t>
            </w:r>
          </w:p>
        </w:tc>
      </w:tr>
    </w:tbl>
    <w:p w14:paraId="4F40320D" w14:textId="77777777" w:rsidR="00DE355B" w:rsidRPr="000577E9" w:rsidRDefault="00DE355B">
      <w:pPr>
        <w:spacing w:after="0"/>
        <w:rPr>
          <w:lang w:val="nl-NL"/>
        </w:rPr>
      </w:pPr>
    </w:p>
    <w:p w14:paraId="6CCD0911" w14:textId="77777777" w:rsidR="00DE355B" w:rsidRPr="000577E9" w:rsidRDefault="00000000">
      <w:pPr>
        <w:jc w:val="center"/>
      </w:pPr>
      <w:proofErr w:type="spellStart"/>
      <w:r w:rsidRPr="000577E9">
        <w:rPr>
          <w:b/>
        </w:rPr>
        <w:t>Teamnaam</w:t>
      </w:r>
      <w:proofErr w:type="spellEnd"/>
      <w:r w:rsidRPr="000577E9">
        <w:rPr>
          <w:b/>
        </w:rPr>
        <w:t>: ______________________________</w:t>
      </w:r>
    </w:p>
    <w:p w14:paraId="10E1C40B"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3E22CE5E"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402A9F01" w14:textId="77777777" w:rsidR="00DE355B" w:rsidRPr="000577E9" w:rsidRDefault="00000000">
            <w:pPr>
              <w:jc w:val="center"/>
            </w:pPr>
            <w:r w:rsidRPr="000577E9">
              <w:rPr>
                <w:b/>
              </w:rPr>
              <w:lastRenderedPageBreak/>
              <w:t>NIVEAU 1 - DOSSIER 1</w:t>
            </w:r>
          </w:p>
        </w:tc>
      </w:tr>
    </w:tbl>
    <w:p w14:paraId="5853C04B" w14:textId="77777777" w:rsidR="00DE355B" w:rsidRPr="000577E9" w:rsidRDefault="00000000">
      <w:pPr>
        <w:pStyle w:val="Kop1"/>
        <w:rPr>
          <w:color w:val="auto"/>
        </w:rPr>
      </w:pPr>
      <w:r w:rsidRPr="000577E9">
        <w:rPr>
          <w:color w:val="auto"/>
        </w:rPr>
        <w:t>DOSSIER 1 - IEDEREEN HEEFT EEN PLEK</w:t>
      </w:r>
    </w:p>
    <w:p w14:paraId="2004D66A" w14:textId="77777777" w:rsidR="00DE355B" w:rsidRPr="000577E9" w:rsidRDefault="00000000">
      <w:pPr>
        <w:rPr>
          <w:lang w:val="nl-NL"/>
        </w:rPr>
      </w:pPr>
      <w:r w:rsidRPr="000577E9">
        <w:rPr>
          <w:lang w:val="nl-NL"/>
        </w:rPr>
        <w:t>Vijf leerlingen zitten naast elkaar op plaatsen 1 t/m 5. Gebruik alle aanwijzingen om de enige juiste volgorde te vinden.</w:t>
      </w:r>
    </w:p>
    <w:tbl>
      <w:tblPr>
        <w:tblW w:w="0" w:type="auto"/>
        <w:jc w:val="center"/>
        <w:tblLayout w:type="fixed"/>
        <w:tblLook w:val="04A0" w:firstRow="1" w:lastRow="0" w:firstColumn="1" w:lastColumn="0" w:noHBand="0" w:noVBand="1"/>
      </w:tblPr>
      <w:tblGrid>
        <w:gridCol w:w="9921"/>
      </w:tblGrid>
      <w:tr w:rsidR="00DE355B" w:rsidRPr="000577E9" w14:paraId="135CF222"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74A259D3" w14:textId="77777777" w:rsidR="00DE355B" w:rsidRPr="000577E9" w:rsidRDefault="00000000">
            <w:r w:rsidRPr="000577E9">
              <w:rPr>
                <w:b/>
                <w:sz w:val="22"/>
                <w:lang w:val="nl-NL"/>
              </w:rPr>
              <w:t>Aanwijzingen</w:t>
            </w:r>
            <w:r w:rsidRPr="000577E9">
              <w:rPr>
                <w:b/>
                <w:sz w:val="22"/>
                <w:lang w:val="nl-NL"/>
              </w:rPr>
              <w:br/>
            </w:r>
            <w:r w:rsidRPr="000577E9">
              <w:rPr>
                <w:lang w:val="nl-NL"/>
              </w:rPr>
              <w:t>1. Bram zit op plaats 5.</w:t>
            </w:r>
            <w:r w:rsidRPr="000577E9">
              <w:rPr>
                <w:lang w:val="nl-NL"/>
              </w:rPr>
              <w:br/>
              <w:t>2. Celine zit direct links van Bram.</w:t>
            </w:r>
            <w:r w:rsidRPr="000577E9">
              <w:rPr>
                <w:lang w:val="nl-NL"/>
              </w:rPr>
              <w:br/>
              <w:t>3. Ayla zit links van Dani.</w:t>
            </w:r>
            <w:r w:rsidRPr="000577E9">
              <w:rPr>
                <w:lang w:val="nl-NL"/>
              </w:rPr>
              <w:br/>
              <w:t>4. Noor zit niet aan een uiteinde.</w:t>
            </w:r>
            <w:r w:rsidRPr="000577E9">
              <w:rPr>
                <w:lang w:val="nl-NL"/>
              </w:rPr>
              <w:br/>
            </w:r>
            <w:r w:rsidRPr="000577E9">
              <w:t>5. Dani zit naast Noor.</w:t>
            </w:r>
            <w:r w:rsidRPr="000577E9">
              <w:br/>
              <w:t>6. Ayla zit niet naast Noor.</w:t>
            </w:r>
          </w:p>
        </w:tc>
      </w:tr>
    </w:tbl>
    <w:p w14:paraId="6FC1CD34" w14:textId="77777777" w:rsidR="00DE355B" w:rsidRPr="000577E9" w:rsidRDefault="00DE355B">
      <w:pPr>
        <w:spacing w:after="0"/>
      </w:pPr>
    </w:p>
    <w:tbl>
      <w:tblPr>
        <w:tblStyle w:val="Tabelraster"/>
        <w:tblW w:w="0" w:type="auto"/>
        <w:jc w:val="center"/>
        <w:tblLayout w:type="fixed"/>
        <w:tblLook w:val="04A0" w:firstRow="1" w:lastRow="0" w:firstColumn="1" w:lastColumn="0" w:noHBand="0" w:noVBand="1"/>
      </w:tblPr>
      <w:tblGrid>
        <w:gridCol w:w="1928"/>
        <w:gridCol w:w="1928"/>
        <w:gridCol w:w="1928"/>
        <w:gridCol w:w="1928"/>
        <w:gridCol w:w="1928"/>
      </w:tblGrid>
      <w:tr w:rsidR="00DE355B" w:rsidRPr="000577E9" w14:paraId="72763914" w14:textId="77777777">
        <w:trPr>
          <w:jc w:val="center"/>
        </w:trPr>
        <w:tc>
          <w:tcPr>
            <w:tcW w:w="1928" w:type="dxa"/>
            <w:shd w:val="clear" w:color="auto" w:fill="E5E5E5"/>
            <w:vAlign w:val="center"/>
          </w:tcPr>
          <w:p w14:paraId="78EA2F56" w14:textId="77777777" w:rsidR="00DE355B" w:rsidRPr="000577E9" w:rsidRDefault="00000000">
            <w:pPr>
              <w:jc w:val="center"/>
            </w:pPr>
            <w:r w:rsidRPr="000577E9">
              <w:rPr>
                <w:b/>
                <w:sz w:val="19"/>
              </w:rPr>
              <w:t>Plaats 1</w:t>
            </w:r>
          </w:p>
        </w:tc>
        <w:tc>
          <w:tcPr>
            <w:tcW w:w="1928" w:type="dxa"/>
            <w:shd w:val="clear" w:color="auto" w:fill="E5E5E5"/>
            <w:vAlign w:val="center"/>
          </w:tcPr>
          <w:p w14:paraId="4B26E25D" w14:textId="77777777" w:rsidR="00DE355B" w:rsidRPr="000577E9" w:rsidRDefault="00000000">
            <w:pPr>
              <w:jc w:val="center"/>
            </w:pPr>
            <w:r w:rsidRPr="000577E9">
              <w:rPr>
                <w:b/>
                <w:sz w:val="19"/>
              </w:rPr>
              <w:t>Plaats 2</w:t>
            </w:r>
          </w:p>
        </w:tc>
        <w:tc>
          <w:tcPr>
            <w:tcW w:w="1928" w:type="dxa"/>
            <w:shd w:val="clear" w:color="auto" w:fill="E5E5E5"/>
            <w:vAlign w:val="center"/>
          </w:tcPr>
          <w:p w14:paraId="2DC6E7D2" w14:textId="77777777" w:rsidR="00DE355B" w:rsidRPr="000577E9" w:rsidRDefault="00000000">
            <w:pPr>
              <w:jc w:val="center"/>
            </w:pPr>
            <w:r w:rsidRPr="000577E9">
              <w:rPr>
                <w:b/>
                <w:sz w:val="19"/>
              </w:rPr>
              <w:t>Plaats 3</w:t>
            </w:r>
          </w:p>
        </w:tc>
        <w:tc>
          <w:tcPr>
            <w:tcW w:w="1928" w:type="dxa"/>
            <w:shd w:val="clear" w:color="auto" w:fill="E5E5E5"/>
            <w:vAlign w:val="center"/>
          </w:tcPr>
          <w:p w14:paraId="42B83B8E" w14:textId="77777777" w:rsidR="00DE355B" w:rsidRPr="000577E9" w:rsidRDefault="00000000">
            <w:pPr>
              <w:jc w:val="center"/>
            </w:pPr>
            <w:r w:rsidRPr="000577E9">
              <w:rPr>
                <w:b/>
                <w:sz w:val="19"/>
              </w:rPr>
              <w:t>Plaats 4</w:t>
            </w:r>
          </w:p>
        </w:tc>
        <w:tc>
          <w:tcPr>
            <w:tcW w:w="1928" w:type="dxa"/>
            <w:shd w:val="clear" w:color="auto" w:fill="E5E5E5"/>
            <w:vAlign w:val="center"/>
          </w:tcPr>
          <w:p w14:paraId="30D18F61" w14:textId="77777777" w:rsidR="00DE355B" w:rsidRPr="000577E9" w:rsidRDefault="00000000">
            <w:pPr>
              <w:jc w:val="center"/>
            </w:pPr>
            <w:r w:rsidRPr="000577E9">
              <w:rPr>
                <w:b/>
                <w:sz w:val="19"/>
              </w:rPr>
              <w:t>Plaats 5</w:t>
            </w:r>
          </w:p>
        </w:tc>
      </w:tr>
      <w:tr w:rsidR="00DE355B" w:rsidRPr="000577E9" w14:paraId="7A87BF71" w14:textId="77777777">
        <w:trPr>
          <w:cantSplit/>
          <w:jc w:val="center"/>
        </w:trPr>
        <w:tc>
          <w:tcPr>
            <w:tcW w:w="1928" w:type="dxa"/>
            <w:tcMar>
              <w:top w:w="70" w:type="dxa"/>
              <w:left w:w="80" w:type="dxa"/>
              <w:bottom w:w="70" w:type="dxa"/>
              <w:right w:w="80" w:type="dxa"/>
            </w:tcMar>
            <w:vAlign w:val="center"/>
          </w:tcPr>
          <w:p w14:paraId="3C78A0FD" w14:textId="77777777" w:rsidR="00DE355B" w:rsidRPr="000577E9" w:rsidRDefault="00DE355B">
            <w:pPr>
              <w:jc w:val="center"/>
            </w:pPr>
          </w:p>
        </w:tc>
        <w:tc>
          <w:tcPr>
            <w:tcW w:w="1928" w:type="dxa"/>
            <w:tcMar>
              <w:top w:w="70" w:type="dxa"/>
              <w:left w:w="80" w:type="dxa"/>
              <w:bottom w:w="70" w:type="dxa"/>
              <w:right w:w="80" w:type="dxa"/>
            </w:tcMar>
            <w:vAlign w:val="center"/>
          </w:tcPr>
          <w:p w14:paraId="7AC4D2F6" w14:textId="77777777" w:rsidR="00DE355B" w:rsidRPr="000577E9" w:rsidRDefault="00DE355B">
            <w:pPr>
              <w:jc w:val="center"/>
            </w:pPr>
          </w:p>
        </w:tc>
        <w:tc>
          <w:tcPr>
            <w:tcW w:w="1928" w:type="dxa"/>
            <w:tcMar>
              <w:top w:w="70" w:type="dxa"/>
              <w:left w:w="80" w:type="dxa"/>
              <w:bottom w:w="70" w:type="dxa"/>
              <w:right w:w="80" w:type="dxa"/>
            </w:tcMar>
            <w:vAlign w:val="center"/>
          </w:tcPr>
          <w:p w14:paraId="6BDE2B63" w14:textId="77777777" w:rsidR="00DE355B" w:rsidRPr="000577E9" w:rsidRDefault="00DE355B">
            <w:pPr>
              <w:jc w:val="center"/>
            </w:pPr>
          </w:p>
        </w:tc>
        <w:tc>
          <w:tcPr>
            <w:tcW w:w="1928" w:type="dxa"/>
            <w:tcMar>
              <w:top w:w="70" w:type="dxa"/>
              <w:left w:w="80" w:type="dxa"/>
              <w:bottom w:w="70" w:type="dxa"/>
              <w:right w:w="80" w:type="dxa"/>
            </w:tcMar>
            <w:vAlign w:val="center"/>
          </w:tcPr>
          <w:p w14:paraId="45337744" w14:textId="77777777" w:rsidR="00DE355B" w:rsidRPr="000577E9" w:rsidRDefault="00DE355B">
            <w:pPr>
              <w:jc w:val="center"/>
            </w:pPr>
          </w:p>
        </w:tc>
        <w:tc>
          <w:tcPr>
            <w:tcW w:w="1928" w:type="dxa"/>
            <w:tcMar>
              <w:top w:w="70" w:type="dxa"/>
              <w:left w:w="80" w:type="dxa"/>
              <w:bottom w:w="70" w:type="dxa"/>
              <w:right w:w="80" w:type="dxa"/>
            </w:tcMar>
            <w:vAlign w:val="center"/>
          </w:tcPr>
          <w:p w14:paraId="627340BF" w14:textId="77777777" w:rsidR="00DE355B" w:rsidRPr="000577E9" w:rsidRDefault="00DE355B">
            <w:pPr>
              <w:jc w:val="center"/>
            </w:pPr>
          </w:p>
        </w:tc>
      </w:tr>
    </w:tbl>
    <w:p w14:paraId="44C84D02" w14:textId="77777777" w:rsidR="00DE355B" w:rsidRPr="000577E9" w:rsidRDefault="00000000">
      <w:pPr>
        <w:rPr>
          <w:lang w:val="nl-NL"/>
        </w:rPr>
      </w:pPr>
      <w:r w:rsidRPr="000577E9">
        <w:rPr>
          <w:b/>
          <w:lang w:val="nl-NL"/>
        </w:rPr>
        <w:t xml:space="preserve">CODE-OPDRACHT: </w:t>
      </w:r>
      <w:r w:rsidRPr="000577E9">
        <w:rPr>
          <w:lang w:val="nl-NL"/>
        </w:rPr>
        <w:t>Het eerste codecijfer is het nummer van de plaats waarop Noor zit.</w:t>
      </w:r>
    </w:p>
    <w:p w14:paraId="533F2269" w14:textId="77777777" w:rsidR="00DE355B" w:rsidRPr="000577E9" w:rsidRDefault="00000000">
      <w:pPr>
        <w:spacing w:before="160"/>
        <w:jc w:val="center"/>
      </w:pPr>
      <w:proofErr w:type="spellStart"/>
      <w:r w:rsidRPr="000577E9">
        <w:rPr>
          <w:b/>
          <w:sz w:val="30"/>
        </w:rPr>
        <w:t>Codecijfer</w:t>
      </w:r>
      <w:proofErr w:type="spellEnd"/>
      <w:r w:rsidRPr="000577E9">
        <w:rPr>
          <w:b/>
          <w:sz w:val="30"/>
        </w:rPr>
        <w:t xml:space="preserve"> dossier 1:  ____</w:t>
      </w:r>
    </w:p>
    <w:p w14:paraId="14E90924"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4EB698B0"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4B106319" w14:textId="77777777" w:rsidR="00DE355B" w:rsidRPr="000577E9" w:rsidRDefault="00000000">
            <w:pPr>
              <w:jc w:val="center"/>
            </w:pPr>
            <w:r w:rsidRPr="000577E9">
              <w:rPr>
                <w:b/>
              </w:rPr>
              <w:lastRenderedPageBreak/>
              <w:t>NIVEAU 1 - DOSSIER 2</w:t>
            </w:r>
          </w:p>
        </w:tc>
      </w:tr>
    </w:tbl>
    <w:p w14:paraId="4E0C7346" w14:textId="77777777" w:rsidR="00DE355B" w:rsidRPr="000577E9" w:rsidRDefault="00000000">
      <w:pPr>
        <w:pStyle w:val="Kop1"/>
        <w:rPr>
          <w:color w:val="auto"/>
        </w:rPr>
      </w:pPr>
      <w:r w:rsidRPr="000577E9">
        <w:rPr>
          <w:color w:val="auto"/>
        </w:rPr>
        <w:t>DOSSIER 2 - FOUTEN GEVEN INFORMATIE</w:t>
      </w:r>
    </w:p>
    <w:p w14:paraId="4EAF2E61" w14:textId="77777777" w:rsidR="00DE355B" w:rsidRPr="000577E9" w:rsidRDefault="00000000">
      <w:pPr>
        <w:rPr>
          <w:lang w:val="nl-NL"/>
        </w:rPr>
      </w:pPr>
      <w:r w:rsidRPr="000577E9">
        <w:rPr>
          <w:lang w:val="nl-NL"/>
        </w:rPr>
        <w:t>Een slot gebruikt een code van drie verschillende cijfers. Alleen de cijfers 1 t/m 8 worden gebruikt. De groep heeft vier pogingen gedaan. Gebruik de feedback om de code te reconstrueren.</w:t>
      </w:r>
    </w:p>
    <w:tbl>
      <w:tblPr>
        <w:tblStyle w:val="Tabelraster"/>
        <w:tblW w:w="0" w:type="auto"/>
        <w:jc w:val="center"/>
        <w:tblLayout w:type="fixed"/>
        <w:tblLook w:val="04A0" w:firstRow="1" w:lastRow="0" w:firstColumn="1" w:lastColumn="0" w:noHBand="0" w:noVBand="1"/>
      </w:tblPr>
      <w:tblGrid>
        <w:gridCol w:w="2268"/>
        <w:gridCol w:w="7370"/>
      </w:tblGrid>
      <w:tr w:rsidR="00DE355B" w:rsidRPr="000577E9" w14:paraId="2335168B" w14:textId="77777777">
        <w:trPr>
          <w:jc w:val="center"/>
        </w:trPr>
        <w:tc>
          <w:tcPr>
            <w:tcW w:w="2268" w:type="dxa"/>
            <w:shd w:val="clear" w:color="auto" w:fill="E5E5E5"/>
            <w:vAlign w:val="center"/>
          </w:tcPr>
          <w:p w14:paraId="319312EF" w14:textId="77777777" w:rsidR="00DE355B" w:rsidRPr="000577E9" w:rsidRDefault="00000000">
            <w:pPr>
              <w:jc w:val="center"/>
            </w:pPr>
            <w:proofErr w:type="spellStart"/>
            <w:r w:rsidRPr="000577E9">
              <w:rPr>
                <w:b/>
                <w:sz w:val="18"/>
              </w:rPr>
              <w:t>Poging</w:t>
            </w:r>
            <w:proofErr w:type="spellEnd"/>
          </w:p>
        </w:tc>
        <w:tc>
          <w:tcPr>
            <w:tcW w:w="7370" w:type="dxa"/>
            <w:shd w:val="clear" w:color="auto" w:fill="E5E5E5"/>
            <w:vAlign w:val="center"/>
          </w:tcPr>
          <w:p w14:paraId="724A308A" w14:textId="77777777" w:rsidR="00DE355B" w:rsidRPr="000577E9" w:rsidRDefault="00000000">
            <w:pPr>
              <w:jc w:val="center"/>
            </w:pPr>
            <w:r w:rsidRPr="000577E9">
              <w:rPr>
                <w:b/>
                <w:sz w:val="18"/>
              </w:rPr>
              <w:t>Feedback</w:t>
            </w:r>
          </w:p>
        </w:tc>
      </w:tr>
      <w:tr w:rsidR="00DE355B" w:rsidRPr="000577E9" w14:paraId="2611D816" w14:textId="77777777">
        <w:trPr>
          <w:cantSplit/>
          <w:jc w:val="center"/>
        </w:trPr>
        <w:tc>
          <w:tcPr>
            <w:tcW w:w="2268" w:type="dxa"/>
            <w:tcMar>
              <w:top w:w="70" w:type="dxa"/>
              <w:left w:w="80" w:type="dxa"/>
              <w:bottom w:w="70" w:type="dxa"/>
              <w:right w:w="80" w:type="dxa"/>
            </w:tcMar>
            <w:vAlign w:val="center"/>
          </w:tcPr>
          <w:p w14:paraId="46AEA870" w14:textId="77777777" w:rsidR="00DE355B" w:rsidRPr="000577E9" w:rsidRDefault="00000000">
            <w:pPr>
              <w:jc w:val="center"/>
            </w:pPr>
            <w:r w:rsidRPr="000577E9">
              <w:rPr>
                <w:sz w:val="18"/>
              </w:rPr>
              <w:t>152</w:t>
            </w:r>
          </w:p>
        </w:tc>
        <w:tc>
          <w:tcPr>
            <w:tcW w:w="7370" w:type="dxa"/>
            <w:tcMar>
              <w:top w:w="70" w:type="dxa"/>
              <w:left w:w="80" w:type="dxa"/>
              <w:bottom w:w="70" w:type="dxa"/>
              <w:right w:w="80" w:type="dxa"/>
            </w:tcMar>
            <w:vAlign w:val="center"/>
          </w:tcPr>
          <w:p w14:paraId="3580B7A4" w14:textId="77777777" w:rsidR="00DE355B" w:rsidRPr="000577E9" w:rsidRDefault="00000000">
            <w:pPr>
              <w:rPr>
                <w:lang w:val="nl-NL"/>
              </w:rPr>
            </w:pPr>
            <w:r w:rsidRPr="000577E9">
              <w:rPr>
                <w:sz w:val="18"/>
                <w:lang w:val="nl-NL"/>
              </w:rPr>
              <w:t>Twee cijfers zitten in de code, maar allebei op de verkeerde plek.</w:t>
            </w:r>
          </w:p>
        </w:tc>
      </w:tr>
      <w:tr w:rsidR="00DE355B" w:rsidRPr="000577E9" w14:paraId="574F117C" w14:textId="77777777">
        <w:trPr>
          <w:cantSplit/>
          <w:jc w:val="center"/>
        </w:trPr>
        <w:tc>
          <w:tcPr>
            <w:tcW w:w="2268" w:type="dxa"/>
            <w:tcMar>
              <w:top w:w="70" w:type="dxa"/>
              <w:left w:w="80" w:type="dxa"/>
              <w:bottom w:w="70" w:type="dxa"/>
              <w:right w:w="80" w:type="dxa"/>
            </w:tcMar>
            <w:vAlign w:val="center"/>
          </w:tcPr>
          <w:p w14:paraId="159B7EBD" w14:textId="77777777" w:rsidR="00DE355B" w:rsidRPr="000577E9" w:rsidRDefault="00000000">
            <w:pPr>
              <w:jc w:val="center"/>
            </w:pPr>
            <w:r w:rsidRPr="000577E9">
              <w:rPr>
                <w:sz w:val="18"/>
              </w:rPr>
              <w:t>834</w:t>
            </w:r>
          </w:p>
        </w:tc>
        <w:tc>
          <w:tcPr>
            <w:tcW w:w="7370" w:type="dxa"/>
            <w:tcMar>
              <w:top w:w="70" w:type="dxa"/>
              <w:left w:w="80" w:type="dxa"/>
              <w:bottom w:w="70" w:type="dxa"/>
              <w:right w:w="80" w:type="dxa"/>
            </w:tcMar>
            <w:vAlign w:val="center"/>
          </w:tcPr>
          <w:p w14:paraId="0959DBBA" w14:textId="77777777" w:rsidR="00DE355B" w:rsidRPr="000577E9" w:rsidRDefault="00000000">
            <w:pPr>
              <w:rPr>
                <w:lang w:val="nl-NL"/>
              </w:rPr>
            </w:pPr>
            <w:r w:rsidRPr="000577E9">
              <w:rPr>
                <w:sz w:val="18"/>
                <w:lang w:val="nl-NL"/>
              </w:rPr>
              <w:t>Eén cijfer zit in de code, maar op de verkeerde plek.</w:t>
            </w:r>
          </w:p>
        </w:tc>
      </w:tr>
      <w:tr w:rsidR="00DE355B" w:rsidRPr="000577E9" w14:paraId="24550906" w14:textId="77777777">
        <w:trPr>
          <w:cantSplit/>
          <w:jc w:val="center"/>
        </w:trPr>
        <w:tc>
          <w:tcPr>
            <w:tcW w:w="2268" w:type="dxa"/>
            <w:tcMar>
              <w:top w:w="70" w:type="dxa"/>
              <w:left w:w="80" w:type="dxa"/>
              <w:bottom w:w="70" w:type="dxa"/>
              <w:right w:w="80" w:type="dxa"/>
            </w:tcMar>
            <w:vAlign w:val="center"/>
          </w:tcPr>
          <w:p w14:paraId="0F5EB49E" w14:textId="77777777" w:rsidR="00DE355B" w:rsidRPr="000577E9" w:rsidRDefault="00000000">
            <w:pPr>
              <w:jc w:val="center"/>
            </w:pPr>
            <w:r w:rsidRPr="000577E9">
              <w:rPr>
                <w:sz w:val="18"/>
              </w:rPr>
              <w:t>570</w:t>
            </w:r>
          </w:p>
        </w:tc>
        <w:tc>
          <w:tcPr>
            <w:tcW w:w="7370" w:type="dxa"/>
            <w:tcMar>
              <w:top w:w="70" w:type="dxa"/>
              <w:left w:w="80" w:type="dxa"/>
              <w:bottom w:w="70" w:type="dxa"/>
              <w:right w:w="80" w:type="dxa"/>
            </w:tcMar>
            <w:vAlign w:val="center"/>
          </w:tcPr>
          <w:p w14:paraId="3F43BA76" w14:textId="77777777" w:rsidR="00DE355B" w:rsidRPr="000577E9" w:rsidRDefault="00000000">
            <w:pPr>
              <w:rPr>
                <w:lang w:val="nl-NL"/>
              </w:rPr>
            </w:pPr>
            <w:r w:rsidRPr="000577E9">
              <w:rPr>
                <w:sz w:val="18"/>
                <w:lang w:val="nl-NL"/>
              </w:rPr>
              <w:t>Eén cijfer is goed én staat op de goede plek. De andere twee zitten niet in de code.</w:t>
            </w:r>
          </w:p>
        </w:tc>
      </w:tr>
      <w:tr w:rsidR="00DE355B" w:rsidRPr="000577E9" w14:paraId="7D89395B" w14:textId="77777777">
        <w:trPr>
          <w:cantSplit/>
          <w:jc w:val="center"/>
        </w:trPr>
        <w:tc>
          <w:tcPr>
            <w:tcW w:w="2268" w:type="dxa"/>
            <w:tcMar>
              <w:top w:w="70" w:type="dxa"/>
              <w:left w:w="80" w:type="dxa"/>
              <w:bottom w:w="70" w:type="dxa"/>
              <w:right w:w="80" w:type="dxa"/>
            </w:tcMar>
            <w:vAlign w:val="center"/>
          </w:tcPr>
          <w:p w14:paraId="6D4801F2" w14:textId="77777777" w:rsidR="00DE355B" w:rsidRPr="000577E9" w:rsidRDefault="00000000">
            <w:pPr>
              <w:jc w:val="center"/>
            </w:pPr>
            <w:r w:rsidRPr="000577E9">
              <w:rPr>
                <w:sz w:val="18"/>
              </w:rPr>
              <w:t>416</w:t>
            </w:r>
          </w:p>
        </w:tc>
        <w:tc>
          <w:tcPr>
            <w:tcW w:w="7370" w:type="dxa"/>
            <w:tcMar>
              <w:top w:w="70" w:type="dxa"/>
              <w:left w:w="80" w:type="dxa"/>
              <w:bottom w:w="70" w:type="dxa"/>
              <w:right w:w="80" w:type="dxa"/>
            </w:tcMar>
            <w:vAlign w:val="center"/>
          </w:tcPr>
          <w:p w14:paraId="7E7F87CA" w14:textId="77777777" w:rsidR="00DE355B" w:rsidRPr="000577E9" w:rsidRDefault="00000000">
            <w:pPr>
              <w:rPr>
                <w:lang w:val="nl-NL"/>
              </w:rPr>
            </w:pPr>
            <w:r w:rsidRPr="000577E9">
              <w:rPr>
                <w:sz w:val="18"/>
                <w:lang w:val="nl-NL"/>
              </w:rPr>
              <w:t>Eén cijfer zit in de code, maar op de verkeerde plek.</w:t>
            </w:r>
          </w:p>
        </w:tc>
      </w:tr>
    </w:tbl>
    <w:tbl>
      <w:tblPr>
        <w:tblW w:w="0" w:type="auto"/>
        <w:jc w:val="center"/>
        <w:tblLayout w:type="fixed"/>
        <w:tblLook w:val="04A0" w:firstRow="1" w:lastRow="0" w:firstColumn="1" w:lastColumn="0" w:noHBand="0" w:noVBand="1"/>
      </w:tblPr>
      <w:tblGrid>
        <w:gridCol w:w="9921"/>
      </w:tblGrid>
      <w:tr w:rsidR="00DE355B" w:rsidRPr="000577E9" w14:paraId="4BCC367D"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146A4455" w14:textId="77777777" w:rsidR="00DE355B" w:rsidRPr="000577E9" w:rsidRDefault="00000000">
            <w:pPr>
              <w:rPr>
                <w:lang w:val="nl-NL"/>
              </w:rPr>
            </w:pPr>
            <w:r w:rsidRPr="000577E9">
              <w:rPr>
                <w:b/>
                <w:sz w:val="22"/>
                <w:lang w:val="nl-NL"/>
              </w:rPr>
              <w:t>Belangrijk</w:t>
            </w:r>
            <w:r w:rsidRPr="000577E9">
              <w:rPr>
                <w:b/>
                <w:sz w:val="22"/>
                <w:lang w:val="nl-NL"/>
              </w:rPr>
              <w:br/>
            </w:r>
            <w:r w:rsidRPr="000577E9">
              <w:rPr>
                <w:lang w:val="nl-NL"/>
              </w:rPr>
              <w:t>Een cijfer dat volgens de feedback “niet in de code” zit, mag je bij volgende pogingen wegstrepen.</w:t>
            </w:r>
          </w:p>
        </w:tc>
      </w:tr>
    </w:tbl>
    <w:p w14:paraId="7453296E" w14:textId="77777777" w:rsidR="00DE355B" w:rsidRPr="000577E9" w:rsidRDefault="00DE355B">
      <w:pPr>
        <w:spacing w:after="0"/>
        <w:rPr>
          <w:lang w:val="nl-NL"/>
        </w:rPr>
      </w:pPr>
    </w:p>
    <w:p w14:paraId="356960DD" w14:textId="77777777" w:rsidR="00DE355B" w:rsidRPr="000577E9" w:rsidRDefault="00000000">
      <w:pPr>
        <w:rPr>
          <w:lang w:val="nl-NL"/>
        </w:rPr>
      </w:pPr>
      <w:r w:rsidRPr="000577E9">
        <w:rPr>
          <w:b/>
          <w:lang w:val="nl-NL"/>
        </w:rPr>
        <w:t>De driecijferige slotcode is:  ______  ______  ______</w:t>
      </w:r>
    </w:p>
    <w:p w14:paraId="26B5DA86" w14:textId="77777777" w:rsidR="00DE355B" w:rsidRPr="000577E9" w:rsidRDefault="00000000">
      <w:pPr>
        <w:rPr>
          <w:lang w:val="nl-NL"/>
        </w:rPr>
      </w:pPr>
      <w:r w:rsidRPr="000577E9">
        <w:rPr>
          <w:b/>
          <w:lang w:val="nl-NL"/>
        </w:rPr>
        <w:t xml:space="preserve">CODE-OPDRACHT: </w:t>
      </w:r>
      <w:r w:rsidRPr="000577E9">
        <w:rPr>
          <w:lang w:val="nl-NL"/>
        </w:rPr>
        <w:t>Het tweede codecijfer is het middelste cijfer van de gevonden slotcode.</w:t>
      </w:r>
    </w:p>
    <w:p w14:paraId="298D1129" w14:textId="77777777" w:rsidR="00DE355B" w:rsidRPr="000577E9" w:rsidRDefault="00000000">
      <w:pPr>
        <w:spacing w:before="160"/>
        <w:jc w:val="center"/>
      </w:pPr>
      <w:proofErr w:type="spellStart"/>
      <w:r w:rsidRPr="000577E9">
        <w:rPr>
          <w:b/>
          <w:sz w:val="30"/>
        </w:rPr>
        <w:t>Codecijfer</w:t>
      </w:r>
      <w:proofErr w:type="spellEnd"/>
      <w:r w:rsidRPr="000577E9">
        <w:rPr>
          <w:b/>
          <w:sz w:val="30"/>
        </w:rPr>
        <w:t xml:space="preserve"> dossier 2:  ____</w:t>
      </w:r>
    </w:p>
    <w:p w14:paraId="23D81A81"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4CD98CA1"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347D7AB7" w14:textId="77777777" w:rsidR="00DE355B" w:rsidRPr="000577E9" w:rsidRDefault="00000000">
            <w:pPr>
              <w:jc w:val="center"/>
            </w:pPr>
            <w:r w:rsidRPr="000577E9">
              <w:rPr>
                <w:b/>
              </w:rPr>
              <w:lastRenderedPageBreak/>
              <w:t>NIVEAU 1 - DOSSIER 3</w:t>
            </w:r>
          </w:p>
        </w:tc>
      </w:tr>
    </w:tbl>
    <w:p w14:paraId="50F4E7A3" w14:textId="77777777" w:rsidR="00DE355B" w:rsidRPr="000577E9" w:rsidRDefault="00000000">
      <w:pPr>
        <w:pStyle w:val="Kop1"/>
        <w:rPr>
          <w:color w:val="auto"/>
        </w:rPr>
      </w:pPr>
      <w:r w:rsidRPr="000577E9">
        <w:rPr>
          <w:color w:val="auto"/>
        </w:rPr>
        <w:t>DOSSIER 3 - NIEMAND WEET GENOEG</w:t>
      </w:r>
    </w:p>
    <w:p w14:paraId="5E672850" w14:textId="77777777" w:rsidR="00DE355B" w:rsidRPr="000577E9" w:rsidRDefault="00000000">
      <w:pPr>
        <w:rPr>
          <w:lang w:val="nl-NL"/>
        </w:rPr>
      </w:pPr>
      <w:r w:rsidRPr="000577E9">
        <w:rPr>
          <w:lang w:val="nl-NL"/>
        </w:rPr>
        <w:t>Geef ieder teamlid één kaart. Kaartjes mogen niet worden getoond of doorgegeven. De informatie mag alleen hardop worden verteld. Heb je vijf leerlingen? Geef kaart E aan de vijfde leerling.</w:t>
      </w:r>
    </w:p>
    <w:p w14:paraId="36826592" w14:textId="77777777" w:rsidR="00DE355B" w:rsidRPr="000577E9" w:rsidRDefault="00000000">
      <w:pPr>
        <w:rPr>
          <w:lang w:val="nl-NL"/>
        </w:rPr>
      </w:pPr>
      <w:r w:rsidRPr="000577E9">
        <w:rPr>
          <w:i/>
          <w:sz w:val="18"/>
          <w:lang w:val="nl-NL"/>
        </w:rPr>
        <w:t>Knip langs de randen. Laat kaartjes niet aan elkaar zien tenzij de opdracht dat toestaat.</w:t>
      </w:r>
    </w:p>
    <w:tbl>
      <w:tblPr>
        <w:tblW w:w="0" w:type="auto"/>
        <w:jc w:val="center"/>
        <w:tblLayout w:type="fixed"/>
        <w:tblLook w:val="04A0" w:firstRow="1" w:lastRow="0" w:firstColumn="1" w:lastColumn="0" w:noHBand="0" w:noVBand="1"/>
      </w:tblPr>
      <w:tblGrid>
        <w:gridCol w:w="4876"/>
        <w:gridCol w:w="5045"/>
        <w:gridCol w:w="20"/>
      </w:tblGrid>
      <w:tr w:rsidR="00DE355B" w:rsidRPr="000577E9" w14:paraId="5BB6E9C7"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437F6A14" w14:textId="77777777" w:rsidR="00DE355B" w:rsidRPr="000577E9" w:rsidRDefault="00000000">
            <w:pPr>
              <w:rPr>
                <w:lang w:val="nl-NL"/>
              </w:rPr>
            </w:pPr>
            <w:r w:rsidRPr="000577E9">
              <w:rPr>
                <w:b/>
                <w:sz w:val="22"/>
                <w:lang w:val="nl-NL"/>
              </w:rPr>
              <w:t>KAART A</w:t>
            </w:r>
          </w:p>
          <w:p w14:paraId="0A156B84" w14:textId="77777777" w:rsidR="00DE355B" w:rsidRPr="000577E9" w:rsidRDefault="00000000">
            <w:pPr>
              <w:pStyle w:val="Cardtext"/>
              <w:rPr>
                <w:lang w:val="nl-NL"/>
              </w:rPr>
            </w:pPr>
            <w:r w:rsidRPr="000577E9">
              <w:rPr>
                <w:lang w:val="nl-NL"/>
              </w:rPr>
              <w:t>Het gezochte getal heeft drie verschillende cijfers.</w:t>
            </w:r>
          </w:p>
          <w:p w14:paraId="72CA7028" w14:textId="77777777" w:rsidR="00DE355B" w:rsidRPr="000577E9" w:rsidRDefault="00DE355B">
            <w:pPr>
              <w:pStyle w:val="Cardtext"/>
              <w:rPr>
                <w:lang w:val="nl-NL"/>
              </w:rPr>
            </w:pPr>
          </w:p>
          <w:p w14:paraId="5B3D9A20" w14:textId="77777777" w:rsidR="00DE355B" w:rsidRPr="000577E9" w:rsidRDefault="00000000">
            <w:pPr>
              <w:pStyle w:val="Cardtext"/>
            </w:pPr>
            <w:r w:rsidRPr="000577E9">
              <w:t>Extra fragment: HET MIDDELSTE</w:t>
            </w:r>
          </w:p>
        </w:tc>
        <w:tc>
          <w:tcPr>
            <w:tcW w:w="4876" w:type="dxa"/>
            <w:gridSpan w:val="2"/>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654EB788" w14:textId="77777777" w:rsidR="00DE355B" w:rsidRPr="000577E9" w:rsidRDefault="00000000">
            <w:pPr>
              <w:rPr>
                <w:lang w:val="nl-NL"/>
              </w:rPr>
            </w:pPr>
            <w:r w:rsidRPr="000577E9">
              <w:rPr>
                <w:b/>
                <w:sz w:val="22"/>
                <w:lang w:val="nl-NL"/>
              </w:rPr>
              <w:t>KAART B</w:t>
            </w:r>
          </w:p>
          <w:p w14:paraId="17E3CA8E" w14:textId="77777777" w:rsidR="00DE355B" w:rsidRPr="000577E9" w:rsidRDefault="00000000">
            <w:pPr>
              <w:pStyle w:val="Cardtext"/>
              <w:rPr>
                <w:lang w:val="nl-NL"/>
              </w:rPr>
            </w:pPr>
            <w:r w:rsidRPr="000577E9">
              <w:rPr>
                <w:lang w:val="nl-NL"/>
              </w:rPr>
              <w:t>Het eerste cijfer is twee keer zo groot als het laatste cijfer.</w:t>
            </w:r>
          </w:p>
          <w:p w14:paraId="18DE5D84" w14:textId="77777777" w:rsidR="00DE355B" w:rsidRPr="000577E9" w:rsidRDefault="00DE355B">
            <w:pPr>
              <w:pStyle w:val="Cardtext"/>
              <w:rPr>
                <w:lang w:val="nl-NL"/>
              </w:rPr>
            </w:pPr>
          </w:p>
          <w:p w14:paraId="25B63FB6" w14:textId="77777777" w:rsidR="00DE355B" w:rsidRPr="000577E9" w:rsidRDefault="00000000">
            <w:pPr>
              <w:pStyle w:val="Cardtext"/>
            </w:pPr>
            <w:r w:rsidRPr="000577E9">
              <w:t>Extra fragment: CIJFER VAN</w:t>
            </w:r>
          </w:p>
        </w:tc>
      </w:tr>
      <w:tr w:rsidR="00DE355B" w:rsidRPr="000577E9" w14:paraId="7506DE90"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13336E22" w14:textId="77777777" w:rsidR="00DE355B" w:rsidRPr="000577E9" w:rsidRDefault="00000000">
            <w:pPr>
              <w:rPr>
                <w:lang w:val="nl-NL"/>
              </w:rPr>
            </w:pPr>
            <w:r w:rsidRPr="000577E9">
              <w:rPr>
                <w:b/>
                <w:sz w:val="22"/>
                <w:lang w:val="nl-NL"/>
              </w:rPr>
              <w:t>KAART C</w:t>
            </w:r>
          </w:p>
          <w:p w14:paraId="3714C4FA" w14:textId="77777777" w:rsidR="00DE355B" w:rsidRPr="000577E9" w:rsidRDefault="00000000">
            <w:pPr>
              <w:pStyle w:val="Cardtext"/>
              <w:rPr>
                <w:lang w:val="nl-NL"/>
              </w:rPr>
            </w:pPr>
            <w:r w:rsidRPr="000577E9">
              <w:rPr>
                <w:lang w:val="nl-NL"/>
              </w:rPr>
              <w:t>Het middelste cijfer is precies één groter dan het laatste cijfer.</w:t>
            </w:r>
          </w:p>
          <w:p w14:paraId="32D56E42" w14:textId="77777777" w:rsidR="00DE355B" w:rsidRPr="000577E9" w:rsidRDefault="00DE355B">
            <w:pPr>
              <w:pStyle w:val="Cardtext"/>
              <w:rPr>
                <w:lang w:val="nl-NL"/>
              </w:rPr>
            </w:pPr>
          </w:p>
          <w:p w14:paraId="40F39FBC" w14:textId="77777777" w:rsidR="00DE355B" w:rsidRPr="000577E9" w:rsidRDefault="00000000">
            <w:pPr>
              <w:pStyle w:val="Cardtext"/>
            </w:pPr>
            <w:r w:rsidRPr="000577E9">
              <w:t>Extra fragment: JULLIE GETAL</w:t>
            </w:r>
          </w:p>
        </w:tc>
        <w:tc>
          <w:tcPr>
            <w:tcW w:w="4876" w:type="dxa"/>
            <w:gridSpan w:val="2"/>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5D43CD41" w14:textId="77777777" w:rsidR="00DE355B" w:rsidRPr="000577E9" w:rsidRDefault="00000000">
            <w:pPr>
              <w:rPr>
                <w:lang w:val="nl-NL"/>
              </w:rPr>
            </w:pPr>
            <w:r w:rsidRPr="000577E9">
              <w:rPr>
                <w:b/>
                <w:sz w:val="22"/>
                <w:lang w:val="nl-NL"/>
              </w:rPr>
              <w:t>KAART D</w:t>
            </w:r>
          </w:p>
          <w:p w14:paraId="0D262E47" w14:textId="77777777" w:rsidR="00DE355B" w:rsidRPr="000577E9" w:rsidRDefault="00000000">
            <w:pPr>
              <w:pStyle w:val="Cardtext"/>
              <w:rPr>
                <w:lang w:val="nl-NL"/>
              </w:rPr>
            </w:pPr>
            <w:r w:rsidRPr="000577E9">
              <w:rPr>
                <w:lang w:val="nl-NL"/>
              </w:rPr>
              <w:t>De som van de drie cijfers is 13.</w:t>
            </w:r>
          </w:p>
          <w:p w14:paraId="0CCA1058" w14:textId="77777777" w:rsidR="00DE355B" w:rsidRPr="000577E9" w:rsidRDefault="00DE355B">
            <w:pPr>
              <w:pStyle w:val="Cardtext"/>
              <w:rPr>
                <w:lang w:val="nl-NL"/>
              </w:rPr>
            </w:pPr>
          </w:p>
          <w:p w14:paraId="3EE1BC70" w14:textId="77777777" w:rsidR="00DE355B" w:rsidRPr="000577E9" w:rsidRDefault="00000000">
            <w:pPr>
              <w:pStyle w:val="Cardtext"/>
              <w:rPr>
                <w:lang w:val="nl-NL"/>
              </w:rPr>
            </w:pPr>
            <w:r w:rsidRPr="000577E9">
              <w:rPr>
                <w:lang w:val="nl-NL"/>
              </w:rPr>
              <w:t>Extra fragment: IS DE CODE</w:t>
            </w:r>
          </w:p>
        </w:tc>
      </w:tr>
      <w:tr w:rsidR="00DE355B" w:rsidRPr="000577E9" w14:paraId="59CDF9E6"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23953E43" w14:textId="77777777" w:rsidR="00DE355B" w:rsidRPr="000577E9" w:rsidRDefault="00000000">
            <w:pPr>
              <w:rPr>
                <w:lang w:val="nl-NL"/>
              </w:rPr>
            </w:pPr>
            <w:r w:rsidRPr="000577E9">
              <w:rPr>
                <w:b/>
                <w:sz w:val="22"/>
                <w:lang w:val="nl-NL"/>
              </w:rPr>
              <w:t>KAART E - CONTROLE</w:t>
            </w:r>
          </w:p>
          <w:p w14:paraId="2F82653C" w14:textId="77777777" w:rsidR="00DE355B" w:rsidRPr="000577E9" w:rsidRDefault="00000000">
            <w:pPr>
              <w:pStyle w:val="Cardtext"/>
              <w:rPr>
                <w:lang w:val="nl-NL"/>
              </w:rPr>
            </w:pPr>
            <w:r w:rsidRPr="000577E9">
              <w:rPr>
                <w:lang w:val="nl-NL"/>
              </w:rPr>
              <w:t>Geen enkel cijfer is groter dan 7. Deze kaart is alleen controle-informatie.</w:t>
            </w:r>
          </w:p>
          <w:p w14:paraId="387280EB" w14:textId="77777777" w:rsidR="00DE355B" w:rsidRPr="000577E9" w:rsidRDefault="00DE355B">
            <w:pPr>
              <w:pStyle w:val="Cardtext"/>
              <w:rPr>
                <w:lang w:val="nl-NL"/>
              </w:rPr>
            </w:pPr>
          </w:p>
          <w:p w14:paraId="1BC89436" w14:textId="77777777" w:rsidR="00DE355B" w:rsidRPr="000577E9" w:rsidRDefault="00000000">
            <w:pPr>
              <w:pStyle w:val="Cardtext"/>
              <w:rPr>
                <w:lang w:val="nl-NL"/>
              </w:rPr>
            </w:pPr>
            <w:r w:rsidRPr="000577E9">
              <w:rPr>
                <w:lang w:val="nl-NL"/>
              </w:rPr>
              <w:t>Extra fragment: GEBRUIK ALLE KERNKAARTEN</w:t>
            </w:r>
          </w:p>
        </w:tc>
        <w:tc>
          <w:tcPr>
            <w:tcW w:w="4876" w:type="dxa"/>
            <w:gridSpan w:val="2"/>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78EA911D" w14:textId="77777777" w:rsidR="00DE355B" w:rsidRPr="000577E9" w:rsidRDefault="00DE355B">
            <w:pPr>
              <w:rPr>
                <w:lang w:val="nl-NL"/>
              </w:rPr>
            </w:pPr>
          </w:p>
        </w:tc>
      </w:tr>
      <w:tr w:rsidR="00DE355B" w:rsidRPr="000577E9" w14:paraId="5C641C6A" w14:textId="77777777">
        <w:trPr>
          <w:gridAfter w:val="1"/>
          <w:wAfter w:w="20" w:type="dxa"/>
          <w:jc w:val="center"/>
        </w:trPr>
        <w:tc>
          <w:tcPr>
            <w:tcW w:w="9921" w:type="dxa"/>
            <w:gridSpan w:val="2"/>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4DF8C9D7" w14:textId="77777777" w:rsidR="00DE355B" w:rsidRPr="000577E9" w:rsidRDefault="00000000">
            <w:r w:rsidRPr="000577E9">
              <w:rPr>
                <w:b/>
                <w:sz w:val="22"/>
                <w:lang w:val="nl-NL"/>
              </w:rPr>
              <w:t>Steunvraag voor het team</w:t>
            </w:r>
            <w:r w:rsidRPr="000577E9">
              <w:rPr>
                <w:b/>
                <w:sz w:val="22"/>
                <w:lang w:val="nl-NL"/>
              </w:rPr>
              <w:br/>
            </w:r>
            <w:r w:rsidRPr="000577E9">
              <w:rPr>
                <w:lang w:val="nl-NL"/>
              </w:rPr>
              <w:t xml:space="preserve">Kies eens een mogelijk laatste cijfer. Welk eerste en middelste cijfer horen daar dan automatisch bij? </w:t>
            </w:r>
            <w:proofErr w:type="spellStart"/>
            <w:r w:rsidRPr="000577E9">
              <w:t>Controleer</w:t>
            </w:r>
            <w:proofErr w:type="spellEnd"/>
            <w:r w:rsidRPr="000577E9">
              <w:t xml:space="preserve"> </w:t>
            </w:r>
            <w:proofErr w:type="spellStart"/>
            <w:r w:rsidRPr="000577E9">
              <w:t>daarna</w:t>
            </w:r>
            <w:proofErr w:type="spellEnd"/>
            <w:r w:rsidRPr="000577E9">
              <w:t xml:space="preserve"> de som.</w:t>
            </w:r>
          </w:p>
        </w:tc>
      </w:tr>
    </w:tbl>
    <w:p w14:paraId="07A2EA26" w14:textId="77777777" w:rsidR="00DE355B" w:rsidRPr="000577E9" w:rsidRDefault="00DE355B">
      <w:pPr>
        <w:spacing w:after="0"/>
      </w:pPr>
    </w:p>
    <w:p w14:paraId="0FFD6CE7" w14:textId="77777777" w:rsidR="00DE355B" w:rsidRPr="000577E9" w:rsidRDefault="00000000">
      <w:pPr>
        <w:spacing w:before="160"/>
        <w:jc w:val="center"/>
      </w:pPr>
      <w:r w:rsidRPr="000577E9">
        <w:rPr>
          <w:b/>
          <w:sz w:val="30"/>
        </w:rPr>
        <w:t>Codecijfer dossier 3:  ____</w:t>
      </w:r>
    </w:p>
    <w:p w14:paraId="08479D22"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1683FF37"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3E63D235" w14:textId="77777777" w:rsidR="00DE355B" w:rsidRPr="000577E9" w:rsidRDefault="00000000">
            <w:pPr>
              <w:jc w:val="center"/>
            </w:pPr>
            <w:r w:rsidRPr="000577E9">
              <w:rPr>
                <w:b/>
              </w:rPr>
              <w:lastRenderedPageBreak/>
              <w:t>NIVEAU 1 - DOSSIER 4</w:t>
            </w:r>
          </w:p>
        </w:tc>
      </w:tr>
    </w:tbl>
    <w:p w14:paraId="60E2B127" w14:textId="77777777" w:rsidR="00DE355B" w:rsidRPr="000577E9" w:rsidRDefault="00000000">
      <w:pPr>
        <w:pStyle w:val="Kop1"/>
        <w:rPr>
          <w:color w:val="auto"/>
          <w:lang w:val="nl-NL"/>
        </w:rPr>
      </w:pPr>
      <w:r w:rsidRPr="000577E9">
        <w:rPr>
          <w:color w:val="auto"/>
          <w:lang w:val="nl-NL"/>
        </w:rPr>
        <w:t>DOSSIER 4 - WIE DRAAGT ECHT BIJ?</w:t>
      </w:r>
    </w:p>
    <w:p w14:paraId="73B30CA4" w14:textId="77777777" w:rsidR="00DE355B" w:rsidRPr="000577E9" w:rsidRDefault="00000000">
      <w:pPr>
        <w:rPr>
          <w:lang w:val="nl-NL"/>
        </w:rPr>
      </w:pPr>
      <w:r w:rsidRPr="000577E9">
        <w:rPr>
          <w:lang w:val="nl-NL"/>
        </w:rPr>
        <w:t>Bij een groepsproject wil het team niet alleen kijken naar wie veel praat of zichtbaar is. Ze spreken daarom af dat iemand helpen dubbel telt, omdat daardoor vaak twee mensen verder kunnen.</w:t>
      </w:r>
    </w:p>
    <w:tbl>
      <w:tblPr>
        <w:tblW w:w="0" w:type="auto"/>
        <w:jc w:val="center"/>
        <w:tblLayout w:type="fixed"/>
        <w:tblLook w:val="04A0" w:firstRow="1" w:lastRow="0" w:firstColumn="1" w:lastColumn="0" w:noHBand="0" w:noVBand="1"/>
      </w:tblPr>
      <w:tblGrid>
        <w:gridCol w:w="9921"/>
      </w:tblGrid>
      <w:tr w:rsidR="00DE355B" w:rsidRPr="000577E9" w14:paraId="0630878C"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36F8E9DD" w14:textId="77777777" w:rsidR="00DE355B" w:rsidRPr="000577E9" w:rsidRDefault="00000000">
            <w:pPr>
              <w:rPr>
                <w:lang w:val="nl-NL"/>
              </w:rPr>
            </w:pPr>
            <w:r w:rsidRPr="000577E9">
              <w:rPr>
                <w:b/>
                <w:sz w:val="22"/>
                <w:lang w:val="nl-NL"/>
              </w:rPr>
              <w:t>Impactscore</w:t>
            </w:r>
            <w:r w:rsidRPr="000577E9">
              <w:rPr>
                <w:b/>
                <w:sz w:val="22"/>
                <w:lang w:val="nl-NL"/>
              </w:rPr>
              <w:br/>
            </w:r>
            <w:proofErr w:type="spellStart"/>
            <w:r w:rsidRPr="000577E9">
              <w:rPr>
                <w:lang w:val="nl-NL"/>
              </w:rPr>
              <w:t>IMPACTSCORE</w:t>
            </w:r>
            <w:proofErr w:type="spellEnd"/>
            <w:r w:rsidRPr="000577E9">
              <w:rPr>
                <w:lang w:val="nl-NL"/>
              </w:rPr>
              <w:t xml:space="preserve"> = ideeën + afgeronde taken + (2 × geholpen klasgenoten)</w:t>
            </w:r>
          </w:p>
        </w:tc>
      </w:tr>
    </w:tbl>
    <w:p w14:paraId="0ECCCB8C" w14:textId="77777777" w:rsidR="00DE355B" w:rsidRPr="000577E9" w:rsidRDefault="00DE355B">
      <w:pPr>
        <w:spacing w:after="0"/>
        <w:rPr>
          <w:lang w:val="nl-NL"/>
        </w:rPr>
      </w:pPr>
    </w:p>
    <w:tbl>
      <w:tblPr>
        <w:tblStyle w:val="Tabelraster"/>
        <w:tblW w:w="0" w:type="auto"/>
        <w:jc w:val="center"/>
        <w:tblLayout w:type="fixed"/>
        <w:tblLook w:val="04A0" w:firstRow="1" w:lastRow="0" w:firstColumn="1" w:lastColumn="0" w:noHBand="0" w:noVBand="1"/>
      </w:tblPr>
      <w:tblGrid>
        <w:gridCol w:w="2268"/>
        <w:gridCol w:w="1701"/>
        <w:gridCol w:w="1701"/>
        <w:gridCol w:w="1984"/>
        <w:gridCol w:w="1984"/>
      </w:tblGrid>
      <w:tr w:rsidR="00DE355B" w:rsidRPr="000577E9" w14:paraId="1ACD26EC" w14:textId="77777777">
        <w:trPr>
          <w:jc w:val="center"/>
        </w:trPr>
        <w:tc>
          <w:tcPr>
            <w:tcW w:w="2268" w:type="dxa"/>
            <w:shd w:val="clear" w:color="auto" w:fill="E5E5E5"/>
            <w:vAlign w:val="center"/>
          </w:tcPr>
          <w:p w14:paraId="61A96A7C" w14:textId="77777777" w:rsidR="00DE355B" w:rsidRPr="000577E9" w:rsidRDefault="00000000">
            <w:pPr>
              <w:jc w:val="center"/>
            </w:pPr>
            <w:r w:rsidRPr="000577E9">
              <w:rPr>
                <w:b/>
                <w:sz w:val="18"/>
              </w:rPr>
              <w:t>Leerling</w:t>
            </w:r>
          </w:p>
        </w:tc>
        <w:tc>
          <w:tcPr>
            <w:tcW w:w="1701" w:type="dxa"/>
            <w:shd w:val="clear" w:color="auto" w:fill="E5E5E5"/>
            <w:vAlign w:val="center"/>
          </w:tcPr>
          <w:p w14:paraId="3B6712D4" w14:textId="77777777" w:rsidR="00DE355B" w:rsidRPr="000577E9" w:rsidRDefault="00000000">
            <w:pPr>
              <w:jc w:val="center"/>
            </w:pPr>
            <w:r w:rsidRPr="000577E9">
              <w:rPr>
                <w:b/>
                <w:sz w:val="18"/>
              </w:rPr>
              <w:t>Ideeën</w:t>
            </w:r>
          </w:p>
        </w:tc>
        <w:tc>
          <w:tcPr>
            <w:tcW w:w="1701" w:type="dxa"/>
            <w:shd w:val="clear" w:color="auto" w:fill="E5E5E5"/>
            <w:vAlign w:val="center"/>
          </w:tcPr>
          <w:p w14:paraId="7C4A2B8C" w14:textId="77777777" w:rsidR="00DE355B" w:rsidRPr="000577E9" w:rsidRDefault="00000000">
            <w:pPr>
              <w:jc w:val="center"/>
            </w:pPr>
            <w:r w:rsidRPr="000577E9">
              <w:rPr>
                <w:b/>
                <w:sz w:val="18"/>
              </w:rPr>
              <w:t>Taken</w:t>
            </w:r>
          </w:p>
        </w:tc>
        <w:tc>
          <w:tcPr>
            <w:tcW w:w="1984" w:type="dxa"/>
            <w:shd w:val="clear" w:color="auto" w:fill="E5E5E5"/>
            <w:vAlign w:val="center"/>
          </w:tcPr>
          <w:p w14:paraId="4475A693" w14:textId="77777777" w:rsidR="00DE355B" w:rsidRPr="000577E9" w:rsidRDefault="00000000">
            <w:pPr>
              <w:jc w:val="center"/>
            </w:pPr>
            <w:r w:rsidRPr="000577E9">
              <w:rPr>
                <w:b/>
                <w:sz w:val="18"/>
              </w:rPr>
              <w:t>Geholpen</w:t>
            </w:r>
          </w:p>
        </w:tc>
        <w:tc>
          <w:tcPr>
            <w:tcW w:w="1984" w:type="dxa"/>
            <w:shd w:val="clear" w:color="auto" w:fill="E5E5E5"/>
            <w:vAlign w:val="center"/>
          </w:tcPr>
          <w:p w14:paraId="70843409" w14:textId="77777777" w:rsidR="00DE355B" w:rsidRPr="000577E9" w:rsidRDefault="00000000">
            <w:pPr>
              <w:jc w:val="center"/>
            </w:pPr>
            <w:r w:rsidRPr="000577E9">
              <w:rPr>
                <w:b/>
                <w:sz w:val="18"/>
              </w:rPr>
              <w:t>Spreektijd</w:t>
            </w:r>
          </w:p>
        </w:tc>
      </w:tr>
      <w:tr w:rsidR="00DE355B" w:rsidRPr="000577E9" w14:paraId="2F5A5A46" w14:textId="77777777">
        <w:trPr>
          <w:cantSplit/>
          <w:jc w:val="center"/>
        </w:trPr>
        <w:tc>
          <w:tcPr>
            <w:tcW w:w="2268" w:type="dxa"/>
            <w:tcMar>
              <w:top w:w="70" w:type="dxa"/>
              <w:left w:w="80" w:type="dxa"/>
              <w:bottom w:w="70" w:type="dxa"/>
              <w:right w:w="80" w:type="dxa"/>
            </w:tcMar>
            <w:vAlign w:val="center"/>
          </w:tcPr>
          <w:p w14:paraId="4B5AE3B5" w14:textId="77777777" w:rsidR="00DE355B" w:rsidRPr="000577E9" w:rsidRDefault="00000000">
            <w:pPr>
              <w:jc w:val="center"/>
            </w:pPr>
            <w:r w:rsidRPr="000577E9">
              <w:rPr>
                <w:sz w:val="18"/>
              </w:rPr>
              <w:t>Aylin</w:t>
            </w:r>
          </w:p>
        </w:tc>
        <w:tc>
          <w:tcPr>
            <w:tcW w:w="1701" w:type="dxa"/>
            <w:tcMar>
              <w:top w:w="70" w:type="dxa"/>
              <w:left w:w="80" w:type="dxa"/>
              <w:bottom w:w="70" w:type="dxa"/>
              <w:right w:w="80" w:type="dxa"/>
            </w:tcMar>
            <w:vAlign w:val="center"/>
          </w:tcPr>
          <w:p w14:paraId="78DE6487" w14:textId="77777777" w:rsidR="00DE355B" w:rsidRPr="000577E9" w:rsidRDefault="00000000">
            <w:pPr>
              <w:jc w:val="center"/>
            </w:pPr>
            <w:r w:rsidRPr="000577E9">
              <w:rPr>
                <w:sz w:val="18"/>
              </w:rPr>
              <w:t>5</w:t>
            </w:r>
          </w:p>
        </w:tc>
        <w:tc>
          <w:tcPr>
            <w:tcW w:w="1701" w:type="dxa"/>
            <w:tcMar>
              <w:top w:w="70" w:type="dxa"/>
              <w:left w:w="80" w:type="dxa"/>
              <w:bottom w:w="70" w:type="dxa"/>
              <w:right w:w="80" w:type="dxa"/>
            </w:tcMar>
            <w:vAlign w:val="center"/>
          </w:tcPr>
          <w:p w14:paraId="06C37DB7" w14:textId="77777777" w:rsidR="00DE355B" w:rsidRPr="000577E9" w:rsidRDefault="00000000">
            <w:pPr>
              <w:jc w:val="center"/>
            </w:pPr>
            <w:r w:rsidRPr="000577E9">
              <w:rPr>
                <w:sz w:val="18"/>
              </w:rPr>
              <w:t>3</w:t>
            </w:r>
          </w:p>
        </w:tc>
        <w:tc>
          <w:tcPr>
            <w:tcW w:w="1984" w:type="dxa"/>
            <w:tcMar>
              <w:top w:w="70" w:type="dxa"/>
              <w:left w:w="80" w:type="dxa"/>
              <w:bottom w:w="70" w:type="dxa"/>
              <w:right w:w="80" w:type="dxa"/>
            </w:tcMar>
            <w:vAlign w:val="center"/>
          </w:tcPr>
          <w:p w14:paraId="14BA93E6" w14:textId="77777777" w:rsidR="00DE355B" w:rsidRPr="000577E9" w:rsidRDefault="00000000">
            <w:pPr>
              <w:jc w:val="center"/>
            </w:pPr>
            <w:r w:rsidRPr="000577E9">
              <w:rPr>
                <w:sz w:val="18"/>
              </w:rPr>
              <w:t>1</w:t>
            </w:r>
          </w:p>
        </w:tc>
        <w:tc>
          <w:tcPr>
            <w:tcW w:w="1984" w:type="dxa"/>
            <w:tcMar>
              <w:top w:w="70" w:type="dxa"/>
              <w:left w:w="80" w:type="dxa"/>
              <w:bottom w:w="70" w:type="dxa"/>
              <w:right w:w="80" w:type="dxa"/>
            </w:tcMar>
            <w:vAlign w:val="center"/>
          </w:tcPr>
          <w:p w14:paraId="54C89DCB" w14:textId="77777777" w:rsidR="00DE355B" w:rsidRPr="000577E9" w:rsidRDefault="00000000">
            <w:pPr>
              <w:jc w:val="center"/>
            </w:pPr>
            <w:r w:rsidRPr="000577E9">
              <w:rPr>
                <w:sz w:val="18"/>
              </w:rPr>
              <w:t>5 min</w:t>
            </w:r>
          </w:p>
        </w:tc>
      </w:tr>
      <w:tr w:rsidR="00DE355B" w:rsidRPr="000577E9" w14:paraId="0811ACFE" w14:textId="77777777">
        <w:trPr>
          <w:cantSplit/>
          <w:jc w:val="center"/>
        </w:trPr>
        <w:tc>
          <w:tcPr>
            <w:tcW w:w="2268" w:type="dxa"/>
            <w:tcMar>
              <w:top w:w="70" w:type="dxa"/>
              <w:left w:w="80" w:type="dxa"/>
              <w:bottom w:w="70" w:type="dxa"/>
              <w:right w:w="80" w:type="dxa"/>
            </w:tcMar>
            <w:vAlign w:val="center"/>
          </w:tcPr>
          <w:p w14:paraId="38460DFD" w14:textId="77777777" w:rsidR="00DE355B" w:rsidRPr="000577E9" w:rsidRDefault="00000000">
            <w:pPr>
              <w:jc w:val="center"/>
            </w:pPr>
            <w:r w:rsidRPr="000577E9">
              <w:rPr>
                <w:sz w:val="18"/>
              </w:rPr>
              <w:t>Bram</w:t>
            </w:r>
          </w:p>
        </w:tc>
        <w:tc>
          <w:tcPr>
            <w:tcW w:w="1701" w:type="dxa"/>
            <w:tcMar>
              <w:top w:w="70" w:type="dxa"/>
              <w:left w:w="80" w:type="dxa"/>
              <w:bottom w:w="70" w:type="dxa"/>
              <w:right w:w="80" w:type="dxa"/>
            </w:tcMar>
            <w:vAlign w:val="center"/>
          </w:tcPr>
          <w:p w14:paraId="72938597" w14:textId="77777777" w:rsidR="00DE355B" w:rsidRPr="000577E9" w:rsidRDefault="00000000">
            <w:pPr>
              <w:jc w:val="center"/>
            </w:pPr>
            <w:r w:rsidRPr="000577E9">
              <w:rPr>
                <w:sz w:val="18"/>
              </w:rPr>
              <w:t>2</w:t>
            </w:r>
          </w:p>
        </w:tc>
        <w:tc>
          <w:tcPr>
            <w:tcW w:w="1701" w:type="dxa"/>
            <w:tcMar>
              <w:top w:w="70" w:type="dxa"/>
              <w:left w:w="80" w:type="dxa"/>
              <w:bottom w:w="70" w:type="dxa"/>
              <w:right w:w="80" w:type="dxa"/>
            </w:tcMar>
            <w:vAlign w:val="center"/>
          </w:tcPr>
          <w:p w14:paraId="2078D42A" w14:textId="77777777" w:rsidR="00DE355B" w:rsidRPr="000577E9" w:rsidRDefault="00000000">
            <w:pPr>
              <w:jc w:val="center"/>
            </w:pPr>
            <w:r w:rsidRPr="000577E9">
              <w:rPr>
                <w:sz w:val="18"/>
              </w:rPr>
              <w:t>5</w:t>
            </w:r>
          </w:p>
        </w:tc>
        <w:tc>
          <w:tcPr>
            <w:tcW w:w="1984" w:type="dxa"/>
            <w:tcMar>
              <w:top w:w="70" w:type="dxa"/>
              <w:left w:w="80" w:type="dxa"/>
              <w:bottom w:w="70" w:type="dxa"/>
              <w:right w:w="80" w:type="dxa"/>
            </w:tcMar>
            <w:vAlign w:val="center"/>
          </w:tcPr>
          <w:p w14:paraId="56700EB9" w14:textId="77777777" w:rsidR="00DE355B" w:rsidRPr="000577E9" w:rsidRDefault="00000000">
            <w:pPr>
              <w:jc w:val="center"/>
            </w:pPr>
            <w:r w:rsidRPr="000577E9">
              <w:rPr>
                <w:sz w:val="18"/>
              </w:rPr>
              <w:t>3</w:t>
            </w:r>
          </w:p>
        </w:tc>
        <w:tc>
          <w:tcPr>
            <w:tcW w:w="1984" w:type="dxa"/>
            <w:tcMar>
              <w:top w:w="70" w:type="dxa"/>
              <w:left w:w="80" w:type="dxa"/>
              <w:bottom w:w="70" w:type="dxa"/>
              <w:right w:w="80" w:type="dxa"/>
            </w:tcMar>
            <w:vAlign w:val="center"/>
          </w:tcPr>
          <w:p w14:paraId="23F1A347" w14:textId="77777777" w:rsidR="00DE355B" w:rsidRPr="000577E9" w:rsidRDefault="00000000">
            <w:pPr>
              <w:jc w:val="center"/>
            </w:pPr>
            <w:r w:rsidRPr="000577E9">
              <w:rPr>
                <w:sz w:val="18"/>
              </w:rPr>
              <w:t>1 min</w:t>
            </w:r>
          </w:p>
        </w:tc>
      </w:tr>
      <w:tr w:rsidR="00DE355B" w:rsidRPr="000577E9" w14:paraId="3E399C2F" w14:textId="77777777">
        <w:trPr>
          <w:cantSplit/>
          <w:jc w:val="center"/>
        </w:trPr>
        <w:tc>
          <w:tcPr>
            <w:tcW w:w="2268" w:type="dxa"/>
            <w:tcMar>
              <w:top w:w="70" w:type="dxa"/>
              <w:left w:w="80" w:type="dxa"/>
              <w:bottom w:w="70" w:type="dxa"/>
              <w:right w:w="80" w:type="dxa"/>
            </w:tcMar>
            <w:vAlign w:val="center"/>
          </w:tcPr>
          <w:p w14:paraId="292649B7" w14:textId="77777777" w:rsidR="00DE355B" w:rsidRPr="000577E9" w:rsidRDefault="00000000">
            <w:pPr>
              <w:jc w:val="center"/>
            </w:pPr>
            <w:r w:rsidRPr="000577E9">
              <w:rPr>
                <w:sz w:val="18"/>
              </w:rPr>
              <w:t>Cato</w:t>
            </w:r>
          </w:p>
        </w:tc>
        <w:tc>
          <w:tcPr>
            <w:tcW w:w="1701" w:type="dxa"/>
            <w:tcMar>
              <w:top w:w="70" w:type="dxa"/>
              <w:left w:w="80" w:type="dxa"/>
              <w:bottom w:w="70" w:type="dxa"/>
              <w:right w:w="80" w:type="dxa"/>
            </w:tcMar>
            <w:vAlign w:val="center"/>
          </w:tcPr>
          <w:p w14:paraId="3CE6C939" w14:textId="77777777" w:rsidR="00DE355B" w:rsidRPr="000577E9" w:rsidRDefault="00000000">
            <w:pPr>
              <w:jc w:val="center"/>
            </w:pPr>
            <w:r w:rsidRPr="000577E9">
              <w:rPr>
                <w:sz w:val="18"/>
              </w:rPr>
              <w:t>6</w:t>
            </w:r>
          </w:p>
        </w:tc>
        <w:tc>
          <w:tcPr>
            <w:tcW w:w="1701" w:type="dxa"/>
            <w:tcMar>
              <w:top w:w="70" w:type="dxa"/>
              <w:left w:w="80" w:type="dxa"/>
              <w:bottom w:w="70" w:type="dxa"/>
              <w:right w:w="80" w:type="dxa"/>
            </w:tcMar>
            <w:vAlign w:val="center"/>
          </w:tcPr>
          <w:p w14:paraId="7CC25E14" w14:textId="77777777" w:rsidR="00DE355B" w:rsidRPr="000577E9" w:rsidRDefault="00000000">
            <w:pPr>
              <w:jc w:val="center"/>
            </w:pPr>
            <w:r w:rsidRPr="000577E9">
              <w:rPr>
                <w:sz w:val="18"/>
              </w:rPr>
              <w:t>2</w:t>
            </w:r>
          </w:p>
        </w:tc>
        <w:tc>
          <w:tcPr>
            <w:tcW w:w="1984" w:type="dxa"/>
            <w:tcMar>
              <w:top w:w="70" w:type="dxa"/>
              <w:left w:w="80" w:type="dxa"/>
              <w:bottom w:w="70" w:type="dxa"/>
              <w:right w:w="80" w:type="dxa"/>
            </w:tcMar>
            <w:vAlign w:val="center"/>
          </w:tcPr>
          <w:p w14:paraId="47A02551" w14:textId="77777777" w:rsidR="00DE355B" w:rsidRPr="000577E9" w:rsidRDefault="00000000">
            <w:pPr>
              <w:jc w:val="center"/>
            </w:pPr>
            <w:r w:rsidRPr="000577E9">
              <w:rPr>
                <w:sz w:val="18"/>
              </w:rPr>
              <w:t>0</w:t>
            </w:r>
          </w:p>
        </w:tc>
        <w:tc>
          <w:tcPr>
            <w:tcW w:w="1984" w:type="dxa"/>
            <w:tcMar>
              <w:top w:w="70" w:type="dxa"/>
              <w:left w:w="80" w:type="dxa"/>
              <w:bottom w:w="70" w:type="dxa"/>
              <w:right w:w="80" w:type="dxa"/>
            </w:tcMar>
            <w:vAlign w:val="center"/>
          </w:tcPr>
          <w:p w14:paraId="65C47E99" w14:textId="77777777" w:rsidR="00DE355B" w:rsidRPr="000577E9" w:rsidRDefault="00000000">
            <w:pPr>
              <w:jc w:val="center"/>
            </w:pPr>
            <w:r w:rsidRPr="000577E9">
              <w:rPr>
                <w:sz w:val="18"/>
              </w:rPr>
              <w:t>6 min</w:t>
            </w:r>
          </w:p>
        </w:tc>
      </w:tr>
      <w:tr w:rsidR="00DE355B" w:rsidRPr="000577E9" w14:paraId="426D7638" w14:textId="77777777">
        <w:trPr>
          <w:cantSplit/>
          <w:jc w:val="center"/>
        </w:trPr>
        <w:tc>
          <w:tcPr>
            <w:tcW w:w="2268" w:type="dxa"/>
            <w:tcMar>
              <w:top w:w="70" w:type="dxa"/>
              <w:left w:w="80" w:type="dxa"/>
              <w:bottom w:w="70" w:type="dxa"/>
              <w:right w:w="80" w:type="dxa"/>
            </w:tcMar>
            <w:vAlign w:val="center"/>
          </w:tcPr>
          <w:p w14:paraId="4329806E" w14:textId="77777777" w:rsidR="00DE355B" w:rsidRPr="000577E9" w:rsidRDefault="00000000">
            <w:pPr>
              <w:jc w:val="center"/>
            </w:pPr>
            <w:r w:rsidRPr="000577E9">
              <w:rPr>
                <w:sz w:val="18"/>
              </w:rPr>
              <w:t>Daan</w:t>
            </w:r>
          </w:p>
        </w:tc>
        <w:tc>
          <w:tcPr>
            <w:tcW w:w="1701" w:type="dxa"/>
            <w:tcMar>
              <w:top w:w="70" w:type="dxa"/>
              <w:left w:w="80" w:type="dxa"/>
              <w:bottom w:w="70" w:type="dxa"/>
              <w:right w:w="80" w:type="dxa"/>
            </w:tcMar>
            <w:vAlign w:val="center"/>
          </w:tcPr>
          <w:p w14:paraId="2A30CF22" w14:textId="77777777" w:rsidR="00DE355B" w:rsidRPr="000577E9" w:rsidRDefault="00000000">
            <w:pPr>
              <w:jc w:val="center"/>
            </w:pPr>
            <w:r w:rsidRPr="000577E9">
              <w:rPr>
                <w:sz w:val="18"/>
              </w:rPr>
              <w:t>1</w:t>
            </w:r>
          </w:p>
        </w:tc>
        <w:tc>
          <w:tcPr>
            <w:tcW w:w="1701" w:type="dxa"/>
            <w:tcMar>
              <w:top w:w="70" w:type="dxa"/>
              <w:left w:w="80" w:type="dxa"/>
              <w:bottom w:w="70" w:type="dxa"/>
              <w:right w:w="80" w:type="dxa"/>
            </w:tcMar>
            <w:vAlign w:val="center"/>
          </w:tcPr>
          <w:p w14:paraId="2D8716A8" w14:textId="77777777" w:rsidR="00DE355B" w:rsidRPr="000577E9" w:rsidRDefault="00000000">
            <w:pPr>
              <w:jc w:val="center"/>
            </w:pPr>
            <w:r w:rsidRPr="000577E9">
              <w:rPr>
                <w:sz w:val="18"/>
              </w:rPr>
              <w:t>3</w:t>
            </w:r>
          </w:p>
        </w:tc>
        <w:tc>
          <w:tcPr>
            <w:tcW w:w="1984" w:type="dxa"/>
            <w:tcMar>
              <w:top w:w="70" w:type="dxa"/>
              <w:left w:w="80" w:type="dxa"/>
              <w:bottom w:w="70" w:type="dxa"/>
              <w:right w:w="80" w:type="dxa"/>
            </w:tcMar>
            <w:vAlign w:val="center"/>
          </w:tcPr>
          <w:p w14:paraId="327CF390" w14:textId="77777777" w:rsidR="00DE355B" w:rsidRPr="000577E9" w:rsidRDefault="00000000">
            <w:pPr>
              <w:jc w:val="center"/>
            </w:pPr>
            <w:r w:rsidRPr="000577E9">
              <w:rPr>
                <w:sz w:val="18"/>
              </w:rPr>
              <w:t>4</w:t>
            </w:r>
          </w:p>
        </w:tc>
        <w:tc>
          <w:tcPr>
            <w:tcW w:w="1984" w:type="dxa"/>
            <w:tcMar>
              <w:top w:w="70" w:type="dxa"/>
              <w:left w:w="80" w:type="dxa"/>
              <w:bottom w:w="70" w:type="dxa"/>
              <w:right w:w="80" w:type="dxa"/>
            </w:tcMar>
            <w:vAlign w:val="center"/>
          </w:tcPr>
          <w:p w14:paraId="7E98AE8E" w14:textId="77777777" w:rsidR="00DE355B" w:rsidRPr="000577E9" w:rsidRDefault="00000000">
            <w:pPr>
              <w:jc w:val="center"/>
            </w:pPr>
            <w:r w:rsidRPr="000577E9">
              <w:rPr>
                <w:sz w:val="18"/>
              </w:rPr>
              <w:t>0 min</w:t>
            </w:r>
          </w:p>
        </w:tc>
      </w:tr>
    </w:tbl>
    <w:p w14:paraId="7C5D2D43" w14:textId="77777777" w:rsidR="00DE355B" w:rsidRPr="000577E9" w:rsidRDefault="00000000">
      <w:pPr>
        <w:rPr>
          <w:lang w:val="nl-NL"/>
        </w:rPr>
      </w:pPr>
      <w:r w:rsidRPr="000577E9">
        <w:rPr>
          <w:lang w:val="nl-NL"/>
        </w:rPr>
        <w:t>Bereken voor alle vier de leerlingen de impactscore. De spreektijd is afleiding en telt niet mee.</w:t>
      </w:r>
    </w:p>
    <w:p w14:paraId="1D9E6B43" w14:textId="77777777" w:rsidR="00DE355B" w:rsidRPr="000577E9" w:rsidRDefault="00000000">
      <w:pPr>
        <w:spacing w:after="40"/>
        <w:rPr>
          <w:lang w:val="nl-NL"/>
        </w:rPr>
      </w:pPr>
      <w:r w:rsidRPr="000577E9">
        <w:rPr>
          <w:sz w:val="16"/>
          <w:lang w:val="nl-NL"/>
        </w:rPr>
        <w:t>________________________________________________________________________________</w:t>
      </w:r>
    </w:p>
    <w:p w14:paraId="6185AFFF" w14:textId="77777777" w:rsidR="00DE355B" w:rsidRPr="000577E9" w:rsidRDefault="00000000">
      <w:pPr>
        <w:spacing w:after="40"/>
        <w:rPr>
          <w:lang w:val="nl-NL"/>
        </w:rPr>
      </w:pPr>
      <w:r w:rsidRPr="000577E9">
        <w:rPr>
          <w:sz w:val="16"/>
          <w:lang w:val="nl-NL"/>
        </w:rPr>
        <w:t>________________________________________________________________________________</w:t>
      </w:r>
    </w:p>
    <w:p w14:paraId="60BDAE7D" w14:textId="77777777" w:rsidR="00DE355B" w:rsidRPr="000577E9" w:rsidRDefault="00000000">
      <w:pPr>
        <w:spacing w:after="40"/>
        <w:rPr>
          <w:lang w:val="nl-NL"/>
        </w:rPr>
      </w:pPr>
      <w:r w:rsidRPr="000577E9">
        <w:rPr>
          <w:sz w:val="16"/>
          <w:lang w:val="nl-NL"/>
        </w:rPr>
        <w:t>________________________________________________________________________________</w:t>
      </w:r>
    </w:p>
    <w:p w14:paraId="67DBDDFB" w14:textId="77777777" w:rsidR="00DE355B" w:rsidRPr="000577E9" w:rsidRDefault="00000000">
      <w:pPr>
        <w:rPr>
          <w:lang w:val="nl-NL"/>
        </w:rPr>
      </w:pPr>
      <w:r w:rsidRPr="000577E9">
        <w:rPr>
          <w:b/>
          <w:lang w:val="nl-NL"/>
        </w:rPr>
        <w:t xml:space="preserve">CODE-OPDRACHT: </w:t>
      </w:r>
      <w:r w:rsidRPr="000577E9">
        <w:rPr>
          <w:lang w:val="nl-NL"/>
        </w:rPr>
        <w:t>Zoek de leerling met de hoogste impactscore. Het vierde codecijfer is het aantal klasgenoten dat deze leerling heeft geholpen.</w:t>
      </w:r>
    </w:p>
    <w:p w14:paraId="78DFC796" w14:textId="77777777" w:rsidR="00DE355B" w:rsidRPr="000577E9" w:rsidRDefault="00000000">
      <w:pPr>
        <w:spacing w:before="160"/>
        <w:jc w:val="center"/>
      </w:pPr>
      <w:proofErr w:type="spellStart"/>
      <w:r w:rsidRPr="000577E9">
        <w:rPr>
          <w:b/>
          <w:sz w:val="30"/>
        </w:rPr>
        <w:t>Codecijfer</w:t>
      </w:r>
      <w:proofErr w:type="spellEnd"/>
      <w:r w:rsidRPr="000577E9">
        <w:rPr>
          <w:b/>
          <w:sz w:val="30"/>
        </w:rPr>
        <w:t xml:space="preserve"> dossier 4:  ____</w:t>
      </w:r>
    </w:p>
    <w:p w14:paraId="3BF8CACA"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5AA13011"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5288869E" w14:textId="77777777" w:rsidR="00DE355B" w:rsidRPr="000577E9" w:rsidRDefault="00000000">
            <w:pPr>
              <w:jc w:val="center"/>
            </w:pPr>
            <w:r w:rsidRPr="000577E9">
              <w:rPr>
                <w:b/>
              </w:rPr>
              <w:lastRenderedPageBreak/>
              <w:t>NIVEAU 1 - HINTS EN EINDCONTROLE</w:t>
            </w:r>
          </w:p>
        </w:tc>
      </w:tr>
    </w:tbl>
    <w:p w14:paraId="74BDDFC1" w14:textId="77777777" w:rsidR="00DE355B" w:rsidRPr="000577E9" w:rsidRDefault="00000000">
      <w:pPr>
        <w:pStyle w:val="Kop1"/>
        <w:rPr>
          <w:color w:val="auto"/>
        </w:rPr>
      </w:pPr>
      <w:r w:rsidRPr="000577E9">
        <w:rPr>
          <w:color w:val="auto"/>
        </w:rPr>
        <w:t>HINTKAARTJES - NIVEAU 1</w:t>
      </w:r>
    </w:p>
    <w:p w14:paraId="333DD850" w14:textId="77777777" w:rsidR="00DE355B" w:rsidRPr="000577E9" w:rsidRDefault="00000000">
      <w:pPr>
        <w:rPr>
          <w:lang w:val="nl-NL"/>
        </w:rPr>
      </w:pPr>
      <w:r w:rsidRPr="000577E9">
        <w:rPr>
          <w:i/>
          <w:sz w:val="18"/>
          <w:lang w:val="nl-NL"/>
        </w:rPr>
        <w:t>Knip uit en leg omgekeerd neer. Een groep mag maximaal twee hints per dossier gebruiken.</w:t>
      </w:r>
    </w:p>
    <w:tbl>
      <w:tblPr>
        <w:tblW w:w="0" w:type="auto"/>
        <w:jc w:val="center"/>
        <w:tblLayout w:type="fixed"/>
        <w:tblLook w:val="04A0" w:firstRow="1" w:lastRow="0" w:firstColumn="1" w:lastColumn="0" w:noHBand="0" w:noVBand="1"/>
      </w:tblPr>
      <w:tblGrid>
        <w:gridCol w:w="4876"/>
        <w:gridCol w:w="4876"/>
      </w:tblGrid>
      <w:tr w:rsidR="00DE355B" w:rsidRPr="000577E9" w14:paraId="30DDC2B8"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66A04FCC" w14:textId="77777777" w:rsidR="00DE355B" w:rsidRPr="000577E9" w:rsidRDefault="00000000">
            <w:pPr>
              <w:rPr>
                <w:lang w:val="nl-NL"/>
              </w:rPr>
            </w:pPr>
            <w:r w:rsidRPr="000577E9">
              <w:rPr>
                <w:b/>
                <w:sz w:val="22"/>
                <w:lang w:val="nl-NL"/>
              </w:rPr>
              <w:t>D1 - HINT 1</w:t>
            </w:r>
          </w:p>
          <w:p w14:paraId="2F22440A" w14:textId="77777777" w:rsidR="00DE355B" w:rsidRPr="000577E9" w:rsidRDefault="00000000">
            <w:pPr>
              <w:pStyle w:val="Cardtext"/>
              <w:rPr>
                <w:lang w:val="nl-NL"/>
              </w:rPr>
            </w:pPr>
            <w:r w:rsidRPr="000577E9">
              <w:rPr>
                <w:lang w:val="nl-NL"/>
              </w:rPr>
              <w:t>Plaats eerst Bram en Celine. Er blijven dan alleen plaats 1, 2 en 3 over voor Ayla, Dani en Noor.</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509901EF" w14:textId="77777777" w:rsidR="00DE355B" w:rsidRPr="000577E9" w:rsidRDefault="00000000">
            <w:pPr>
              <w:rPr>
                <w:lang w:val="nl-NL"/>
              </w:rPr>
            </w:pPr>
            <w:r w:rsidRPr="000577E9">
              <w:rPr>
                <w:b/>
                <w:sz w:val="22"/>
                <w:lang w:val="nl-NL"/>
              </w:rPr>
              <w:t>D1 - HINT 2</w:t>
            </w:r>
          </w:p>
          <w:p w14:paraId="18EC008C" w14:textId="77777777" w:rsidR="00DE355B" w:rsidRPr="000577E9" w:rsidRDefault="00000000">
            <w:pPr>
              <w:pStyle w:val="Cardtext"/>
              <w:rPr>
                <w:lang w:val="nl-NL"/>
              </w:rPr>
            </w:pPr>
            <w:r w:rsidRPr="000577E9">
              <w:rPr>
                <w:lang w:val="nl-NL"/>
              </w:rPr>
              <w:t>Dani moet naast Noor zitten, maar Ayla mag niet naast Noor. Probeer de drie overgebleven plaatsen.</w:t>
            </w:r>
          </w:p>
        </w:tc>
      </w:tr>
      <w:tr w:rsidR="00DE355B" w:rsidRPr="000577E9" w14:paraId="27B8992D"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4683C7BD" w14:textId="77777777" w:rsidR="00DE355B" w:rsidRPr="000577E9" w:rsidRDefault="00000000">
            <w:pPr>
              <w:rPr>
                <w:lang w:val="nl-NL"/>
              </w:rPr>
            </w:pPr>
            <w:r w:rsidRPr="000577E9">
              <w:rPr>
                <w:b/>
                <w:sz w:val="22"/>
                <w:lang w:val="nl-NL"/>
              </w:rPr>
              <w:t>D2 - HINT 1</w:t>
            </w:r>
          </w:p>
          <w:p w14:paraId="48926EA8" w14:textId="77777777" w:rsidR="00DE355B" w:rsidRPr="000577E9" w:rsidRDefault="00000000">
            <w:pPr>
              <w:pStyle w:val="Cardtext"/>
              <w:rPr>
                <w:lang w:val="nl-NL"/>
              </w:rPr>
            </w:pPr>
            <w:r w:rsidRPr="000577E9">
              <w:rPr>
                <w:lang w:val="nl-NL"/>
              </w:rPr>
              <w:t>Begin bij poging 570: precies één van 5, 7 en 0 zit in de code en dat cijfer staat al goed.</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34AC0A6F" w14:textId="77777777" w:rsidR="00DE355B" w:rsidRPr="000577E9" w:rsidRDefault="00000000">
            <w:pPr>
              <w:rPr>
                <w:lang w:val="nl-NL"/>
              </w:rPr>
            </w:pPr>
            <w:r w:rsidRPr="000577E9">
              <w:rPr>
                <w:b/>
                <w:sz w:val="22"/>
                <w:lang w:val="nl-NL"/>
              </w:rPr>
              <w:t>D2 - HINT 2</w:t>
            </w:r>
          </w:p>
          <w:p w14:paraId="47191147" w14:textId="77777777" w:rsidR="00DE355B" w:rsidRPr="000577E9" w:rsidRDefault="00000000">
            <w:pPr>
              <w:pStyle w:val="Cardtext"/>
              <w:rPr>
                <w:lang w:val="nl-NL"/>
              </w:rPr>
            </w:pPr>
            <w:r w:rsidRPr="000577E9">
              <w:rPr>
                <w:lang w:val="nl-NL"/>
              </w:rPr>
              <w:t>Combineer 570 met 152. In 152 zitten twee juiste cijfers, maar beide staan verkeerd.</w:t>
            </w:r>
          </w:p>
        </w:tc>
      </w:tr>
      <w:tr w:rsidR="00DE355B" w:rsidRPr="000577E9" w14:paraId="77ACDFA6"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6FD918A7" w14:textId="77777777" w:rsidR="00DE355B" w:rsidRPr="000577E9" w:rsidRDefault="00000000">
            <w:pPr>
              <w:rPr>
                <w:lang w:val="nl-NL"/>
              </w:rPr>
            </w:pPr>
            <w:r w:rsidRPr="000577E9">
              <w:rPr>
                <w:b/>
                <w:sz w:val="22"/>
                <w:lang w:val="nl-NL"/>
              </w:rPr>
              <w:t>D3 - HINT 1</w:t>
            </w:r>
          </w:p>
          <w:p w14:paraId="7693BF8B" w14:textId="77777777" w:rsidR="00DE355B" w:rsidRPr="000577E9" w:rsidRDefault="00000000">
            <w:pPr>
              <w:pStyle w:val="Cardtext"/>
              <w:rPr>
                <w:lang w:val="nl-NL"/>
              </w:rPr>
            </w:pPr>
            <w:r w:rsidRPr="000577E9">
              <w:rPr>
                <w:lang w:val="nl-NL"/>
              </w:rPr>
              <w:t>Noem het laatste cijfer x. Dan is het eerste cijfer 2x en het middelste x+1.</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1D282186" w14:textId="77777777" w:rsidR="00DE355B" w:rsidRPr="000577E9" w:rsidRDefault="00000000">
            <w:pPr>
              <w:rPr>
                <w:lang w:val="nl-NL"/>
              </w:rPr>
            </w:pPr>
            <w:r w:rsidRPr="000577E9">
              <w:rPr>
                <w:b/>
                <w:sz w:val="22"/>
                <w:lang w:val="nl-NL"/>
              </w:rPr>
              <w:t>D3 - HINT 2</w:t>
            </w:r>
          </w:p>
          <w:p w14:paraId="279AC60E" w14:textId="77777777" w:rsidR="00DE355B" w:rsidRPr="000577E9" w:rsidRDefault="00000000">
            <w:pPr>
              <w:pStyle w:val="Cardtext"/>
              <w:rPr>
                <w:lang w:val="nl-NL"/>
              </w:rPr>
            </w:pPr>
            <w:r w:rsidRPr="000577E9">
              <w:rPr>
                <w:lang w:val="nl-NL"/>
              </w:rPr>
              <w:t>Probeer als laatste cijfer 1, 2, 3 en 4 en controleer steeds of de som 13 wordt.</w:t>
            </w:r>
          </w:p>
        </w:tc>
      </w:tr>
      <w:tr w:rsidR="00DE355B" w:rsidRPr="000577E9" w14:paraId="602E1B35"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3E0CD7F8" w14:textId="77777777" w:rsidR="00DE355B" w:rsidRPr="000577E9" w:rsidRDefault="00000000">
            <w:pPr>
              <w:rPr>
                <w:lang w:val="nl-NL"/>
              </w:rPr>
            </w:pPr>
            <w:r w:rsidRPr="000577E9">
              <w:rPr>
                <w:b/>
                <w:sz w:val="22"/>
                <w:lang w:val="nl-NL"/>
              </w:rPr>
              <w:t>D4 - HINT 1</w:t>
            </w:r>
          </w:p>
          <w:p w14:paraId="0DC617E5" w14:textId="77777777" w:rsidR="00DE355B" w:rsidRPr="000577E9" w:rsidRDefault="00000000">
            <w:pPr>
              <w:pStyle w:val="Cardtext"/>
              <w:rPr>
                <w:lang w:val="nl-NL"/>
              </w:rPr>
            </w:pPr>
            <w:r w:rsidRPr="000577E9">
              <w:rPr>
                <w:lang w:val="nl-NL"/>
              </w:rPr>
              <w:t>Vermenigvuldig “geholpen” eerst met 2 en tel daarna ideeën en taken erbij.</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038F54A8" w14:textId="77777777" w:rsidR="00DE355B" w:rsidRPr="000577E9" w:rsidRDefault="00000000">
            <w:pPr>
              <w:rPr>
                <w:lang w:val="nl-NL"/>
              </w:rPr>
            </w:pPr>
            <w:r w:rsidRPr="000577E9">
              <w:rPr>
                <w:b/>
                <w:sz w:val="22"/>
                <w:lang w:val="nl-NL"/>
              </w:rPr>
              <w:t>D4 - HINT 2</w:t>
            </w:r>
          </w:p>
          <w:p w14:paraId="2CAF67CE" w14:textId="77777777" w:rsidR="00DE355B" w:rsidRPr="000577E9" w:rsidRDefault="00000000">
            <w:pPr>
              <w:pStyle w:val="Cardtext"/>
              <w:rPr>
                <w:lang w:val="nl-NL"/>
              </w:rPr>
            </w:pPr>
            <w:r w:rsidRPr="000577E9">
              <w:rPr>
                <w:lang w:val="nl-NL"/>
              </w:rPr>
              <w:t>De spreektijd staat expres in de tabel, maar hoort niet in de formule.</w:t>
            </w:r>
          </w:p>
        </w:tc>
      </w:tr>
    </w:tbl>
    <w:p w14:paraId="63D6A422" w14:textId="77777777" w:rsidR="00DE355B" w:rsidRPr="000577E9" w:rsidRDefault="00000000">
      <w:pPr>
        <w:rPr>
          <w:lang w:val="nl-NL"/>
        </w:rPr>
      </w:pPr>
      <w:r w:rsidRPr="000577E9">
        <w:rPr>
          <w:lang w:val="nl-NL"/>
        </w:rPr>
        <w:br/>
      </w:r>
    </w:p>
    <w:tbl>
      <w:tblPr>
        <w:tblW w:w="0" w:type="auto"/>
        <w:jc w:val="center"/>
        <w:tblLayout w:type="fixed"/>
        <w:tblLook w:val="04A0" w:firstRow="1" w:lastRow="0" w:firstColumn="1" w:lastColumn="0" w:noHBand="0" w:noVBand="1"/>
      </w:tblPr>
      <w:tblGrid>
        <w:gridCol w:w="4819"/>
        <w:gridCol w:w="4819"/>
      </w:tblGrid>
      <w:tr w:rsidR="00DE355B" w:rsidRPr="000577E9" w14:paraId="724CD412" w14:textId="77777777">
        <w:trPr>
          <w:jc w:val="center"/>
        </w:trPr>
        <w:tc>
          <w:tcPr>
            <w:tcW w:w="4819" w:type="dxa"/>
            <w:tcBorders>
              <w:top w:val="dashed" w:sz="10" w:space="0" w:color="666666"/>
              <w:left w:val="dashed" w:sz="10" w:space="0" w:color="666666"/>
              <w:bottom w:val="dashed" w:sz="10" w:space="0" w:color="666666"/>
              <w:right w:val="dashed" w:sz="10" w:space="0" w:color="666666"/>
            </w:tcBorders>
            <w:tcMar>
              <w:top w:w="180" w:type="dxa"/>
              <w:left w:w="160" w:type="dxa"/>
              <w:bottom w:w="180" w:type="dxa"/>
              <w:right w:w="160" w:type="dxa"/>
            </w:tcMar>
          </w:tcPr>
          <w:p w14:paraId="3C638B10" w14:textId="77777777" w:rsidR="00DE355B" w:rsidRPr="000577E9" w:rsidRDefault="00000000">
            <w:pPr>
              <w:jc w:val="center"/>
              <w:rPr>
                <w:lang w:val="nl-NL"/>
              </w:rPr>
            </w:pPr>
            <w:r w:rsidRPr="000577E9">
              <w:rPr>
                <w:b/>
                <w:lang w:val="nl-NL"/>
              </w:rPr>
              <w:t>ZELFCONTROLE - NIVEAU 1</w:t>
            </w:r>
            <w:r w:rsidRPr="000577E9">
              <w:rPr>
                <w:b/>
                <w:lang w:val="nl-NL"/>
              </w:rPr>
              <w:br/>
            </w:r>
            <w:r w:rsidRPr="000577E9">
              <w:rPr>
                <w:b/>
                <w:lang w:val="nl-NL"/>
              </w:rPr>
              <w:br/>
              <w:t>Vouw deze kaart dubbel.</w:t>
            </w:r>
            <w:r w:rsidRPr="000577E9">
              <w:rPr>
                <w:b/>
                <w:lang w:val="nl-NL"/>
              </w:rPr>
              <w:br/>
              <w:t>Open pas als jullie vier cijfers hebben.</w:t>
            </w:r>
          </w:p>
          <w:p w14:paraId="51DAAF11" w14:textId="77777777" w:rsidR="00DE355B" w:rsidRPr="000577E9" w:rsidRDefault="00000000">
            <w:pPr>
              <w:jc w:val="center"/>
              <w:rPr>
                <w:lang w:val="nl-NL"/>
              </w:rPr>
            </w:pPr>
            <w:r w:rsidRPr="000577E9">
              <w:rPr>
                <w:lang w:val="nl-NL"/>
              </w:rPr>
              <w:br/>
              <w:t>- - - VOUWLIJN - - -</w:t>
            </w:r>
            <w:r w:rsidRPr="000577E9">
              <w:rPr>
                <w:lang w:val="nl-NL"/>
              </w:rPr>
              <w:br/>
            </w:r>
            <w:r w:rsidRPr="000577E9">
              <w:rPr>
                <w:lang w:val="nl-NL"/>
              </w:rPr>
              <w:br/>
            </w:r>
          </w:p>
          <w:p w14:paraId="4D7AF93D" w14:textId="77777777" w:rsidR="00DE355B" w:rsidRPr="000577E9" w:rsidRDefault="00000000">
            <w:pPr>
              <w:jc w:val="center"/>
            </w:pPr>
            <w:r w:rsidRPr="000577E9">
              <w:rPr>
                <w:lang w:val="nl-NL"/>
              </w:rPr>
              <w:t>BINNENKANT</w:t>
            </w:r>
            <w:r w:rsidRPr="000577E9">
              <w:rPr>
                <w:lang w:val="nl-NL"/>
              </w:rPr>
              <w:br/>
            </w:r>
            <w:r w:rsidRPr="000577E9">
              <w:rPr>
                <w:lang w:val="nl-NL"/>
              </w:rPr>
              <w:br/>
              <w:t>De juiste eindcode is:</w:t>
            </w:r>
            <w:r w:rsidRPr="000577E9">
              <w:rPr>
                <w:lang w:val="nl-NL"/>
              </w:rPr>
              <w:br/>
            </w:r>
            <w:r w:rsidRPr="000577E9">
              <w:rPr>
                <w:lang w:val="nl-NL"/>
              </w:rPr>
              <w:br/>
              <w:t>3 - 8 - 4 - 3</w:t>
            </w:r>
            <w:r w:rsidRPr="000577E9">
              <w:rPr>
                <w:lang w:val="nl-NL"/>
              </w:rPr>
              <w:br/>
            </w:r>
            <w:r w:rsidRPr="000577E9">
              <w:rPr>
                <w:lang w:val="nl-NL"/>
              </w:rPr>
              <w:br/>
              <w:t xml:space="preserve">Klopt jullie code? </w:t>
            </w:r>
            <w:r w:rsidRPr="000577E9">
              <w:t xml:space="preserve">Ga dan </w:t>
            </w:r>
            <w:proofErr w:type="spellStart"/>
            <w:r w:rsidRPr="000577E9">
              <w:t>naar</w:t>
            </w:r>
            <w:proofErr w:type="spellEnd"/>
            <w:r w:rsidRPr="000577E9">
              <w:t xml:space="preserve"> de eindvraag.</w:t>
            </w:r>
          </w:p>
        </w:tc>
        <w:tc>
          <w:tcPr>
            <w:tcW w:w="4819" w:type="dxa"/>
            <w:tcBorders>
              <w:top w:val="dashed" w:sz="10" w:space="0" w:color="666666"/>
              <w:left w:val="dashed" w:sz="10" w:space="0" w:color="666666"/>
              <w:bottom w:val="dashed" w:sz="10" w:space="0" w:color="666666"/>
              <w:right w:val="dashed" w:sz="10" w:space="0" w:color="666666"/>
            </w:tcBorders>
            <w:tcMar>
              <w:top w:w="180" w:type="dxa"/>
              <w:left w:w="160" w:type="dxa"/>
              <w:bottom w:w="180" w:type="dxa"/>
              <w:right w:w="160" w:type="dxa"/>
            </w:tcMar>
          </w:tcPr>
          <w:p w14:paraId="01B87FBE" w14:textId="77777777" w:rsidR="00DE355B" w:rsidRPr="000577E9" w:rsidRDefault="00000000">
            <w:pPr>
              <w:jc w:val="center"/>
              <w:rPr>
                <w:lang w:val="nl-NL"/>
              </w:rPr>
            </w:pPr>
            <w:r w:rsidRPr="000577E9">
              <w:rPr>
                <w:b/>
                <w:lang w:val="nl-NL"/>
              </w:rPr>
              <w:t>EINDVRAAG</w:t>
            </w:r>
            <w:r w:rsidRPr="000577E9">
              <w:rPr>
                <w:b/>
                <w:lang w:val="nl-NL"/>
              </w:rPr>
              <w:br/>
            </w:r>
            <w:r w:rsidRPr="000577E9">
              <w:rPr>
                <w:b/>
                <w:lang w:val="nl-NL"/>
              </w:rPr>
              <w:br/>
              <w:t>Welke van de vier dossiers liet het duidelijkst zien dat je anderen nodig hebt?</w:t>
            </w:r>
          </w:p>
          <w:p w14:paraId="1E0942B0" w14:textId="77777777" w:rsidR="00DE355B" w:rsidRPr="000577E9" w:rsidRDefault="00000000">
            <w:pPr>
              <w:jc w:val="center"/>
              <w:rPr>
                <w:lang w:val="nl-NL"/>
              </w:rPr>
            </w:pPr>
            <w:r w:rsidRPr="000577E9">
              <w:rPr>
                <w:lang w:val="nl-NL"/>
              </w:rPr>
              <w:br/>
              <w:t>- - - VOUWLIJN - - -</w:t>
            </w:r>
            <w:r w:rsidRPr="000577E9">
              <w:rPr>
                <w:lang w:val="nl-NL"/>
              </w:rPr>
              <w:br/>
            </w:r>
            <w:r w:rsidRPr="000577E9">
              <w:rPr>
                <w:lang w:val="nl-NL"/>
              </w:rPr>
              <w:br/>
            </w:r>
          </w:p>
          <w:p w14:paraId="64502949" w14:textId="77777777" w:rsidR="00DE355B" w:rsidRPr="000577E9" w:rsidRDefault="00000000">
            <w:pPr>
              <w:jc w:val="center"/>
              <w:rPr>
                <w:lang w:val="nl-NL"/>
              </w:rPr>
            </w:pPr>
            <w:r w:rsidRPr="000577E9">
              <w:rPr>
                <w:lang w:val="nl-NL"/>
              </w:rPr>
              <w:t>Schrijf 1 concreet gedrag op dat jullie uit de escaperoom willen meenemen naar de mentorgroep:</w:t>
            </w:r>
            <w:r w:rsidRPr="000577E9">
              <w:rPr>
                <w:lang w:val="nl-NL"/>
              </w:rPr>
              <w:br/>
            </w:r>
            <w:r w:rsidRPr="000577E9">
              <w:rPr>
                <w:lang w:val="nl-NL"/>
              </w:rPr>
              <w:br/>
              <w:t>________________________</w:t>
            </w:r>
            <w:r w:rsidRPr="000577E9">
              <w:rPr>
                <w:lang w:val="nl-NL"/>
              </w:rPr>
              <w:br/>
              <w:t>________________________</w:t>
            </w:r>
          </w:p>
        </w:tc>
      </w:tr>
    </w:tbl>
    <w:p w14:paraId="0870AEBA" w14:textId="77777777" w:rsidR="00DE355B" w:rsidRPr="000577E9" w:rsidRDefault="00000000">
      <w:pPr>
        <w:rPr>
          <w:lang w:val="nl-NL"/>
        </w:rPr>
      </w:pPr>
      <w:r w:rsidRPr="000577E9">
        <w:rPr>
          <w:lang w:val="nl-NL"/>
        </w:rPr>
        <w:br w:type="page"/>
      </w:r>
    </w:p>
    <w:tbl>
      <w:tblPr>
        <w:tblW w:w="0" w:type="auto"/>
        <w:jc w:val="center"/>
        <w:tblLayout w:type="fixed"/>
        <w:tblLook w:val="04A0" w:firstRow="1" w:lastRow="0" w:firstColumn="1" w:lastColumn="0" w:noHBand="0" w:noVBand="1"/>
      </w:tblPr>
      <w:tblGrid>
        <w:gridCol w:w="10091"/>
      </w:tblGrid>
      <w:tr w:rsidR="00DE355B" w:rsidRPr="000577E9" w14:paraId="23920BC1"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65EBD688" w14:textId="77777777" w:rsidR="00DE355B" w:rsidRPr="000577E9" w:rsidRDefault="00000000">
            <w:pPr>
              <w:jc w:val="center"/>
            </w:pPr>
            <w:r w:rsidRPr="000577E9">
              <w:rPr>
                <w:b/>
              </w:rPr>
              <w:lastRenderedPageBreak/>
              <w:t>NIVEAU 2 - VERDIEPING</w:t>
            </w:r>
          </w:p>
        </w:tc>
      </w:tr>
    </w:tbl>
    <w:p w14:paraId="34D9B79E" w14:textId="77777777" w:rsidR="00DE355B" w:rsidRPr="000577E9" w:rsidRDefault="00000000">
      <w:pPr>
        <w:pStyle w:val="Kop1"/>
        <w:rPr>
          <w:color w:val="auto"/>
        </w:rPr>
      </w:pPr>
      <w:r w:rsidRPr="000577E9">
        <w:rPr>
          <w:color w:val="auto"/>
        </w:rPr>
        <w:t>STARTKAART - DE SOCIALE ESCAPEROOM</w:t>
      </w:r>
    </w:p>
    <w:tbl>
      <w:tblPr>
        <w:tblW w:w="0" w:type="auto"/>
        <w:jc w:val="center"/>
        <w:tblLayout w:type="fixed"/>
        <w:tblLook w:val="04A0" w:firstRow="1" w:lastRow="0" w:firstColumn="1" w:lastColumn="0" w:noHBand="0" w:noVBand="1"/>
      </w:tblPr>
      <w:tblGrid>
        <w:gridCol w:w="9921"/>
      </w:tblGrid>
      <w:tr w:rsidR="00DE355B" w:rsidRPr="000577E9" w14:paraId="244EB3EA"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EFEFEF"/>
            <w:tcMar>
              <w:top w:w="110" w:type="dxa"/>
              <w:left w:w="150" w:type="dxa"/>
              <w:bottom w:w="110" w:type="dxa"/>
              <w:right w:w="150" w:type="dxa"/>
            </w:tcMar>
          </w:tcPr>
          <w:p w14:paraId="1F65ED56" w14:textId="77777777" w:rsidR="00DE355B" w:rsidRPr="000577E9" w:rsidRDefault="00000000">
            <w:r w:rsidRPr="000577E9">
              <w:rPr>
                <w:lang w:val="nl-NL"/>
              </w:rPr>
              <w:t>VIER DOSSIERS. VIER CIJFERS. EEN EINDCODE.</w:t>
            </w:r>
            <w:r w:rsidRPr="000577E9">
              <w:rPr>
                <w:lang w:val="nl-NL"/>
              </w:rPr>
              <w:br/>
            </w:r>
            <w:r w:rsidRPr="000577E9">
              <w:rPr>
                <w:lang w:val="nl-NL"/>
              </w:rPr>
              <w:br/>
              <w:t xml:space="preserve">De mentor geeft jullie geen codecijfers. Elk cijfer moet uit jullie eigen antwoord komen. Bewaar elk gevonden cijfer. </w:t>
            </w:r>
            <w:r w:rsidRPr="000577E9">
              <w:t xml:space="preserve">Na dossier 4 </w:t>
            </w:r>
            <w:proofErr w:type="spellStart"/>
            <w:r w:rsidRPr="000577E9">
              <w:t>zetten</w:t>
            </w:r>
            <w:proofErr w:type="spellEnd"/>
            <w:r w:rsidRPr="000577E9">
              <w:t xml:space="preserve"> jullie de vier cijfers in volgorde.</w:t>
            </w:r>
          </w:p>
        </w:tc>
      </w:tr>
    </w:tbl>
    <w:p w14:paraId="7A58F045" w14:textId="77777777" w:rsidR="00DE355B" w:rsidRPr="000577E9" w:rsidRDefault="00DE355B">
      <w:pPr>
        <w:spacing w:after="0"/>
      </w:pPr>
    </w:p>
    <w:p w14:paraId="41068638" w14:textId="77777777" w:rsidR="00DE355B" w:rsidRPr="000577E9" w:rsidRDefault="00000000">
      <w:pPr>
        <w:pStyle w:val="Kop2"/>
        <w:rPr>
          <w:color w:val="auto"/>
        </w:rPr>
      </w:pPr>
      <w:r w:rsidRPr="000577E9">
        <w:rPr>
          <w:color w:val="auto"/>
        </w:rPr>
        <w:t>Spelregels</w:t>
      </w:r>
    </w:p>
    <w:p w14:paraId="3257F5A0" w14:textId="77777777" w:rsidR="00DE355B" w:rsidRPr="000577E9" w:rsidRDefault="00000000">
      <w:pPr>
        <w:spacing w:after="40"/>
        <w:ind w:left="85" w:hanging="85"/>
        <w:rPr>
          <w:lang w:val="nl-NL"/>
        </w:rPr>
      </w:pPr>
      <w:r w:rsidRPr="000577E9">
        <w:rPr>
          <w:lang w:val="nl-NL"/>
        </w:rPr>
        <w:t>1.  Iedereen in het team moet informatie kunnen inbrengen.</w:t>
      </w:r>
    </w:p>
    <w:p w14:paraId="7376C873" w14:textId="77777777" w:rsidR="00DE355B" w:rsidRPr="000577E9" w:rsidRDefault="00000000">
      <w:pPr>
        <w:spacing w:after="40"/>
        <w:ind w:left="85" w:hanging="85"/>
        <w:rPr>
          <w:lang w:val="nl-NL"/>
        </w:rPr>
      </w:pPr>
      <w:r w:rsidRPr="000577E9">
        <w:rPr>
          <w:lang w:val="nl-NL"/>
        </w:rPr>
        <w:t>2.  Een antwoord telt pas als jullie kunnen uitleggen waarom het klopt.</w:t>
      </w:r>
    </w:p>
    <w:p w14:paraId="2EF4CF00" w14:textId="77777777" w:rsidR="00DE355B" w:rsidRPr="000577E9" w:rsidRDefault="00000000">
      <w:pPr>
        <w:spacing w:after="40"/>
        <w:ind w:left="85" w:hanging="85"/>
        <w:rPr>
          <w:lang w:val="nl-NL"/>
        </w:rPr>
      </w:pPr>
      <w:r w:rsidRPr="000577E9">
        <w:rPr>
          <w:lang w:val="nl-NL"/>
        </w:rPr>
        <w:t>3.  Gebruik maximaal twee hintkaartjes per dossier. Een hint kost geen punten, maar probeer hem pas te pakken als jullie echt vastlopen.</w:t>
      </w:r>
    </w:p>
    <w:p w14:paraId="00B60A25" w14:textId="77777777" w:rsidR="00DE355B" w:rsidRPr="000577E9" w:rsidRDefault="00000000">
      <w:pPr>
        <w:spacing w:after="40"/>
        <w:ind w:left="85" w:hanging="85"/>
        <w:rPr>
          <w:lang w:val="nl-NL"/>
        </w:rPr>
      </w:pPr>
      <w:r w:rsidRPr="000577E9">
        <w:rPr>
          <w:lang w:val="nl-NL"/>
        </w:rPr>
        <w:t>4.  Schrijf bij ieder dossier het codecijfer op. De mentor deelt geen cijfers uit.</w:t>
      </w:r>
    </w:p>
    <w:p w14:paraId="62AFEA6E" w14:textId="77777777" w:rsidR="00DE355B" w:rsidRPr="000577E9" w:rsidRDefault="00000000">
      <w:pPr>
        <w:spacing w:after="40"/>
        <w:ind w:left="85" w:hanging="85"/>
        <w:rPr>
          <w:lang w:val="nl-NL"/>
        </w:rPr>
      </w:pPr>
      <w:r w:rsidRPr="000577E9">
        <w:rPr>
          <w:lang w:val="nl-NL"/>
        </w:rPr>
        <w:t>5.  De eindcode staat in de volgorde dossier 1 - 2 - 3 - 4.</w:t>
      </w:r>
    </w:p>
    <w:tbl>
      <w:tblPr>
        <w:tblW w:w="0" w:type="auto"/>
        <w:jc w:val="center"/>
        <w:tblLayout w:type="fixed"/>
        <w:tblLook w:val="04A0" w:firstRow="1" w:lastRow="0" w:firstColumn="1" w:lastColumn="0" w:noHBand="0" w:noVBand="1"/>
      </w:tblPr>
      <w:tblGrid>
        <w:gridCol w:w="9921"/>
      </w:tblGrid>
      <w:tr w:rsidR="00DE355B" w:rsidRPr="000577E9" w14:paraId="463D37F7"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11C1789F" w14:textId="77777777" w:rsidR="00DE355B" w:rsidRPr="000577E9" w:rsidRDefault="00000000">
            <w:pPr>
              <w:rPr>
                <w:lang w:val="nl-NL"/>
              </w:rPr>
            </w:pPr>
            <w:r w:rsidRPr="000577E9">
              <w:rPr>
                <w:b/>
                <w:sz w:val="22"/>
                <w:lang w:val="nl-NL"/>
              </w:rPr>
              <w:t>Tijd</w:t>
            </w:r>
            <w:r w:rsidRPr="000577E9">
              <w:rPr>
                <w:b/>
                <w:sz w:val="22"/>
                <w:lang w:val="nl-NL"/>
              </w:rPr>
              <w:br/>
            </w:r>
            <w:r w:rsidRPr="000577E9">
              <w:rPr>
                <w:lang w:val="nl-NL"/>
              </w:rPr>
              <w:t>Richttijd: 45-55 minuten. Verdeel het werk slim, maar zorg dat informatie binnen het team wordt gedeeld.</w:t>
            </w:r>
          </w:p>
        </w:tc>
      </w:tr>
    </w:tbl>
    <w:p w14:paraId="3598CE28" w14:textId="77777777" w:rsidR="00DE355B" w:rsidRPr="000577E9" w:rsidRDefault="00DE355B">
      <w:pPr>
        <w:spacing w:after="0"/>
        <w:rPr>
          <w:lang w:val="nl-NL"/>
        </w:rPr>
      </w:pPr>
    </w:p>
    <w:p w14:paraId="42299CB0" w14:textId="77777777" w:rsidR="00DE355B" w:rsidRPr="000577E9" w:rsidRDefault="00000000">
      <w:pPr>
        <w:jc w:val="center"/>
      </w:pPr>
      <w:proofErr w:type="spellStart"/>
      <w:r w:rsidRPr="000577E9">
        <w:rPr>
          <w:b/>
        </w:rPr>
        <w:t>Teamnaam</w:t>
      </w:r>
      <w:proofErr w:type="spellEnd"/>
      <w:r w:rsidRPr="000577E9">
        <w:rPr>
          <w:b/>
        </w:rPr>
        <w:t>: ______________________________</w:t>
      </w:r>
    </w:p>
    <w:p w14:paraId="516CE2B4"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532AEB9A"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5941FA44" w14:textId="77777777" w:rsidR="00DE355B" w:rsidRPr="000577E9" w:rsidRDefault="00000000">
            <w:pPr>
              <w:jc w:val="center"/>
            </w:pPr>
            <w:r w:rsidRPr="000577E9">
              <w:rPr>
                <w:b/>
              </w:rPr>
              <w:lastRenderedPageBreak/>
              <w:t>NIVEAU 2 - DOSSIER 1</w:t>
            </w:r>
          </w:p>
        </w:tc>
      </w:tr>
    </w:tbl>
    <w:p w14:paraId="309D582D" w14:textId="77777777" w:rsidR="00DE355B" w:rsidRPr="000577E9" w:rsidRDefault="00000000">
      <w:pPr>
        <w:pStyle w:val="Kop1"/>
        <w:rPr>
          <w:color w:val="auto"/>
        </w:rPr>
      </w:pPr>
      <w:r w:rsidRPr="000577E9">
        <w:rPr>
          <w:color w:val="auto"/>
        </w:rPr>
        <w:t>DOSSIER 1 - DE ENIGE GELDIGE OPSTELLING</w:t>
      </w:r>
    </w:p>
    <w:p w14:paraId="1F4C7909" w14:textId="77777777" w:rsidR="00DE355B" w:rsidRPr="000577E9" w:rsidRDefault="00000000">
      <w:r w:rsidRPr="000577E9">
        <w:rPr>
          <w:lang w:val="nl-NL"/>
        </w:rPr>
        <w:t xml:space="preserve">Zes leerlingen zitten op een rij. De plaatsen zijn genummerd 1 t/m 6. </w:t>
      </w:r>
      <w:r w:rsidRPr="000577E9">
        <w:t xml:space="preserve">Vind de </w:t>
      </w:r>
      <w:proofErr w:type="spellStart"/>
      <w:r w:rsidRPr="000577E9">
        <w:t>enige</w:t>
      </w:r>
      <w:proofErr w:type="spellEnd"/>
      <w:r w:rsidRPr="000577E9">
        <w:t xml:space="preserve"> </w:t>
      </w:r>
      <w:proofErr w:type="spellStart"/>
      <w:r w:rsidRPr="000577E9">
        <w:t>volgorde</w:t>
      </w:r>
      <w:proofErr w:type="spellEnd"/>
      <w:r w:rsidRPr="000577E9">
        <w:t xml:space="preserve"> die aan alle aanwijzingen voldoet.</w:t>
      </w:r>
    </w:p>
    <w:tbl>
      <w:tblPr>
        <w:tblW w:w="0" w:type="auto"/>
        <w:jc w:val="center"/>
        <w:tblLayout w:type="fixed"/>
        <w:tblLook w:val="04A0" w:firstRow="1" w:lastRow="0" w:firstColumn="1" w:lastColumn="0" w:noHBand="0" w:noVBand="1"/>
      </w:tblPr>
      <w:tblGrid>
        <w:gridCol w:w="9921"/>
      </w:tblGrid>
      <w:tr w:rsidR="00DE355B" w:rsidRPr="000577E9" w14:paraId="58376258"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53CC1B12" w14:textId="77777777" w:rsidR="00DE355B" w:rsidRPr="000577E9" w:rsidRDefault="00000000">
            <w:r w:rsidRPr="000577E9">
              <w:rPr>
                <w:b/>
                <w:sz w:val="22"/>
                <w:lang w:val="nl-NL"/>
              </w:rPr>
              <w:t>Aanwijzingen</w:t>
            </w:r>
            <w:r w:rsidRPr="000577E9">
              <w:rPr>
                <w:b/>
                <w:sz w:val="22"/>
                <w:lang w:val="nl-NL"/>
              </w:rPr>
              <w:br/>
            </w:r>
            <w:r w:rsidRPr="000577E9">
              <w:rPr>
                <w:lang w:val="nl-NL"/>
              </w:rPr>
              <w:t xml:space="preserve">1. Boaz zit rechts van </w:t>
            </w:r>
            <w:proofErr w:type="spellStart"/>
            <w:r w:rsidRPr="000577E9">
              <w:rPr>
                <w:lang w:val="nl-NL"/>
              </w:rPr>
              <w:t>Dex</w:t>
            </w:r>
            <w:proofErr w:type="spellEnd"/>
            <w:r w:rsidRPr="000577E9">
              <w:rPr>
                <w:lang w:val="nl-NL"/>
              </w:rPr>
              <w:t>.</w:t>
            </w:r>
            <w:r w:rsidRPr="000577E9">
              <w:rPr>
                <w:lang w:val="nl-NL"/>
              </w:rPr>
              <w:br/>
              <w:t>2. Tussen Esra en Boaz zitten precies twee leerlingen.</w:t>
            </w:r>
            <w:r w:rsidRPr="000577E9">
              <w:rPr>
                <w:lang w:val="nl-NL"/>
              </w:rPr>
              <w:br/>
              <w:t>3. Aya zit direct links van Finn.</w:t>
            </w:r>
            <w:r w:rsidRPr="000577E9">
              <w:rPr>
                <w:lang w:val="nl-NL"/>
              </w:rPr>
              <w:br/>
              <w:t>4. Cato zit links van Esra.</w:t>
            </w:r>
            <w:r w:rsidRPr="000577E9">
              <w:rPr>
                <w:lang w:val="nl-NL"/>
              </w:rPr>
              <w:br/>
              <w:t xml:space="preserve">5. </w:t>
            </w:r>
            <w:proofErr w:type="spellStart"/>
            <w:r w:rsidRPr="000577E9">
              <w:rPr>
                <w:lang w:val="nl-NL"/>
              </w:rPr>
              <w:t>Dex</w:t>
            </w:r>
            <w:proofErr w:type="spellEnd"/>
            <w:r w:rsidRPr="000577E9">
              <w:rPr>
                <w:lang w:val="nl-NL"/>
              </w:rPr>
              <w:t xml:space="preserve"> zit niet naast Finn.</w:t>
            </w:r>
            <w:r w:rsidRPr="000577E9">
              <w:rPr>
                <w:lang w:val="nl-NL"/>
              </w:rPr>
              <w:br/>
              <w:t>6. Cato zit niet op plaats 1 of 6.</w:t>
            </w:r>
            <w:r w:rsidRPr="000577E9">
              <w:rPr>
                <w:lang w:val="nl-NL"/>
              </w:rPr>
              <w:br/>
            </w:r>
            <w:r w:rsidRPr="000577E9">
              <w:t>7. Boaz zit rechts van Finn.</w:t>
            </w:r>
          </w:p>
        </w:tc>
      </w:tr>
    </w:tbl>
    <w:p w14:paraId="5FC4BDE2" w14:textId="77777777" w:rsidR="00DE355B" w:rsidRPr="000577E9" w:rsidRDefault="00DE355B">
      <w:pPr>
        <w:spacing w:after="0"/>
      </w:pPr>
    </w:p>
    <w:tbl>
      <w:tblPr>
        <w:tblStyle w:val="Tabelraster"/>
        <w:tblW w:w="0" w:type="auto"/>
        <w:jc w:val="center"/>
        <w:tblLayout w:type="fixed"/>
        <w:tblLook w:val="04A0" w:firstRow="1" w:lastRow="0" w:firstColumn="1" w:lastColumn="0" w:noHBand="0" w:noVBand="1"/>
      </w:tblPr>
      <w:tblGrid>
        <w:gridCol w:w="1587"/>
        <w:gridCol w:w="1587"/>
        <w:gridCol w:w="1587"/>
        <w:gridCol w:w="1587"/>
        <w:gridCol w:w="1587"/>
        <w:gridCol w:w="1587"/>
      </w:tblGrid>
      <w:tr w:rsidR="00DE355B" w:rsidRPr="000577E9" w14:paraId="7B6D8F9F" w14:textId="77777777">
        <w:trPr>
          <w:jc w:val="center"/>
        </w:trPr>
        <w:tc>
          <w:tcPr>
            <w:tcW w:w="1587" w:type="dxa"/>
            <w:shd w:val="clear" w:color="auto" w:fill="E5E5E5"/>
            <w:vAlign w:val="center"/>
          </w:tcPr>
          <w:p w14:paraId="19B560DE" w14:textId="77777777" w:rsidR="00DE355B" w:rsidRPr="000577E9" w:rsidRDefault="00000000">
            <w:pPr>
              <w:jc w:val="center"/>
            </w:pPr>
            <w:r w:rsidRPr="000577E9">
              <w:rPr>
                <w:b/>
                <w:sz w:val="18"/>
              </w:rPr>
              <w:t>1</w:t>
            </w:r>
          </w:p>
        </w:tc>
        <w:tc>
          <w:tcPr>
            <w:tcW w:w="1587" w:type="dxa"/>
            <w:shd w:val="clear" w:color="auto" w:fill="E5E5E5"/>
            <w:vAlign w:val="center"/>
          </w:tcPr>
          <w:p w14:paraId="5E51EF5A" w14:textId="77777777" w:rsidR="00DE355B" w:rsidRPr="000577E9" w:rsidRDefault="00000000">
            <w:pPr>
              <w:jc w:val="center"/>
            </w:pPr>
            <w:r w:rsidRPr="000577E9">
              <w:rPr>
                <w:b/>
                <w:sz w:val="18"/>
              </w:rPr>
              <w:t>2</w:t>
            </w:r>
          </w:p>
        </w:tc>
        <w:tc>
          <w:tcPr>
            <w:tcW w:w="1587" w:type="dxa"/>
            <w:shd w:val="clear" w:color="auto" w:fill="E5E5E5"/>
            <w:vAlign w:val="center"/>
          </w:tcPr>
          <w:p w14:paraId="08582D36" w14:textId="77777777" w:rsidR="00DE355B" w:rsidRPr="000577E9" w:rsidRDefault="00000000">
            <w:pPr>
              <w:jc w:val="center"/>
            </w:pPr>
            <w:r w:rsidRPr="000577E9">
              <w:rPr>
                <w:b/>
                <w:sz w:val="18"/>
              </w:rPr>
              <w:t>3</w:t>
            </w:r>
          </w:p>
        </w:tc>
        <w:tc>
          <w:tcPr>
            <w:tcW w:w="1587" w:type="dxa"/>
            <w:shd w:val="clear" w:color="auto" w:fill="E5E5E5"/>
            <w:vAlign w:val="center"/>
          </w:tcPr>
          <w:p w14:paraId="39CB181B" w14:textId="77777777" w:rsidR="00DE355B" w:rsidRPr="000577E9" w:rsidRDefault="00000000">
            <w:pPr>
              <w:jc w:val="center"/>
            </w:pPr>
            <w:r w:rsidRPr="000577E9">
              <w:rPr>
                <w:b/>
                <w:sz w:val="18"/>
              </w:rPr>
              <w:t>4</w:t>
            </w:r>
          </w:p>
        </w:tc>
        <w:tc>
          <w:tcPr>
            <w:tcW w:w="1587" w:type="dxa"/>
            <w:shd w:val="clear" w:color="auto" w:fill="E5E5E5"/>
            <w:vAlign w:val="center"/>
          </w:tcPr>
          <w:p w14:paraId="3F689315" w14:textId="77777777" w:rsidR="00DE355B" w:rsidRPr="000577E9" w:rsidRDefault="00000000">
            <w:pPr>
              <w:jc w:val="center"/>
            </w:pPr>
            <w:r w:rsidRPr="000577E9">
              <w:rPr>
                <w:b/>
                <w:sz w:val="18"/>
              </w:rPr>
              <w:t>5</w:t>
            </w:r>
          </w:p>
        </w:tc>
        <w:tc>
          <w:tcPr>
            <w:tcW w:w="1587" w:type="dxa"/>
            <w:shd w:val="clear" w:color="auto" w:fill="E5E5E5"/>
            <w:vAlign w:val="center"/>
          </w:tcPr>
          <w:p w14:paraId="29DF6D37" w14:textId="77777777" w:rsidR="00DE355B" w:rsidRPr="000577E9" w:rsidRDefault="00000000">
            <w:pPr>
              <w:jc w:val="center"/>
            </w:pPr>
            <w:r w:rsidRPr="000577E9">
              <w:rPr>
                <w:b/>
                <w:sz w:val="18"/>
              </w:rPr>
              <w:t>6</w:t>
            </w:r>
          </w:p>
        </w:tc>
      </w:tr>
      <w:tr w:rsidR="00DE355B" w:rsidRPr="000577E9" w14:paraId="495F2316" w14:textId="77777777">
        <w:trPr>
          <w:cantSplit/>
          <w:jc w:val="center"/>
        </w:trPr>
        <w:tc>
          <w:tcPr>
            <w:tcW w:w="1587" w:type="dxa"/>
            <w:tcMar>
              <w:top w:w="70" w:type="dxa"/>
              <w:left w:w="80" w:type="dxa"/>
              <w:bottom w:w="70" w:type="dxa"/>
              <w:right w:w="80" w:type="dxa"/>
            </w:tcMar>
            <w:vAlign w:val="center"/>
          </w:tcPr>
          <w:p w14:paraId="352BD341" w14:textId="77777777" w:rsidR="00DE355B" w:rsidRPr="000577E9" w:rsidRDefault="00DE355B">
            <w:pPr>
              <w:jc w:val="center"/>
            </w:pPr>
          </w:p>
        </w:tc>
        <w:tc>
          <w:tcPr>
            <w:tcW w:w="1587" w:type="dxa"/>
            <w:tcMar>
              <w:top w:w="70" w:type="dxa"/>
              <w:left w:w="80" w:type="dxa"/>
              <w:bottom w:w="70" w:type="dxa"/>
              <w:right w:w="80" w:type="dxa"/>
            </w:tcMar>
            <w:vAlign w:val="center"/>
          </w:tcPr>
          <w:p w14:paraId="6D542E44" w14:textId="77777777" w:rsidR="00DE355B" w:rsidRPr="000577E9" w:rsidRDefault="00DE355B">
            <w:pPr>
              <w:jc w:val="center"/>
            </w:pPr>
          </w:p>
        </w:tc>
        <w:tc>
          <w:tcPr>
            <w:tcW w:w="1587" w:type="dxa"/>
            <w:tcMar>
              <w:top w:w="70" w:type="dxa"/>
              <w:left w:w="80" w:type="dxa"/>
              <w:bottom w:w="70" w:type="dxa"/>
              <w:right w:w="80" w:type="dxa"/>
            </w:tcMar>
            <w:vAlign w:val="center"/>
          </w:tcPr>
          <w:p w14:paraId="517FD5BF" w14:textId="77777777" w:rsidR="00DE355B" w:rsidRPr="000577E9" w:rsidRDefault="00DE355B">
            <w:pPr>
              <w:jc w:val="center"/>
            </w:pPr>
          </w:p>
        </w:tc>
        <w:tc>
          <w:tcPr>
            <w:tcW w:w="1587" w:type="dxa"/>
            <w:tcMar>
              <w:top w:w="70" w:type="dxa"/>
              <w:left w:w="80" w:type="dxa"/>
              <w:bottom w:w="70" w:type="dxa"/>
              <w:right w:w="80" w:type="dxa"/>
            </w:tcMar>
            <w:vAlign w:val="center"/>
          </w:tcPr>
          <w:p w14:paraId="3037E1B8" w14:textId="77777777" w:rsidR="00DE355B" w:rsidRPr="000577E9" w:rsidRDefault="00DE355B">
            <w:pPr>
              <w:jc w:val="center"/>
            </w:pPr>
          </w:p>
        </w:tc>
        <w:tc>
          <w:tcPr>
            <w:tcW w:w="1587" w:type="dxa"/>
            <w:tcMar>
              <w:top w:w="70" w:type="dxa"/>
              <w:left w:w="80" w:type="dxa"/>
              <w:bottom w:w="70" w:type="dxa"/>
              <w:right w:w="80" w:type="dxa"/>
            </w:tcMar>
            <w:vAlign w:val="center"/>
          </w:tcPr>
          <w:p w14:paraId="6ADB27CF" w14:textId="77777777" w:rsidR="00DE355B" w:rsidRPr="000577E9" w:rsidRDefault="00DE355B">
            <w:pPr>
              <w:jc w:val="center"/>
            </w:pPr>
          </w:p>
        </w:tc>
        <w:tc>
          <w:tcPr>
            <w:tcW w:w="1587" w:type="dxa"/>
            <w:tcMar>
              <w:top w:w="70" w:type="dxa"/>
              <w:left w:w="80" w:type="dxa"/>
              <w:bottom w:w="70" w:type="dxa"/>
              <w:right w:w="80" w:type="dxa"/>
            </w:tcMar>
            <w:vAlign w:val="center"/>
          </w:tcPr>
          <w:p w14:paraId="7493137A" w14:textId="77777777" w:rsidR="00DE355B" w:rsidRPr="000577E9" w:rsidRDefault="00DE355B">
            <w:pPr>
              <w:jc w:val="center"/>
            </w:pPr>
          </w:p>
        </w:tc>
      </w:tr>
    </w:tbl>
    <w:p w14:paraId="61D1CEE5" w14:textId="77777777" w:rsidR="00DE355B" w:rsidRPr="000577E9" w:rsidRDefault="00000000">
      <w:pPr>
        <w:rPr>
          <w:lang w:val="nl-NL"/>
        </w:rPr>
      </w:pPr>
      <w:r w:rsidRPr="000577E9">
        <w:rPr>
          <w:b/>
          <w:lang w:val="nl-NL"/>
        </w:rPr>
        <w:t xml:space="preserve">CODE-OPDRACHT: </w:t>
      </w:r>
      <w:r w:rsidRPr="000577E9">
        <w:rPr>
          <w:lang w:val="nl-NL"/>
        </w:rPr>
        <w:t>Het eerste codecijfer is de plaats waarop Esra zit.</w:t>
      </w:r>
    </w:p>
    <w:p w14:paraId="48FB011B" w14:textId="77777777" w:rsidR="00DE355B" w:rsidRPr="000577E9" w:rsidRDefault="00000000">
      <w:pPr>
        <w:spacing w:before="160"/>
        <w:jc w:val="center"/>
      </w:pPr>
      <w:proofErr w:type="spellStart"/>
      <w:r w:rsidRPr="000577E9">
        <w:rPr>
          <w:b/>
          <w:sz w:val="30"/>
        </w:rPr>
        <w:t>Codecijfer</w:t>
      </w:r>
      <w:proofErr w:type="spellEnd"/>
      <w:r w:rsidRPr="000577E9">
        <w:rPr>
          <w:b/>
          <w:sz w:val="30"/>
        </w:rPr>
        <w:t xml:space="preserve"> dossier 1:  ____</w:t>
      </w:r>
    </w:p>
    <w:p w14:paraId="60664172"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18C6D0F6"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4DE9AE0C" w14:textId="77777777" w:rsidR="00DE355B" w:rsidRPr="000577E9" w:rsidRDefault="00000000">
            <w:pPr>
              <w:jc w:val="center"/>
            </w:pPr>
            <w:r w:rsidRPr="000577E9">
              <w:rPr>
                <w:b/>
              </w:rPr>
              <w:lastRenderedPageBreak/>
              <w:t>NIVEAU 2 - DOSSIER 2</w:t>
            </w:r>
          </w:p>
        </w:tc>
      </w:tr>
    </w:tbl>
    <w:p w14:paraId="1E4B359A" w14:textId="77777777" w:rsidR="00DE355B" w:rsidRPr="000577E9" w:rsidRDefault="00000000">
      <w:pPr>
        <w:pStyle w:val="Kop1"/>
        <w:rPr>
          <w:color w:val="auto"/>
        </w:rPr>
      </w:pPr>
      <w:r w:rsidRPr="000577E9">
        <w:rPr>
          <w:color w:val="auto"/>
        </w:rPr>
        <w:t>DOSSIER 2 - CODEBREKER</w:t>
      </w:r>
    </w:p>
    <w:p w14:paraId="46540C51" w14:textId="77777777" w:rsidR="00DE355B" w:rsidRPr="000577E9" w:rsidRDefault="00000000">
      <w:pPr>
        <w:rPr>
          <w:lang w:val="nl-NL"/>
        </w:rPr>
      </w:pPr>
      <w:r w:rsidRPr="000577E9">
        <w:rPr>
          <w:lang w:val="nl-NL"/>
        </w:rPr>
        <w:t>Het slot heeft vier verschillende cijfers (0 t/m 9). Onderstaande pogingen en feedback zijn allemaal betrouwbaar.</w:t>
      </w:r>
    </w:p>
    <w:tbl>
      <w:tblPr>
        <w:tblStyle w:val="Tabelraster"/>
        <w:tblW w:w="0" w:type="auto"/>
        <w:jc w:val="center"/>
        <w:tblLayout w:type="fixed"/>
        <w:tblLook w:val="04A0" w:firstRow="1" w:lastRow="0" w:firstColumn="1" w:lastColumn="0" w:noHBand="0" w:noVBand="1"/>
      </w:tblPr>
      <w:tblGrid>
        <w:gridCol w:w="2268"/>
        <w:gridCol w:w="7370"/>
      </w:tblGrid>
      <w:tr w:rsidR="00DE355B" w:rsidRPr="000577E9" w14:paraId="08EA1042" w14:textId="77777777">
        <w:trPr>
          <w:jc w:val="center"/>
        </w:trPr>
        <w:tc>
          <w:tcPr>
            <w:tcW w:w="2268" w:type="dxa"/>
            <w:shd w:val="clear" w:color="auto" w:fill="E5E5E5"/>
            <w:vAlign w:val="center"/>
          </w:tcPr>
          <w:p w14:paraId="2169622F" w14:textId="77777777" w:rsidR="00DE355B" w:rsidRPr="000577E9" w:rsidRDefault="00000000">
            <w:pPr>
              <w:jc w:val="center"/>
            </w:pPr>
            <w:proofErr w:type="spellStart"/>
            <w:r w:rsidRPr="000577E9">
              <w:rPr>
                <w:b/>
                <w:sz w:val="18"/>
              </w:rPr>
              <w:t>Poging</w:t>
            </w:r>
            <w:proofErr w:type="spellEnd"/>
          </w:p>
        </w:tc>
        <w:tc>
          <w:tcPr>
            <w:tcW w:w="7370" w:type="dxa"/>
            <w:shd w:val="clear" w:color="auto" w:fill="E5E5E5"/>
            <w:vAlign w:val="center"/>
          </w:tcPr>
          <w:p w14:paraId="62E867FC" w14:textId="77777777" w:rsidR="00DE355B" w:rsidRPr="000577E9" w:rsidRDefault="00000000">
            <w:pPr>
              <w:jc w:val="center"/>
            </w:pPr>
            <w:r w:rsidRPr="000577E9">
              <w:rPr>
                <w:b/>
                <w:sz w:val="18"/>
              </w:rPr>
              <w:t>Feedback</w:t>
            </w:r>
          </w:p>
        </w:tc>
      </w:tr>
      <w:tr w:rsidR="00DE355B" w:rsidRPr="000577E9" w14:paraId="4132A2D3" w14:textId="77777777">
        <w:trPr>
          <w:cantSplit/>
          <w:jc w:val="center"/>
        </w:trPr>
        <w:tc>
          <w:tcPr>
            <w:tcW w:w="2268" w:type="dxa"/>
            <w:tcMar>
              <w:top w:w="70" w:type="dxa"/>
              <w:left w:w="80" w:type="dxa"/>
              <w:bottom w:w="70" w:type="dxa"/>
              <w:right w:w="80" w:type="dxa"/>
            </w:tcMar>
            <w:vAlign w:val="center"/>
          </w:tcPr>
          <w:p w14:paraId="167E620F" w14:textId="77777777" w:rsidR="00DE355B" w:rsidRPr="000577E9" w:rsidRDefault="00000000">
            <w:pPr>
              <w:jc w:val="center"/>
            </w:pPr>
            <w:r w:rsidRPr="000577E9">
              <w:rPr>
                <w:sz w:val="18"/>
              </w:rPr>
              <w:t>7215</w:t>
            </w:r>
          </w:p>
        </w:tc>
        <w:tc>
          <w:tcPr>
            <w:tcW w:w="7370" w:type="dxa"/>
            <w:tcMar>
              <w:top w:w="70" w:type="dxa"/>
              <w:left w:w="80" w:type="dxa"/>
              <w:bottom w:w="70" w:type="dxa"/>
              <w:right w:w="80" w:type="dxa"/>
            </w:tcMar>
            <w:vAlign w:val="center"/>
          </w:tcPr>
          <w:p w14:paraId="0984A821" w14:textId="77777777" w:rsidR="00DE355B" w:rsidRPr="000577E9" w:rsidRDefault="00000000">
            <w:pPr>
              <w:rPr>
                <w:lang w:val="nl-NL"/>
              </w:rPr>
            </w:pPr>
            <w:r w:rsidRPr="000577E9">
              <w:rPr>
                <w:sz w:val="18"/>
                <w:lang w:val="nl-NL"/>
              </w:rPr>
              <w:t>Drie cijfers zijn goed en staan op de juiste plek. Het vierde cijfer zit niet in de code.</w:t>
            </w:r>
          </w:p>
        </w:tc>
      </w:tr>
      <w:tr w:rsidR="00DE355B" w:rsidRPr="000577E9" w14:paraId="6C701A21" w14:textId="77777777">
        <w:trPr>
          <w:cantSplit/>
          <w:jc w:val="center"/>
        </w:trPr>
        <w:tc>
          <w:tcPr>
            <w:tcW w:w="2268" w:type="dxa"/>
            <w:tcMar>
              <w:top w:w="70" w:type="dxa"/>
              <w:left w:w="80" w:type="dxa"/>
              <w:bottom w:w="70" w:type="dxa"/>
              <w:right w:w="80" w:type="dxa"/>
            </w:tcMar>
            <w:vAlign w:val="center"/>
          </w:tcPr>
          <w:p w14:paraId="4E9D5244" w14:textId="77777777" w:rsidR="00DE355B" w:rsidRPr="000577E9" w:rsidRDefault="00000000">
            <w:pPr>
              <w:jc w:val="center"/>
            </w:pPr>
            <w:r w:rsidRPr="000577E9">
              <w:rPr>
                <w:sz w:val="18"/>
              </w:rPr>
              <w:t>1327</w:t>
            </w:r>
          </w:p>
        </w:tc>
        <w:tc>
          <w:tcPr>
            <w:tcW w:w="7370" w:type="dxa"/>
            <w:tcMar>
              <w:top w:w="70" w:type="dxa"/>
              <w:left w:w="80" w:type="dxa"/>
              <w:bottom w:w="70" w:type="dxa"/>
              <w:right w:w="80" w:type="dxa"/>
            </w:tcMar>
            <w:vAlign w:val="center"/>
          </w:tcPr>
          <w:p w14:paraId="0469DDD6" w14:textId="77777777" w:rsidR="00DE355B" w:rsidRPr="000577E9" w:rsidRDefault="00000000">
            <w:r w:rsidRPr="000577E9">
              <w:rPr>
                <w:sz w:val="18"/>
                <w:lang w:val="nl-NL"/>
              </w:rPr>
              <w:t xml:space="preserve">Eén cijfer is goed en staat goed. Twee andere cijfers zitten in de code, maar staan verkeerd. </w:t>
            </w:r>
            <w:proofErr w:type="spellStart"/>
            <w:r w:rsidRPr="000577E9">
              <w:rPr>
                <w:sz w:val="18"/>
              </w:rPr>
              <w:t>Eén</w:t>
            </w:r>
            <w:proofErr w:type="spellEnd"/>
            <w:r w:rsidRPr="000577E9">
              <w:rPr>
                <w:sz w:val="18"/>
              </w:rPr>
              <w:t xml:space="preserve"> </w:t>
            </w:r>
            <w:proofErr w:type="spellStart"/>
            <w:r w:rsidRPr="000577E9">
              <w:rPr>
                <w:sz w:val="18"/>
              </w:rPr>
              <w:t>cijfer</w:t>
            </w:r>
            <w:proofErr w:type="spellEnd"/>
            <w:r w:rsidRPr="000577E9">
              <w:rPr>
                <w:sz w:val="18"/>
              </w:rPr>
              <w:t xml:space="preserve"> zit </w:t>
            </w:r>
            <w:proofErr w:type="spellStart"/>
            <w:r w:rsidRPr="000577E9">
              <w:rPr>
                <w:sz w:val="18"/>
              </w:rPr>
              <w:t>niet</w:t>
            </w:r>
            <w:proofErr w:type="spellEnd"/>
            <w:r w:rsidRPr="000577E9">
              <w:rPr>
                <w:sz w:val="18"/>
              </w:rPr>
              <w:t xml:space="preserve"> in de code.</w:t>
            </w:r>
          </w:p>
        </w:tc>
      </w:tr>
      <w:tr w:rsidR="00DE355B" w:rsidRPr="000577E9" w14:paraId="6409F2CD" w14:textId="77777777">
        <w:trPr>
          <w:cantSplit/>
          <w:jc w:val="center"/>
        </w:trPr>
        <w:tc>
          <w:tcPr>
            <w:tcW w:w="2268" w:type="dxa"/>
            <w:tcMar>
              <w:top w:w="70" w:type="dxa"/>
              <w:left w:w="80" w:type="dxa"/>
              <w:bottom w:w="70" w:type="dxa"/>
              <w:right w:w="80" w:type="dxa"/>
            </w:tcMar>
            <w:vAlign w:val="center"/>
          </w:tcPr>
          <w:p w14:paraId="23A75774" w14:textId="77777777" w:rsidR="00DE355B" w:rsidRPr="000577E9" w:rsidRDefault="00000000">
            <w:pPr>
              <w:jc w:val="center"/>
            </w:pPr>
            <w:r w:rsidRPr="000577E9">
              <w:rPr>
                <w:sz w:val="18"/>
              </w:rPr>
              <w:t>8051</w:t>
            </w:r>
          </w:p>
        </w:tc>
        <w:tc>
          <w:tcPr>
            <w:tcW w:w="7370" w:type="dxa"/>
            <w:tcMar>
              <w:top w:w="70" w:type="dxa"/>
              <w:left w:w="80" w:type="dxa"/>
              <w:bottom w:w="70" w:type="dxa"/>
              <w:right w:w="80" w:type="dxa"/>
            </w:tcMar>
            <w:vAlign w:val="center"/>
          </w:tcPr>
          <w:p w14:paraId="65D2D388" w14:textId="77777777" w:rsidR="00DE355B" w:rsidRPr="000577E9" w:rsidRDefault="00000000">
            <w:pPr>
              <w:rPr>
                <w:lang w:val="nl-NL"/>
              </w:rPr>
            </w:pPr>
            <w:r w:rsidRPr="000577E9">
              <w:rPr>
                <w:sz w:val="18"/>
                <w:lang w:val="nl-NL"/>
              </w:rPr>
              <w:t>Geen cijfer staat op de juiste plek. Twee cijfers zitten wel in de code, maar staan verkeerd.</w:t>
            </w:r>
          </w:p>
        </w:tc>
      </w:tr>
    </w:tbl>
    <w:p w14:paraId="6CB49FFA" w14:textId="77777777" w:rsidR="00DE355B" w:rsidRPr="000577E9" w:rsidRDefault="00000000">
      <w:pPr>
        <w:rPr>
          <w:lang w:val="nl-NL"/>
        </w:rPr>
      </w:pPr>
      <w:r w:rsidRPr="000577E9">
        <w:rPr>
          <w:b/>
          <w:lang w:val="nl-NL"/>
        </w:rPr>
        <w:t>Gevonden viercijferige code:  ____  ____  ____  ____</w:t>
      </w:r>
    </w:p>
    <w:p w14:paraId="686A1D2C" w14:textId="77777777" w:rsidR="00DE355B" w:rsidRPr="000577E9" w:rsidRDefault="00000000">
      <w:r w:rsidRPr="000577E9">
        <w:rPr>
          <w:b/>
          <w:lang w:val="nl-NL"/>
        </w:rPr>
        <w:t xml:space="preserve">CODE-OPDRACHT: </w:t>
      </w:r>
      <w:r w:rsidRPr="000577E9">
        <w:rPr>
          <w:lang w:val="nl-NL"/>
        </w:rPr>
        <w:t xml:space="preserve">Tel de vier cijfers bij elkaar op. Is de uitkomst groter dan 9? Tel dan de cijfers van die uitkomst opnieuw op totdat één cijfer overblijft. </w:t>
      </w:r>
      <w:r w:rsidRPr="000577E9">
        <w:t xml:space="preserve">Dat is </w:t>
      </w:r>
      <w:proofErr w:type="spellStart"/>
      <w:r w:rsidRPr="000577E9">
        <w:t>jullie</w:t>
      </w:r>
      <w:proofErr w:type="spellEnd"/>
      <w:r w:rsidRPr="000577E9">
        <w:t xml:space="preserve"> </w:t>
      </w:r>
      <w:proofErr w:type="spellStart"/>
      <w:r w:rsidRPr="000577E9">
        <w:t>tweede</w:t>
      </w:r>
      <w:proofErr w:type="spellEnd"/>
      <w:r w:rsidRPr="000577E9">
        <w:t xml:space="preserve"> codecijfer.</w:t>
      </w:r>
    </w:p>
    <w:p w14:paraId="49EE1BCB" w14:textId="77777777" w:rsidR="00DE355B" w:rsidRPr="000577E9" w:rsidRDefault="00000000">
      <w:pPr>
        <w:spacing w:before="160"/>
        <w:jc w:val="center"/>
      </w:pPr>
      <w:r w:rsidRPr="000577E9">
        <w:rPr>
          <w:b/>
          <w:sz w:val="30"/>
        </w:rPr>
        <w:t>Codecijfer dossier 2:  ____</w:t>
      </w:r>
    </w:p>
    <w:p w14:paraId="4EAD096C"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7EDAD2EF"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5F4F436F" w14:textId="77777777" w:rsidR="00DE355B" w:rsidRPr="000577E9" w:rsidRDefault="00000000">
            <w:pPr>
              <w:jc w:val="center"/>
            </w:pPr>
            <w:r w:rsidRPr="000577E9">
              <w:rPr>
                <w:b/>
              </w:rPr>
              <w:lastRenderedPageBreak/>
              <w:t>NIVEAU 2 - DOSSIER 3</w:t>
            </w:r>
          </w:p>
        </w:tc>
      </w:tr>
    </w:tbl>
    <w:p w14:paraId="2BDB2452" w14:textId="77777777" w:rsidR="00DE355B" w:rsidRPr="000577E9" w:rsidRDefault="00000000">
      <w:pPr>
        <w:pStyle w:val="Kop1"/>
        <w:rPr>
          <w:color w:val="auto"/>
        </w:rPr>
      </w:pPr>
      <w:r w:rsidRPr="000577E9">
        <w:rPr>
          <w:color w:val="auto"/>
        </w:rPr>
        <w:t>DOSSIER 3 - GEDEELDE INFORMATIE</w:t>
      </w:r>
    </w:p>
    <w:p w14:paraId="110D1D42" w14:textId="77777777" w:rsidR="00DE355B" w:rsidRPr="000577E9" w:rsidRDefault="00000000">
      <w:pPr>
        <w:rPr>
          <w:lang w:val="nl-NL"/>
        </w:rPr>
      </w:pPr>
      <w:r w:rsidRPr="000577E9">
        <w:rPr>
          <w:lang w:val="nl-NL"/>
        </w:rPr>
        <w:t>De kaarten mogen niet worden getoond. Alleen door alle kerninformatie hardop te delen kan het unieke getal worden gevonden. Kaart E is controle-informatie.</w:t>
      </w:r>
    </w:p>
    <w:p w14:paraId="3F281AAF" w14:textId="77777777" w:rsidR="00DE355B" w:rsidRPr="000577E9" w:rsidRDefault="00000000">
      <w:pPr>
        <w:rPr>
          <w:lang w:val="nl-NL"/>
        </w:rPr>
      </w:pPr>
      <w:r w:rsidRPr="000577E9">
        <w:rPr>
          <w:i/>
          <w:sz w:val="18"/>
          <w:lang w:val="nl-NL"/>
        </w:rPr>
        <w:t>Knip langs de randen. Laat kaartjes niet aan elkaar zien tenzij de opdracht dat toestaat.</w:t>
      </w:r>
    </w:p>
    <w:tbl>
      <w:tblPr>
        <w:tblW w:w="0" w:type="auto"/>
        <w:jc w:val="center"/>
        <w:tblLayout w:type="fixed"/>
        <w:tblLook w:val="04A0" w:firstRow="1" w:lastRow="0" w:firstColumn="1" w:lastColumn="0" w:noHBand="0" w:noVBand="1"/>
      </w:tblPr>
      <w:tblGrid>
        <w:gridCol w:w="4876"/>
        <w:gridCol w:w="5045"/>
        <w:gridCol w:w="20"/>
      </w:tblGrid>
      <w:tr w:rsidR="00DE355B" w:rsidRPr="000577E9" w14:paraId="6A9129CC"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00947DC6" w14:textId="77777777" w:rsidR="00DE355B" w:rsidRPr="000577E9" w:rsidRDefault="00000000">
            <w:pPr>
              <w:rPr>
                <w:lang w:val="nl-NL"/>
              </w:rPr>
            </w:pPr>
            <w:r w:rsidRPr="000577E9">
              <w:rPr>
                <w:b/>
                <w:sz w:val="22"/>
                <w:lang w:val="nl-NL"/>
              </w:rPr>
              <w:t>KAART A</w:t>
            </w:r>
          </w:p>
          <w:p w14:paraId="5BA9D25F" w14:textId="77777777" w:rsidR="00DE355B" w:rsidRPr="000577E9" w:rsidRDefault="00000000">
            <w:pPr>
              <w:pStyle w:val="Cardtext"/>
              <w:rPr>
                <w:lang w:val="nl-NL"/>
              </w:rPr>
            </w:pPr>
            <w:r w:rsidRPr="000577E9">
              <w:rPr>
                <w:lang w:val="nl-NL"/>
              </w:rPr>
              <w:t>Het getal ligt tussen 40 en 80.</w:t>
            </w:r>
          </w:p>
          <w:p w14:paraId="1CF85E42" w14:textId="77777777" w:rsidR="00DE355B" w:rsidRPr="000577E9" w:rsidRDefault="00DE355B">
            <w:pPr>
              <w:pStyle w:val="Cardtext"/>
              <w:rPr>
                <w:lang w:val="nl-NL"/>
              </w:rPr>
            </w:pPr>
          </w:p>
          <w:p w14:paraId="7F44BD73" w14:textId="77777777" w:rsidR="00DE355B" w:rsidRPr="000577E9" w:rsidRDefault="00000000">
            <w:pPr>
              <w:pStyle w:val="Cardtext"/>
            </w:pPr>
            <w:r w:rsidRPr="000577E9">
              <w:t>Meta-fragment: DEEL</w:t>
            </w:r>
          </w:p>
        </w:tc>
        <w:tc>
          <w:tcPr>
            <w:tcW w:w="4876" w:type="dxa"/>
            <w:gridSpan w:val="2"/>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0B24DCD1" w14:textId="77777777" w:rsidR="00DE355B" w:rsidRPr="000577E9" w:rsidRDefault="00000000">
            <w:pPr>
              <w:rPr>
                <w:lang w:val="nl-NL"/>
              </w:rPr>
            </w:pPr>
            <w:r w:rsidRPr="000577E9">
              <w:rPr>
                <w:b/>
                <w:sz w:val="22"/>
                <w:lang w:val="nl-NL"/>
              </w:rPr>
              <w:t>KAART B</w:t>
            </w:r>
          </w:p>
          <w:p w14:paraId="2037F11B" w14:textId="77777777" w:rsidR="00DE355B" w:rsidRPr="000577E9" w:rsidRDefault="00000000">
            <w:pPr>
              <w:pStyle w:val="Cardtext"/>
              <w:rPr>
                <w:lang w:val="nl-NL"/>
              </w:rPr>
            </w:pPr>
            <w:r w:rsidRPr="000577E9">
              <w:rPr>
                <w:lang w:val="nl-NL"/>
              </w:rPr>
              <w:t>Het getal is deelbaar door 3.</w:t>
            </w:r>
          </w:p>
          <w:p w14:paraId="1D294E9C" w14:textId="77777777" w:rsidR="00DE355B" w:rsidRPr="000577E9" w:rsidRDefault="00DE355B">
            <w:pPr>
              <w:pStyle w:val="Cardtext"/>
              <w:rPr>
                <w:lang w:val="nl-NL"/>
              </w:rPr>
            </w:pPr>
          </w:p>
          <w:p w14:paraId="54B97A2E" w14:textId="77777777" w:rsidR="00DE355B" w:rsidRPr="000577E9" w:rsidRDefault="00000000">
            <w:pPr>
              <w:pStyle w:val="Cardtext"/>
            </w:pPr>
            <w:r w:rsidRPr="000577E9">
              <w:t>Meta-fragment: HET GETAL</w:t>
            </w:r>
          </w:p>
        </w:tc>
      </w:tr>
      <w:tr w:rsidR="00DE355B" w:rsidRPr="000577E9" w14:paraId="11F12D9C"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5DFD774F" w14:textId="77777777" w:rsidR="00DE355B" w:rsidRPr="000577E9" w:rsidRDefault="00000000">
            <w:pPr>
              <w:rPr>
                <w:lang w:val="nl-NL"/>
              </w:rPr>
            </w:pPr>
            <w:r w:rsidRPr="000577E9">
              <w:rPr>
                <w:b/>
                <w:sz w:val="22"/>
                <w:lang w:val="nl-NL"/>
              </w:rPr>
              <w:t>KAART C</w:t>
            </w:r>
          </w:p>
          <w:p w14:paraId="5FD709BC" w14:textId="77777777" w:rsidR="00DE355B" w:rsidRPr="000577E9" w:rsidRDefault="00000000">
            <w:pPr>
              <w:pStyle w:val="Cardtext"/>
              <w:rPr>
                <w:lang w:val="nl-NL"/>
              </w:rPr>
            </w:pPr>
            <w:r w:rsidRPr="000577E9">
              <w:rPr>
                <w:lang w:val="nl-NL"/>
              </w:rPr>
              <w:t>De som van de cijfers is 12.</w:t>
            </w:r>
          </w:p>
          <w:p w14:paraId="579D4AAF" w14:textId="77777777" w:rsidR="00DE355B" w:rsidRPr="000577E9" w:rsidRDefault="00DE355B">
            <w:pPr>
              <w:pStyle w:val="Cardtext"/>
              <w:rPr>
                <w:lang w:val="nl-NL"/>
              </w:rPr>
            </w:pPr>
          </w:p>
          <w:p w14:paraId="4847102A" w14:textId="77777777" w:rsidR="00DE355B" w:rsidRPr="000577E9" w:rsidRDefault="00000000">
            <w:pPr>
              <w:pStyle w:val="Cardtext"/>
            </w:pPr>
            <w:r w:rsidRPr="000577E9">
              <w:t>Meta-fragment: DOOR</w:t>
            </w:r>
          </w:p>
        </w:tc>
        <w:tc>
          <w:tcPr>
            <w:tcW w:w="4876" w:type="dxa"/>
            <w:gridSpan w:val="2"/>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6943E702" w14:textId="77777777" w:rsidR="00DE355B" w:rsidRPr="000577E9" w:rsidRDefault="00000000">
            <w:pPr>
              <w:rPr>
                <w:lang w:val="nl-NL"/>
              </w:rPr>
            </w:pPr>
            <w:r w:rsidRPr="000577E9">
              <w:rPr>
                <w:b/>
                <w:sz w:val="22"/>
                <w:lang w:val="nl-NL"/>
              </w:rPr>
              <w:t>KAART D</w:t>
            </w:r>
          </w:p>
          <w:p w14:paraId="6D022A11" w14:textId="77777777" w:rsidR="00DE355B" w:rsidRPr="000577E9" w:rsidRDefault="00000000">
            <w:pPr>
              <w:pStyle w:val="Cardtext"/>
              <w:rPr>
                <w:lang w:val="nl-NL"/>
              </w:rPr>
            </w:pPr>
            <w:r w:rsidRPr="000577E9">
              <w:rPr>
                <w:lang w:val="nl-NL"/>
              </w:rPr>
              <w:t>Het getal is even, maar niet deelbaar door 4.</w:t>
            </w:r>
          </w:p>
          <w:p w14:paraId="0714AF10" w14:textId="77777777" w:rsidR="00DE355B" w:rsidRPr="000577E9" w:rsidRDefault="00DE355B">
            <w:pPr>
              <w:pStyle w:val="Cardtext"/>
              <w:rPr>
                <w:lang w:val="nl-NL"/>
              </w:rPr>
            </w:pPr>
          </w:p>
          <w:p w14:paraId="3F8CA70B" w14:textId="77777777" w:rsidR="00DE355B" w:rsidRPr="000577E9" w:rsidRDefault="00000000">
            <w:pPr>
              <w:pStyle w:val="Cardtext"/>
            </w:pPr>
            <w:r w:rsidRPr="000577E9">
              <w:t>Meta-fragment: ELF</w:t>
            </w:r>
          </w:p>
        </w:tc>
      </w:tr>
      <w:tr w:rsidR="00DE355B" w:rsidRPr="000577E9" w14:paraId="78F47D43"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6C6F80A0" w14:textId="77777777" w:rsidR="00DE355B" w:rsidRPr="000577E9" w:rsidRDefault="00000000">
            <w:pPr>
              <w:rPr>
                <w:lang w:val="nl-NL"/>
              </w:rPr>
            </w:pPr>
            <w:r w:rsidRPr="000577E9">
              <w:rPr>
                <w:b/>
                <w:sz w:val="22"/>
                <w:lang w:val="nl-NL"/>
              </w:rPr>
              <w:t>KAART E - CONTROLE</w:t>
            </w:r>
          </w:p>
          <w:p w14:paraId="0CA67ADB" w14:textId="77777777" w:rsidR="00DE355B" w:rsidRPr="000577E9" w:rsidRDefault="00000000">
            <w:pPr>
              <w:pStyle w:val="Cardtext"/>
              <w:rPr>
                <w:lang w:val="nl-NL"/>
              </w:rPr>
            </w:pPr>
            <w:r w:rsidRPr="000577E9">
              <w:rPr>
                <w:lang w:val="nl-NL"/>
              </w:rPr>
              <w:t>De uitkomst na de laatste bewerking moet één cijfer zijn.</w:t>
            </w:r>
          </w:p>
          <w:p w14:paraId="69C3D96E" w14:textId="77777777" w:rsidR="00DE355B" w:rsidRPr="000577E9" w:rsidRDefault="00DE355B">
            <w:pPr>
              <w:pStyle w:val="Cardtext"/>
              <w:rPr>
                <w:lang w:val="nl-NL"/>
              </w:rPr>
            </w:pPr>
          </w:p>
          <w:p w14:paraId="197941CE" w14:textId="77777777" w:rsidR="00DE355B" w:rsidRPr="000577E9" w:rsidRDefault="00000000">
            <w:pPr>
              <w:pStyle w:val="Cardtext"/>
              <w:rPr>
                <w:lang w:val="nl-NL"/>
              </w:rPr>
            </w:pPr>
            <w:r w:rsidRPr="000577E9">
              <w:rPr>
                <w:lang w:val="nl-NL"/>
              </w:rPr>
              <w:t>Deze kaart helpt controleren, maar is niet nodig om het getal uniek te vinden.</w:t>
            </w:r>
          </w:p>
        </w:tc>
        <w:tc>
          <w:tcPr>
            <w:tcW w:w="4876" w:type="dxa"/>
            <w:gridSpan w:val="2"/>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5BDE4471" w14:textId="77777777" w:rsidR="00DE355B" w:rsidRPr="000577E9" w:rsidRDefault="00DE355B">
            <w:pPr>
              <w:rPr>
                <w:lang w:val="nl-NL"/>
              </w:rPr>
            </w:pPr>
          </w:p>
        </w:tc>
      </w:tr>
      <w:tr w:rsidR="00DE355B" w:rsidRPr="000577E9" w14:paraId="177B016C" w14:textId="77777777">
        <w:trPr>
          <w:gridAfter w:val="1"/>
          <w:wAfter w:w="20" w:type="dxa"/>
          <w:jc w:val="center"/>
        </w:trPr>
        <w:tc>
          <w:tcPr>
            <w:tcW w:w="9921" w:type="dxa"/>
            <w:gridSpan w:val="2"/>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567667DA" w14:textId="77777777" w:rsidR="00DE355B" w:rsidRPr="000577E9" w:rsidRDefault="00000000">
            <w:pPr>
              <w:rPr>
                <w:lang w:val="nl-NL"/>
              </w:rPr>
            </w:pPr>
            <w:r w:rsidRPr="000577E9">
              <w:rPr>
                <w:b/>
                <w:sz w:val="22"/>
                <w:lang w:val="nl-NL"/>
              </w:rPr>
              <w:t>Opdracht</w:t>
            </w:r>
            <w:r w:rsidRPr="000577E9">
              <w:rPr>
                <w:b/>
                <w:sz w:val="22"/>
                <w:lang w:val="nl-NL"/>
              </w:rPr>
              <w:br/>
            </w:r>
            <w:r w:rsidRPr="000577E9">
              <w:rPr>
                <w:lang w:val="nl-NL"/>
              </w:rPr>
              <w:t>1. Vind eerst het unieke getal.</w:t>
            </w:r>
            <w:r w:rsidRPr="000577E9">
              <w:rPr>
                <w:lang w:val="nl-NL"/>
              </w:rPr>
              <w:br/>
              <w:t>2. Zet daarna de vier meta-fragmenten A-D in kaartvolgorde achter elkaar.</w:t>
            </w:r>
            <w:r w:rsidRPr="000577E9">
              <w:rPr>
                <w:lang w:val="nl-NL"/>
              </w:rPr>
              <w:br/>
              <w:t>3. Voer die instructie uit. De uitkomst is het derde codecijfer.</w:t>
            </w:r>
          </w:p>
        </w:tc>
      </w:tr>
    </w:tbl>
    <w:p w14:paraId="64F23CF0" w14:textId="77777777" w:rsidR="00DE355B" w:rsidRPr="000577E9" w:rsidRDefault="00DE355B">
      <w:pPr>
        <w:spacing w:after="0"/>
        <w:rPr>
          <w:lang w:val="nl-NL"/>
        </w:rPr>
      </w:pPr>
    </w:p>
    <w:p w14:paraId="3C189F93" w14:textId="77777777" w:rsidR="00DE355B" w:rsidRPr="000577E9" w:rsidRDefault="00000000">
      <w:pPr>
        <w:spacing w:before="160"/>
        <w:jc w:val="center"/>
      </w:pPr>
      <w:proofErr w:type="spellStart"/>
      <w:r w:rsidRPr="000577E9">
        <w:rPr>
          <w:b/>
          <w:sz w:val="30"/>
        </w:rPr>
        <w:t>Codecijfer</w:t>
      </w:r>
      <w:proofErr w:type="spellEnd"/>
      <w:r w:rsidRPr="000577E9">
        <w:rPr>
          <w:b/>
          <w:sz w:val="30"/>
        </w:rPr>
        <w:t xml:space="preserve"> dossier 3:  ____</w:t>
      </w:r>
    </w:p>
    <w:p w14:paraId="17AEA2D2"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6E3D6BA1"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21A912A8" w14:textId="77777777" w:rsidR="00DE355B" w:rsidRPr="000577E9" w:rsidRDefault="00000000">
            <w:pPr>
              <w:jc w:val="center"/>
            </w:pPr>
            <w:r w:rsidRPr="000577E9">
              <w:rPr>
                <w:b/>
              </w:rPr>
              <w:lastRenderedPageBreak/>
              <w:t>NIVEAU 2 - DOSSIER 4</w:t>
            </w:r>
          </w:p>
        </w:tc>
      </w:tr>
    </w:tbl>
    <w:p w14:paraId="4556ECF5" w14:textId="77777777" w:rsidR="00DE355B" w:rsidRPr="000577E9" w:rsidRDefault="00000000">
      <w:pPr>
        <w:pStyle w:val="Kop1"/>
        <w:rPr>
          <w:color w:val="auto"/>
          <w:lang w:val="nl-NL"/>
        </w:rPr>
      </w:pPr>
      <w:r w:rsidRPr="000577E9">
        <w:rPr>
          <w:color w:val="auto"/>
          <w:lang w:val="nl-NL"/>
        </w:rPr>
        <w:t>DOSSIER 4 - ZICHTBAAR IS NIET HETZELFDE ALS WAARDEVOL</w:t>
      </w:r>
    </w:p>
    <w:p w14:paraId="32CD5B61" w14:textId="77777777" w:rsidR="00DE355B" w:rsidRPr="000577E9" w:rsidRDefault="00000000">
      <w:pPr>
        <w:rPr>
          <w:lang w:val="nl-NL"/>
        </w:rPr>
      </w:pPr>
      <w:r w:rsidRPr="000577E9">
        <w:rPr>
          <w:lang w:val="nl-NL"/>
        </w:rPr>
        <w:t>Een projectgroep wil eerlijker bepalen wie impact had. Ze gebruiken daarom onderstaande formule. “Spreektijd” blijft in de tabel staan omdat zichtbaarheid vaak onze eerste indruk beïnvloedt, maar telt niet mee.</w:t>
      </w:r>
    </w:p>
    <w:tbl>
      <w:tblPr>
        <w:tblW w:w="0" w:type="auto"/>
        <w:jc w:val="center"/>
        <w:tblLayout w:type="fixed"/>
        <w:tblLook w:val="04A0" w:firstRow="1" w:lastRow="0" w:firstColumn="1" w:lastColumn="0" w:noHBand="0" w:noVBand="1"/>
      </w:tblPr>
      <w:tblGrid>
        <w:gridCol w:w="9921"/>
      </w:tblGrid>
      <w:tr w:rsidR="00DE355B" w:rsidRPr="000577E9" w14:paraId="69459941"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0B37730E" w14:textId="77777777" w:rsidR="00DE355B" w:rsidRPr="000577E9" w:rsidRDefault="00000000">
            <w:pPr>
              <w:rPr>
                <w:lang w:val="nl-NL"/>
              </w:rPr>
            </w:pPr>
            <w:r w:rsidRPr="000577E9">
              <w:rPr>
                <w:b/>
                <w:sz w:val="22"/>
                <w:lang w:val="nl-NL"/>
              </w:rPr>
              <w:t>Impactscore</w:t>
            </w:r>
            <w:r w:rsidRPr="000577E9">
              <w:rPr>
                <w:b/>
                <w:sz w:val="22"/>
                <w:lang w:val="nl-NL"/>
              </w:rPr>
              <w:br/>
            </w:r>
            <w:proofErr w:type="spellStart"/>
            <w:r w:rsidRPr="000577E9">
              <w:rPr>
                <w:lang w:val="nl-NL"/>
              </w:rPr>
              <w:t>IMPACTSCORE</w:t>
            </w:r>
            <w:proofErr w:type="spellEnd"/>
            <w:r w:rsidRPr="000577E9">
              <w:rPr>
                <w:lang w:val="nl-NL"/>
              </w:rPr>
              <w:t xml:space="preserve"> = afgeronde taken + (2 × gebruikte ideeën) + (2 × geholpen klasgenoten)</w:t>
            </w:r>
          </w:p>
        </w:tc>
      </w:tr>
    </w:tbl>
    <w:p w14:paraId="2E154328" w14:textId="77777777" w:rsidR="00DE355B" w:rsidRPr="000577E9" w:rsidRDefault="00DE355B">
      <w:pPr>
        <w:spacing w:after="0"/>
        <w:rPr>
          <w:lang w:val="nl-NL"/>
        </w:rPr>
      </w:pPr>
    </w:p>
    <w:tbl>
      <w:tblPr>
        <w:tblStyle w:val="Tabelraster"/>
        <w:tblW w:w="0" w:type="auto"/>
        <w:jc w:val="center"/>
        <w:tblLayout w:type="fixed"/>
        <w:tblLook w:val="04A0" w:firstRow="1" w:lastRow="0" w:firstColumn="1" w:lastColumn="0" w:noHBand="0" w:noVBand="1"/>
      </w:tblPr>
      <w:tblGrid>
        <w:gridCol w:w="1871"/>
        <w:gridCol w:w="1531"/>
        <w:gridCol w:w="2381"/>
        <w:gridCol w:w="1757"/>
        <w:gridCol w:w="1928"/>
      </w:tblGrid>
      <w:tr w:rsidR="00DE355B" w:rsidRPr="000577E9" w14:paraId="350D1CA8" w14:textId="77777777">
        <w:trPr>
          <w:jc w:val="center"/>
        </w:trPr>
        <w:tc>
          <w:tcPr>
            <w:tcW w:w="1871" w:type="dxa"/>
            <w:shd w:val="clear" w:color="auto" w:fill="E5E5E5"/>
            <w:vAlign w:val="center"/>
          </w:tcPr>
          <w:p w14:paraId="00BE28A2" w14:textId="77777777" w:rsidR="00DE355B" w:rsidRPr="000577E9" w:rsidRDefault="00000000">
            <w:pPr>
              <w:jc w:val="center"/>
            </w:pPr>
            <w:r w:rsidRPr="000577E9">
              <w:rPr>
                <w:b/>
                <w:sz w:val="17"/>
              </w:rPr>
              <w:t>Leerling</w:t>
            </w:r>
          </w:p>
        </w:tc>
        <w:tc>
          <w:tcPr>
            <w:tcW w:w="1531" w:type="dxa"/>
            <w:shd w:val="clear" w:color="auto" w:fill="E5E5E5"/>
            <w:vAlign w:val="center"/>
          </w:tcPr>
          <w:p w14:paraId="1A296CD3" w14:textId="77777777" w:rsidR="00DE355B" w:rsidRPr="000577E9" w:rsidRDefault="00000000">
            <w:pPr>
              <w:jc w:val="center"/>
            </w:pPr>
            <w:r w:rsidRPr="000577E9">
              <w:rPr>
                <w:b/>
                <w:sz w:val="17"/>
              </w:rPr>
              <w:t>Taken</w:t>
            </w:r>
          </w:p>
        </w:tc>
        <w:tc>
          <w:tcPr>
            <w:tcW w:w="2381" w:type="dxa"/>
            <w:shd w:val="clear" w:color="auto" w:fill="E5E5E5"/>
            <w:vAlign w:val="center"/>
          </w:tcPr>
          <w:p w14:paraId="4240A74E" w14:textId="77777777" w:rsidR="00DE355B" w:rsidRPr="000577E9" w:rsidRDefault="00000000">
            <w:pPr>
              <w:jc w:val="center"/>
            </w:pPr>
            <w:r w:rsidRPr="000577E9">
              <w:rPr>
                <w:b/>
                <w:sz w:val="17"/>
              </w:rPr>
              <w:t>Ideeën gebruikt</w:t>
            </w:r>
          </w:p>
        </w:tc>
        <w:tc>
          <w:tcPr>
            <w:tcW w:w="1757" w:type="dxa"/>
            <w:shd w:val="clear" w:color="auto" w:fill="E5E5E5"/>
            <w:vAlign w:val="center"/>
          </w:tcPr>
          <w:p w14:paraId="455F39B5" w14:textId="77777777" w:rsidR="00DE355B" w:rsidRPr="000577E9" w:rsidRDefault="00000000">
            <w:pPr>
              <w:jc w:val="center"/>
            </w:pPr>
            <w:r w:rsidRPr="000577E9">
              <w:rPr>
                <w:b/>
                <w:sz w:val="17"/>
              </w:rPr>
              <w:t>Geholpen</w:t>
            </w:r>
          </w:p>
        </w:tc>
        <w:tc>
          <w:tcPr>
            <w:tcW w:w="1928" w:type="dxa"/>
            <w:shd w:val="clear" w:color="auto" w:fill="E5E5E5"/>
            <w:vAlign w:val="center"/>
          </w:tcPr>
          <w:p w14:paraId="7135B928" w14:textId="77777777" w:rsidR="00DE355B" w:rsidRPr="000577E9" w:rsidRDefault="00000000">
            <w:pPr>
              <w:jc w:val="center"/>
            </w:pPr>
            <w:r w:rsidRPr="000577E9">
              <w:rPr>
                <w:b/>
                <w:sz w:val="17"/>
              </w:rPr>
              <w:t>Spreektijd</w:t>
            </w:r>
          </w:p>
        </w:tc>
      </w:tr>
      <w:tr w:rsidR="00DE355B" w:rsidRPr="000577E9" w14:paraId="7840E8EF" w14:textId="77777777">
        <w:trPr>
          <w:cantSplit/>
          <w:jc w:val="center"/>
        </w:trPr>
        <w:tc>
          <w:tcPr>
            <w:tcW w:w="1871" w:type="dxa"/>
            <w:tcMar>
              <w:top w:w="70" w:type="dxa"/>
              <w:left w:w="80" w:type="dxa"/>
              <w:bottom w:w="70" w:type="dxa"/>
              <w:right w:w="80" w:type="dxa"/>
            </w:tcMar>
            <w:vAlign w:val="center"/>
          </w:tcPr>
          <w:p w14:paraId="53112CE0" w14:textId="77777777" w:rsidR="00DE355B" w:rsidRPr="000577E9" w:rsidRDefault="00000000">
            <w:pPr>
              <w:jc w:val="center"/>
            </w:pPr>
            <w:r w:rsidRPr="000577E9">
              <w:rPr>
                <w:sz w:val="17"/>
              </w:rPr>
              <w:t>Aylin</w:t>
            </w:r>
          </w:p>
        </w:tc>
        <w:tc>
          <w:tcPr>
            <w:tcW w:w="1531" w:type="dxa"/>
            <w:tcMar>
              <w:top w:w="70" w:type="dxa"/>
              <w:left w:w="80" w:type="dxa"/>
              <w:bottom w:w="70" w:type="dxa"/>
              <w:right w:w="80" w:type="dxa"/>
            </w:tcMar>
            <w:vAlign w:val="center"/>
          </w:tcPr>
          <w:p w14:paraId="54F37107" w14:textId="77777777" w:rsidR="00DE355B" w:rsidRPr="000577E9" w:rsidRDefault="00000000">
            <w:pPr>
              <w:jc w:val="center"/>
            </w:pPr>
            <w:r w:rsidRPr="000577E9">
              <w:rPr>
                <w:sz w:val="17"/>
              </w:rPr>
              <w:t>4</w:t>
            </w:r>
          </w:p>
        </w:tc>
        <w:tc>
          <w:tcPr>
            <w:tcW w:w="2381" w:type="dxa"/>
            <w:tcMar>
              <w:top w:w="70" w:type="dxa"/>
              <w:left w:w="80" w:type="dxa"/>
              <w:bottom w:w="70" w:type="dxa"/>
              <w:right w:w="80" w:type="dxa"/>
            </w:tcMar>
            <w:vAlign w:val="center"/>
          </w:tcPr>
          <w:p w14:paraId="1A4409B7" w14:textId="77777777" w:rsidR="00DE355B" w:rsidRPr="000577E9" w:rsidRDefault="00000000">
            <w:pPr>
              <w:jc w:val="center"/>
            </w:pPr>
            <w:r w:rsidRPr="000577E9">
              <w:rPr>
                <w:sz w:val="17"/>
              </w:rPr>
              <w:t>2</w:t>
            </w:r>
          </w:p>
        </w:tc>
        <w:tc>
          <w:tcPr>
            <w:tcW w:w="1757" w:type="dxa"/>
            <w:tcMar>
              <w:top w:w="70" w:type="dxa"/>
              <w:left w:w="80" w:type="dxa"/>
              <w:bottom w:w="70" w:type="dxa"/>
              <w:right w:w="80" w:type="dxa"/>
            </w:tcMar>
            <w:vAlign w:val="center"/>
          </w:tcPr>
          <w:p w14:paraId="3F3561BC" w14:textId="77777777" w:rsidR="00DE355B" w:rsidRPr="000577E9" w:rsidRDefault="00000000">
            <w:pPr>
              <w:jc w:val="center"/>
            </w:pPr>
            <w:r w:rsidRPr="000577E9">
              <w:rPr>
                <w:sz w:val="17"/>
              </w:rPr>
              <w:t>1</w:t>
            </w:r>
          </w:p>
        </w:tc>
        <w:tc>
          <w:tcPr>
            <w:tcW w:w="1928" w:type="dxa"/>
            <w:tcMar>
              <w:top w:w="70" w:type="dxa"/>
              <w:left w:w="80" w:type="dxa"/>
              <w:bottom w:w="70" w:type="dxa"/>
              <w:right w:w="80" w:type="dxa"/>
            </w:tcMar>
            <w:vAlign w:val="center"/>
          </w:tcPr>
          <w:p w14:paraId="7DF3423C" w14:textId="77777777" w:rsidR="00DE355B" w:rsidRPr="000577E9" w:rsidRDefault="00000000">
            <w:pPr>
              <w:jc w:val="center"/>
            </w:pPr>
            <w:r w:rsidRPr="000577E9">
              <w:rPr>
                <w:sz w:val="17"/>
              </w:rPr>
              <w:t>5 min</w:t>
            </w:r>
          </w:p>
        </w:tc>
      </w:tr>
      <w:tr w:rsidR="00DE355B" w:rsidRPr="000577E9" w14:paraId="031A0E97" w14:textId="77777777">
        <w:trPr>
          <w:cantSplit/>
          <w:jc w:val="center"/>
        </w:trPr>
        <w:tc>
          <w:tcPr>
            <w:tcW w:w="1871" w:type="dxa"/>
            <w:tcMar>
              <w:top w:w="70" w:type="dxa"/>
              <w:left w:w="80" w:type="dxa"/>
              <w:bottom w:w="70" w:type="dxa"/>
              <w:right w:w="80" w:type="dxa"/>
            </w:tcMar>
            <w:vAlign w:val="center"/>
          </w:tcPr>
          <w:p w14:paraId="6D3523D0" w14:textId="77777777" w:rsidR="00DE355B" w:rsidRPr="000577E9" w:rsidRDefault="00000000">
            <w:pPr>
              <w:jc w:val="center"/>
            </w:pPr>
            <w:r w:rsidRPr="000577E9">
              <w:rPr>
                <w:sz w:val="17"/>
              </w:rPr>
              <w:t>Bram</w:t>
            </w:r>
          </w:p>
        </w:tc>
        <w:tc>
          <w:tcPr>
            <w:tcW w:w="1531" w:type="dxa"/>
            <w:tcMar>
              <w:top w:w="70" w:type="dxa"/>
              <w:left w:w="80" w:type="dxa"/>
              <w:bottom w:w="70" w:type="dxa"/>
              <w:right w:w="80" w:type="dxa"/>
            </w:tcMar>
            <w:vAlign w:val="center"/>
          </w:tcPr>
          <w:p w14:paraId="2AABE0AB" w14:textId="77777777" w:rsidR="00DE355B" w:rsidRPr="000577E9" w:rsidRDefault="00000000">
            <w:pPr>
              <w:jc w:val="center"/>
            </w:pPr>
            <w:r w:rsidRPr="000577E9">
              <w:rPr>
                <w:sz w:val="17"/>
              </w:rPr>
              <w:t>3</w:t>
            </w:r>
          </w:p>
        </w:tc>
        <w:tc>
          <w:tcPr>
            <w:tcW w:w="2381" w:type="dxa"/>
            <w:tcMar>
              <w:top w:w="70" w:type="dxa"/>
              <w:left w:w="80" w:type="dxa"/>
              <w:bottom w:w="70" w:type="dxa"/>
              <w:right w:w="80" w:type="dxa"/>
            </w:tcMar>
            <w:vAlign w:val="center"/>
          </w:tcPr>
          <w:p w14:paraId="1ED6CE93" w14:textId="77777777" w:rsidR="00DE355B" w:rsidRPr="000577E9" w:rsidRDefault="00000000">
            <w:pPr>
              <w:jc w:val="center"/>
            </w:pPr>
            <w:r w:rsidRPr="000577E9">
              <w:rPr>
                <w:sz w:val="17"/>
              </w:rPr>
              <w:t>1</w:t>
            </w:r>
          </w:p>
        </w:tc>
        <w:tc>
          <w:tcPr>
            <w:tcW w:w="1757" w:type="dxa"/>
            <w:tcMar>
              <w:top w:w="70" w:type="dxa"/>
              <w:left w:w="80" w:type="dxa"/>
              <w:bottom w:w="70" w:type="dxa"/>
              <w:right w:w="80" w:type="dxa"/>
            </w:tcMar>
            <w:vAlign w:val="center"/>
          </w:tcPr>
          <w:p w14:paraId="31BF97B3" w14:textId="77777777" w:rsidR="00DE355B" w:rsidRPr="000577E9" w:rsidRDefault="00000000">
            <w:pPr>
              <w:jc w:val="center"/>
            </w:pPr>
            <w:r w:rsidRPr="000577E9">
              <w:rPr>
                <w:sz w:val="17"/>
              </w:rPr>
              <w:t>4</w:t>
            </w:r>
          </w:p>
        </w:tc>
        <w:tc>
          <w:tcPr>
            <w:tcW w:w="1928" w:type="dxa"/>
            <w:tcMar>
              <w:top w:w="70" w:type="dxa"/>
              <w:left w:w="80" w:type="dxa"/>
              <w:bottom w:w="70" w:type="dxa"/>
              <w:right w:w="80" w:type="dxa"/>
            </w:tcMar>
            <w:vAlign w:val="center"/>
          </w:tcPr>
          <w:p w14:paraId="1E2B6DA5" w14:textId="77777777" w:rsidR="00DE355B" w:rsidRPr="000577E9" w:rsidRDefault="00000000">
            <w:pPr>
              <w:jc w:val="center"/>
            </w:pPr>
            <w:r w:rsidRPr="000577E9">
              <w:rPr>
                <w:sz w:val="17"/>
              </w:rPr>
              <w:t>1 min</w:t>
            </w:r>
          </w:p>
        </w:tc>
      </w:tr>
      <w:tr w:rsidR="00DE355B" w:rsidRPr="000577E9" w14:paraId="148877A8" w14:textId="77777777">
        <w:trPr>
          <w:cantSplit/>
          <w:jc w:val="center"/>
        </w:trPr>
        <w:tc>
          <w:tcPr>
            <w:tcW w:w="1871" w:type="dxa"/>
            <w:tcMar>
              <w:top w:w="70" w:type="dxa"/>
              <w:left w:w="80" w:type="dxa"/>
              <w:bottom w:w="70" w:type="dxa"/>
              <w:right w:w="80" w:type="dxa"/>
            </w:tcMar>
            <w:vAlign w:val="center"/>
          </w:tcPr>
          <w:p w14:paraId="19AE5A73" w14:textId="77777777" w:rsidR="00DE355B" w:rsidRPr="000577E9" w:rsidRDefault="00000000">
            <w:pPr>
              <w:jc w:val="center"/>
            </w:pPr>
            <w:r w:rsidRPr="000577E9">
              <w:rPr>
                <w:sz w:val="17"/>
              </w:rPr>
              <w:t>Cato</w:t>
            </w:r>
          </w:p>
        </w:tc>
        <w:tc>
          <w:tcPr>
            <w:tcW w:w="1531" w:type="dxa"/>
            <w:tcMar>
              <w:top w:w="70" w:type="dxa"/>
              <w:left w:w="80" w:type="dxa"/>
              <w:bottom w:w="70" w:type="dxa"/>
              <w:right w:w="80" w:type="dxa"/>
            </w:tcMar>
            <w:vAlign w:val="center"/>
          </w:tcPr>
          <w:p w14:paraId="50D0ABF8" w14:textId="77777777" w:rsidR="00DE355B" w:rsidRPr="000577E9" w:rsidRDefault="00000000">
            <w:pPr>
              <w:jc w:val="center"/>
            </w:pPr>
            <w:r w:rsidRPr="000577E9">
              <w:rPr>
                <w:sz w:val="17"/>
              </w:rPr>
              <w:t>5</w:t>
            </w:r>
          </w:p>
        </w:tc>
        <w:tc>
          <w:tcPr>
            <w:tcW w:w="2381" w:type="dxa"/>
            <w:tcMar>
              <w:top w:w="70" w:type="dxa"/>
              <w:left w:w="80" w:type="dxa"/>
              <w:bottom w:w="70" w:type="dxa"/>
              <w:right w:w="80" w:type="dxa"/>
            </w:tcMar>
            <w:vAlign w:val="center"/>
          </w:tcPr>
          <w:p w14:paraId="706230CB" w14:textId="77777777" w:rsidR="00DE355B" w:rsidRPr="000577E9" w:rsidRDefault="00000000">
            <w:pPr>
              <w:jc w:val="center"/>
            </w:pPr>
            <w:r w:rsidRPr="000577E9">
              <w:rPr>
                <w:sz w:val="17"/>
              </w:rPr>
              <w:t>3</w:t>
            </w:r>
          </w:p>
        </w:tc>
        <w:tc>
          <w:tcPr>
            <w:tcW w:w="1757" w:type="dxa"/>
            <w:tcMar>
              <w:top w:w="70" w:type="dxa"/>
              <w:left w:w="80" w:type="dxa"/>
              <w:bottom w:w="70" w:type="dxa"/>
              <w:right w:w="80" w:type="dxa"/>
            </w:tcMar>
            <w:vAlign w:val="center"/>
          </w:tcPr>
          <w:p w14:paraId="01F6C493" w14:textId="77777777" w:rsidR="00DE355B" w:rsidRPr="000577E9" w:rsidRDefault="00000000">
            <w:pPr>
              <w:jc w:val="center"/>
            </w:pPr>
            <w:r w:rsidRPr="000577E9">
              <w:rPr>
                <w:sz w:val="17"/>
              </w:rPr>
              <w:t>0</w:t>
            </w:r>
          </w:p>
        </w:tc>
        <w:tc>
          <w:tcPr>
            <w:tcW w:w="1928" w:type="dxa"/>
            <w:tcMar>
              <w:top w:w="70" w:type="dxa"/>
              <w:left w:w="80" w:type="dxa"/>
              <w:bottom w:w="70" w:type="dxa"/>
              <w:right w:w="80" w:type="dxa"/>
            </w:tcMar>
            <w:vAlign w:val="center"/>
          </w:tcPr>
          <w:p w14:paraId="72DFF35F" w14:textId="77777777" w:rsidR="00DE355B" w:rsidRPr="000577E9" w:rsidRDefault="00000000">
            <w:pPr>
              <w:jc w:val="center"/>
            </w:pPr>
            <w:r w:rsidRPr="000577E9">
              <w:rPr>
                <w:sz w:val="17"/>
              </w:rPr>
              <w:t>6 min</w:t>
            </w:r>
          </w:p>
        </w:tc>
      </w:tr>
      <w:tr w:rsidR="00DE355B" w:rsidRPr="000577E9" w14:paraId="0D3B3B70" w14:textId="77777777">
        <w:trPr>
          <w:cantSplit/>
          <w:jc w:val="center"/>
        </w:trPr>
        <w:tc>
          <w:tcPr>
            <w:tcW w:w="1871" w:type="dxa"/>
            <w:tcMar>
              <w:top w:w="70" w:type="dxa"/>
              <w:left w:w="80" w:type="dxa"/>
              <w:bottom w:w="70" w:type="dxa"/>
              <w:right w:w="80" w:type="dxa"/>
            </w:tcMar>
            <w:vAlign w:val="center"/>
          </w:tcPr>
          <w:p w14:paraId="5263210D" w14:textId="77777777" w:rsidR="00DE355B" w:rsidRPr="000577E9" w:rsidRDefault="00000000">
            <w:pPr>
              <w:jc w:val="center"/>
            </w:pPr>
            <w:r w:rsidRPr="000577E9">
              <w:rPr>
                <w:sz w:val="17"/>
              </w:rPr>
              <w:t>Daan</w:t>
            </w:r>
          </w:p>
        </w:tc>
        <w:tc>
          <w:tcPr>
            <w:tcW w:w="1531" w:type="dxa"/>
            <w:tcMar>
              <w:top w:w="70" w:type="dxa"/>
              <w:left w:w="80" w:type="dxa"/>
              <w:bottom w:w="70" w:type="dxa"/>
              <w:right w:w="80" w:type="dxa"/>
            </w:tcMar>
            <w:vAlign w:val="center"/>
          </w:tcPr>
          <w:p w14:paraId="3FF7D254" w14:textId="77777777" w:rsidR="00DE355B" w:rsidRPr="000577E9" w:rsidRDefault="00000000">
            <w:pPr>
              <w:jc w:val="center"/>
            </w:pPr>
            <w:r w:rsidRPr="000577E9">
              <w:rPr>
                <w:sz w:val="17"/>
              </w:rPr>
              <w:t>2</w:t>
            </w:r>
          </w:p>
        </w:tc>
        <w:tc>
          <w:tcPr>
            <w:tcW w:w="2381" w:type="dxa"/>
            <w:tcMar>
              <w:top w:w="70" w:type="dxa"/>
              <w:left w:w="80" w:type="dxa"/>
              <w:bottom w:w="70" w:type="dxa"/>
              <w:right w:w="80" w:type="dxa"/>
            </w:tcMar>
            <w:vAlign w:val="center"/>
          </w:tcPr>
          <w:p w14:paraId="214CBBDB" w14:textId="77777777" w:rsidR="00DE355B" w:rsidRPr="000577E9" w:rsidRDefault="00000000">
            <w:pPr>
              <w:jc w:val="center"/>
            </w:pPr>
            <w:r w:rsidRPr="000577E9">
              <w:rPr>
                <w:sz w:val="17"/>
              </w:rPr>
              <w:t>0</w:t>
            </w:r>
          </w:p>
        </w:tc>
        <w:tc>
          <w:tcPr>
            <w:tcW w:w="1757" w:type="dxa"/>
            <w:tcMar>
              <w:top w:w="70" w:type="dxa"/>
              <w:left w:w="80" w:type="dxa"/>
              <w:bottom w:w="70" w:type="dxa"/>
              <w:right w:w="80" w:type="dxa"/>
            </w:tcMar>
            <w:vAlign w:val="center"/>
          </w:tcPr>
          <w:p w14:paraId="17CF8426" w14:textId="77777777" w:rsidR="00DE355B" w:rsidRPr="000577E9" w:rsidRDefault="00000000">
            <w:pPr>
              <w:jc w:val="center"/>
            </w:pPr>
            <w:r w:rsidRPr="000577E9">
              <w:rPr>
                <w:sz w:val="17"/>
              </w:rPr>
              <w:t>5</w:t>
            </w:r>
          </w:p>
        </w:tc>
        <w:tc>
          <w:tcPr>
            <w:tcW w:w="1928" w:type="dxa"/>
            <w:tcMar>
              <w:top w:w="70" w:type="dxa"/>
              <w:left w:w="80" w:type="dxa"/>
              <w:bottom w:w="70" w:type="dxa"/>
              <w:right w:w="80" w:type="dxa"/>
            </w:tcMar>
            <w:vAlign w:val="center"/>
          </w:tcPr>
          <w:p w14:paraId="0F0D5324" w14:textId="77777777" w:rsidR="00DE355B" w:rsidRPr="000577E9" w:rsidRDefault="00000000">
            <w:pPr>
              <w:jc w:val="center"/>
            </w:pPr>
            <w:r w:rsidRPr="000577E9">
              <w:rPr>
                <w:sz w:val="17"/>
              </w:rPr>
              <w:t>0 min</w:t>
            </w:r>
          </w:p>
        </w:tc>
      </w:tr>
      <w:tr w:rsidR="00DE355B" w:rsidRPr="000577E9" w14:paraId="43D6BE82" w14:textId="77777777">
        <w:trPr>
          <w:cantSplit/>
          <w:jc w:val="center"/>
        </w:trPr>
        <w:tc>
          <w:tcPr>
            <w:tcW w:w="1871" w:type="dxa"/>
            <w:tcMar>
              <w:top w:w="70" w:type="dxa"/>
              <w:left w:w="80" w:type="dxa"/>
              <w:bottom w:w="70" w:type="dxa"/>
              <w:right w:w="80" w:type="dxa"/>
            </w:tcMar>
            <w:vAlign w:val="center"/>
          </w:tcPr>
          <w:p w14:paraId="3463E35F" w14:textId="77777777" w:rsidR="00DE355B" w:rsidRPr="000577E9" w:rsidRDefault="00000000">
            <w:pPr>
              <w:jc w:val="center"/>
            </w:pPr>
            <w:r w:rsidRPr="000577E9">
              <w:rPr>
                <w:sz w:val="17"/>
              </w:rPr>
              <w:t>Elif</w:t>
            </w:r>
          </w:p>
        </w:tc>
        <w:tc>
          <w:tcPr>
            <w:tcW w:w="1531" w:type="dxa"/>
            <w:tcMar>
              <w:top w:w="70" w:type="dxa"/>
              <w:left w:w="80" w:type="dxa"/>
              <w:bottom w:w="70" w:type="dxa"/>
              <w:right w:w="80" w:type="dxa"/>
            </w:tcMar>
            <w:vAlign w:val="center"/>
          </w:tcPr>
          <w:p w14:paraId="77168960" w14:textId="77777777" w:rsidR="00DE355B" w:rsidRPr="000577E9" w:rsidRDefault="00000000">
            <w:pPr>
              <w:jc w:val="center"/>
            </w:pPr>
            <w:r w:rsidRPr="000577E9">
              <w:rPr>
                <w:sz w:val="17"/>
              </w:rPr>
              <w:t>4</w:t>
            </w:r>
          </w:p>
        </w:tc>
        <w:tc>
          <w:tcPr>
            <w:tcW w:w="2381" w:type="dxa"/>
            <w:tcMar>
              <w:top w:w="70" w:type="dxa"/>
              <w:left w:w="80" w:type="dxa"/>
              <w:bottom w:w="70" w:type="dxa"/>
              <w:right w:w="80" w:type="dxa"/>
            </w:tcMar>
            <w:vAlign w:val="center"/>
          </w:tcPr>
          <w:p w14:paraId="36A12E39" w14:textId="77777777" w:rsidR="00DE355B" w:rsidRPr="000577E9" w:rsidRDefault="00000000">
            <w:pPr>
              <w:jc w:val="center"/>
            </w:pPr>
            <w:r w:rsidRPr="000577E9">
              <w:rPr>
                <w:sz w:val="17"/>
              </w:rPr>
              <w:t>2</w:t>
            </w:r>
          </w:p>
        </w:tc>
        <w:tc>
          <w:tcPr>
            <w:tcW w:w="1757" w:type="dxa"/>
            <w:tcMar>
              <w:top w:w="70" w:type="dxa"/>
              <w:left w:w="80" w:type="dxa"/>
              <w:bottom w:w="70" w:type="dxa"/>
              <w:right w:w="80" w:type="dxa"/>
            </w:tcMar>
            <w:vAlign w:val="center"/>
          </w:tcPr>
          <w:p w14:paraId="60770E68" w14:textId="77777777" w:rsidR="00DE355B" w:rsidRPr="000577E9" w:rsidRDefault="00000000">
            <w:pPr>
              <w:jc w:val="center"/>
            </w:pPr>
            <w:r w:rsidRPr="000577E9">
              <w:rPr>
                <w:sz w:val="17"/>
              </w:rPr>
              <w:t>2</w:t>
            </w:r>
          </w:p>
        </w:tc>
        <w:tc>
          <w:tcPr>
            <w:tcW w:w="1928" w:type="dxa"/>
            <w:tcMar>
              <w:top w:w="70" w:type="dxa"/>
              <w:left w:w="80" w:type="dxa"/>
              <w:bottom w:w="70" w:type="dxa"/>
              <w:right w:w="80" w:type="dxa"/>
            </w:tcMar>
            <w:vAlign w:val="center"/>
          </w:tcPr>
          <w:p w14:paraId="5270937B" w14:textId="77777777" w:rsidR="00DE355B" w:rsidRPr="000577E9" w:rsidRDefault="00000000">
            <w:pPr>
              <w:jc w:val="center"/>
            </w:pPr>
            <w:r w:rsidRPr="000577E9">
              <w:rPr>
                <w:sz w:val="17"/>
              </w:rPr>
              <w:t>3 min</w:t>
            </w:r>
          </w:p>
        </w:tc>
      </w:tr>
    </w:tbl>
    <w:p w14:paraId="20575F7D" w14:textId="77777777" w:rsidR="00DE355B" w:rsidRPr="000577E9" w:rsidRDefault="00000000">
      <w:r w:rsidRPr="000577E9">
        <w:rPr>
          <w:b/>
          <w:lang w:val="nl-NL"/>
        </w:rPr>
        <w:t xml:space="preserve">CODE-OPDRACHT: </w:t>
      </w:r>
      <w:r w:rsidRPr="000577E9">
        <w:rPr>
          <w:lang w:val="nl-NL"/>
        </w:rPr>
        <w:t xml:space="preserve">Bereken alle impactscores. Trek de laagste impactscore af van de hoogste impactscore. </w:t>
      </w:r>
      <w:r w:rsidRPr="000577E9">
        <w:t xml:space="preserve">Het </w:t>
      </w:r>
      <w:proofErr w:type="spellStart"/>
      <w:r w:rsidRPr="000577E9">
        <w:t>verschil</w:t>
      </w:r>
      <w:proofErr w:type="spellEnd"/>
      <w:r w:rsidRPr="000577E9">
        <w:t xml:space="preserve"> is het vierde codecijfer.</w:t>
      </w:r>
    </w:p>
    <w:p w14:paraId="52F70537" w14:textId="77777777" w:rsidR="00DE355B" w:rsidRPr="000577E9" w:rsidRDefault="00000000">
      <w:pPr>
        <w:spacing w:after="40"/>
      </w:pPr>
      <w:r w:rsidRPr="000577E9">
        <w:rPr>
          <w:sz w:val="16"/>
        </w:rPr>
        <w:t>________________________________________________________________________________</w:t>
      </w:r>
    </w:p>
    <w:p w14:paraId="699001C5" w14:textId="77777777" w:rsidR="00DE355B" w:rsidRPr="000577E9" w:rsidRDefault="00000000">
      <w:pPr>
        <w:spacing w:after="40"/>
      </w:pPr>
      <w:r w:rsidRPr="000577E9">
        <w:rPr>
          <w:sz w:val="16"/>
        </w:rPr>
        <w:t>________________________________________________________________________________</w:t>
      </w:r>
    </w:p>
    <w:p w14:paraId="54A0C6E5" w14:textId="77777777" w:rsidR="00DE355B" w:rsidRPr="000577E9" w:rsidRDefault="00000000">
      <w:pPr>
        <w:spacing w:after="40"/>
      </w:pPr>
      <w:r w:rsidRPr="000577E9">
        <w:rPr>
          <w:sz w:val="16"/>
        </w:rPr>
        <w:t>________________________________________________________________________________</w:t>
      </w:r>
    </w:p>
    <w:p w14:paraId="36FB2159" w14:textId="77777777" w:rsidR="00DE355B" w:rsidRPr="000577E9" w:rsidRDefault="00000000">
      <w:pPr>
        <w:spacing w:before="160"/>
        <w:jc w:val="center"/>
      </w:pPr>
      <w:r w:rsidRPr="000577E9">
        <w:rPr>
          <w:b/>
          <w:sz w:val="30"/>
        </w:rPr>
        <w:t>Codecijfer dossier 4:  ____</w:t>
      </w:r>
    </w:p>
    <w:p w14:paraId="5B3B2B39"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0451BF44"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07F60606" w14:textId="77777777" w:rsidR="00DE355B" w:rsidRPr="000577E9" w:rsidRDefault="00000000">
            <w:pPr>
              <w:jc w:val="center"/>
            </w:pPr>
            <w:r w:rsidRPr="000577E9">
              <w:rPr>
                <w:b/>
              </w:rPr>
              <w:lastRenderedPageBreak/>
              <w:t>NIVEAU 2 - HINTS EN EINDCONTROLE</w:t>
            </w:r>
          </w:p>
        </w:tc>
      </w:tr>
    </w:tbl>
    <w:p w14:paraId="4F235830" w14:textId="77777777" w:rsidR="00DE355B" w:rsidRPr="000577E9" w:rsidRDefault="00000000">
      <w:pPr>
        <w:pStyle w:val="Kop1"/>
        <w:rPr>
          <w:color w:val="auto"/>
        </w:rPr>
      </w:pPr>
      <w:r w:rsidRPr="000577E9">
        <w:rPr>
          <w:color w:val="auto"/>
        </w:rPr>
        <w:t>HINTKAARTJES - NIVEAU 2</w:t>
      </w:r>
    </w:p>
    <w:p w14:paraId="19FB0407" w14:textId="77777777" w:rsidR="00DE355B" w:rsidRPr="000577E9" w:rsidRDefault="00000000">
      <w:pPr>
        <w:rPr>
          <w:lang w:val="nl-NL"/>
        </w:rPr>
      </w:pPr>
      <w:r w:rsidRPr="000577E9">
        <w:rPr>
          <w:i/>
          <w:sz w:val="18"/>
          <w:lang w:val="nl-NL"/>
        </w:rPr>
        <w:t>Knip uit en leg omgekeerd neer. Een groep mag maximaal twee hints per dossier gebruiken.</w:t>
      </w:r>
    </w:p>
    <w:tbl>
      <w:tblPr>
        <w:tblW w:w="0" w:type="auto"/>
        <w:jc w:val="center"/>
        <w:tblLayout w:type="fixed"/>
        <w:tblLook w:val="04A0" w:firstRow="1" w:lastRow="0" w:firstColumn="1" w:lastColumn="0" w:noHBand="0" w:noVBand="1"/>
      </w:tblPr>
      <w:tblGrid>
        <w:gridCol w:w="4876"/>
        <w:gridCol w:w="4876"/>
      </w:tblGrid>
      <w:tr w:rsidR="00DE355B" w:rsidRPr="000577E9" w14:paraId="5666BECC"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4DD64B2C" w14:textId="77777777" w:rsidR="00DE355B" w:rsidRPr="000577E9" w:rsidRDefault="00000000">
            <w:pPr>
              <w:rPr>
                <w:lang w:val="nl-NL"/>
              </w:rPr>
            </w:pPr>
            <w:r w:rsidRPr="000577E9">
              <w:rPr>
                <w:b/>
                <w:sz w:val="22"/>
                <w:lang w:val="nl-NL"/>
              </w:rPr>
              <w:t>D1 - HINT 1</w:t>
            </w:r>
          </w:p>
          <w:p w14:paraId="310EAD87" w14:textId="77777777" w:rsidR="00DE355B" w:rsidRPr="000577E9" w:rsidRDefault="00000000">
            <w:pPr>
              <w:pStyle w:val="Cardtext"/>
              <w:rPr>
                <w:lang w:val="nl-NL"/>
              </w:rPr>
            </w:pPr>
            <w:r w:rsidRPr="000577E9">
              <w:rPr>
                <w:lang w:val="nl-NL"/>
              </w:rPr>
              <w:t>Behandel Aya-Finn als één blok van twee plaatsen. Houd daarnaast de afstand tussen Esra en Boaz vast: er zitten twee mensen tussen.</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1B23E604" w14:textId="77777777" w:rsidR="00DE355B" w:rsidRPr="000577E9" w:rsidRDefault="00000000">
            <w:pPr>
              <w:rPr>
                <w:lang w:val="nl-NL"/>
              </w:rPr>
            </w:pPr>
            <w:r w:rsidRPr="000577E9">
              <w:rPr>
                <w:b/>
                <w:sz w:val="22"/>
                <w:lang w:val="nl-NL"/>
              </w:rPr>
              <w:t>D1 - HINT 2</w:t>
            </w:r>
          </w:p>
          <w:p w14:paraId="4B3BF65A" w14:textId="77777777" w:rsidR="00DE355B" w:rsidRPr="000577E9" w:rsidRDefault="00000000">
            <w:pPr>
              <w:pStyle w:val="Cardtext"/>
              <w:rPr>
                <w:lang w:val="nl-NL"/>
              </w:rPr>
            </w:pPr>
            <w:r w:rsidRPr="000577E9">
              <w:rPr>
                <w:lang w:val="nl-NL"/>
              </w:rPr>
              <w:t xml:space="preserve">Omdat Boaz rechts van Finn én rechts van </w:t>
            </w:r>
            <w:proofErr w:type="spellStart"/>
            <w:r w:rsidRPr="000577E9">
              <w:rPr>
                <w:lang w:val="nl-NL"/>
              </w:rPr>
              <w:t>Dex</w:t>
            </w:r>
            <w:proofErr w:type="spellEnd"/>
            <w:r w:rsidRPr="000577E9">
              <w:rPr>
                <w:lang w:val="nl-NL"/>
              </w:rPr>
              <w:t xml:space="preserve"> zit, kan Boaz niet vroeg in de rij zitten.</w:t>
            </w:r>
          </w:p>
        </w:tc>
      </w:tr>
      <w:tr w:rsidR="00DE355B" w:rsidRPr="000577E9" w14:paraId="03DD8206"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3EB28BB9" w14:textId="77777777" w:rsidR="00DE355B" w:rsidRPr="000577E9" w:rsidRDefault="00000000">
            <w:pPr>
              <w:rPr>
                <w:lang w:val="nl-NL"/>
              </w:rPr>
            </w:pPr>
            <w:r w:rsidRPr="000577E9">
              <w:rPr>
                <w:b/>
                <w:sz w:val="22"/>
                <w:lang w:val="nl-NL"/>
              </w:rPr>
              <w:t>D2 - HINT 1</w:t>
            </w:r>
          </w:p>
          <w:p w14:paraId="62A71C76" w14:textId="77777777" w:rsidR="00DE355B" w:rsidRPr="000577E9" w:rsidRDefault="00000000">
            <w:pPr>
              <w:pStyle w:val="Cardtext"/>
              <w:rPr>
                <w:lang w:val="nl-NL"/>
              </w:rPr>
            </w:pPr>
            <w:r w:rsidRPr="000577E9">
              <w:rPr>
                <w:lang w:val="nl-NL"/>
              </w:rPr>
              <w:t>Poging 7215 verschilt maar op één plek van de echte code. Bepaal welk cijfer mogelijk “de indringer” is.</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3FFBB60E" w14:textId="77777777" w:rsidR="00DE355B" w:rsidRPr="000577E9" w:rsidRDefault="00000000">
            <w:pPr>
              <w:rPr>
                <w:lang w:val="nl-NL"/>
              </w:rPr>
            </w:pPr>
            <w:r w:rsidRPr="000577E9">
              <w:rPr>
                <w:b/>
                <w:sz w:val="22"/>
                <w:lang w:val="nl-NL"/>
              </w:rPr>
              <w:t>D2 - HINT 2</w:t>
            </w:r>
          </w:p>
          <w:p w14:paraId="36841319" w14:textId="77777777" w:rsidR="00DE355B" w:rsidRPr="000577E9" w:rsidRDefault="00000000">
            <w:pPr>
              <w:pStyle w:val="Cardtext"/>
              <w:rPr>
                <w:lang w:val="nl-NL"/>
              </w:rPr>
            </w:pPr>
            <w:r w:rsidRPr="000577E9">
              <w:rPr>
                <w:lang w:val="nl-NL"/>
              </w:rPr>
              <w:t>Vergelijk 7215 met 1327: de cijfers 7, 2 en 1 komen in beide pogingen voor, maar op andere posities.</w:t>
            </w:r>
          </w:p>
        </w:tc>
      </w:tr>
      <w:tr w:rsidR="00DE355B" w:rsidRPr="000577E9" w14:paraId="64F41ADF"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63D1CEC9" w14:textId="77777777" w:rsidR="00DE355B" w:rsidRPr="000577E9" w:rsidRDefault="00000000">
            <w:pPr>
              <w:rPr>
                <w:lang w:val="nl-NL"/>
              </w:rPr>
            </w:pPr>
            <w:r w:rsidRPr="000577E9">
              <w:rPr>
                <w:b/>
                <w:sz w:val="22"/>
                <w:lang w:val="nl-NL"/>
              </w:rPr>
              <w:t>D3 - HINT 1</w:t>
            </w:r>
          </w:p>
          <w:p w14:paraId="02F6CE1D" w14:textId="77777777" w:rsidR="00DE355B" w:rsidRPr="000577E9" w:rsidRDefault="00000000">
            <w:pPr>
              <w:pStyle w:val="Cardtext"/>
              <w:rPr>
                <w:lang w:val="nl-NL"/>
              </w:rPr>
            </w:pPr>
            <w:r w:rsidRPr="000577E9">
              <w:rPr>
                <w:lang w:val="nl-NL"/>
              </w:rPr>
              <w:t>Schrijf alleen de veelvouden van 6 tussen 40 en 80 op. De combinatie “deelbaar door 3 + even” betekent deelbaar door 6.</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514DE0E3" w14:textId="77777777" w:rsidR="00DE355B" w:rsidRPr="000577E9" w:rsidRDefault="00000000">
            <w:pPr>
              <w:rPr>
                <w:lang w:val="nl-NL"/>
              </w:rPr>
            </w:pPr>
            <w:r w:rsidRPr="000577E9">
              <w:rPr>
                <w:b/>
                <w:sz w:val="22"/>
                <w:lang w:val="nl-NL"/>
              </w:rPr>
              <w:t>D3 - HINT 2</w:t>
            </w:r>
          </w:p>
          <w:p w14:paraId="33B940B4" w14:textId="77777777" w:rsidR="00DE355B" w:rsidRPr="000577E9" w:rsidRDefault="00000000">
            <w:pPr>
              <w:pStyle w:val="Cardtext"/>
            </w:pPr>
            <w:r w:rsidRPr="000577E9">
              <w:rPr>
                <w:lang w:val="nl-NL"/>
              </w:rPr>
              <w:t xml:space="preserve">Controleer daarna de cijfersom en de regel “niet deelbaar door 4”. </w:t>
            </w:r>
            <w:r w:rsidRPr="000577E9">
              <w:t xml:space="preserve">Er </w:t>
            </w:r>
            <w:proofErr w:type="spellStart"/>
            <w:r w:rsidRPr="000577E9">
              <w:t>blijft</w:t>
            </w:r>
            <w:proofErr w:type="spellEnd"/>
            <w:r w:rsidRPr="000577E9">
              <w:t xml:space="preserve"> </w:t>
            </w:r>
            <w:proofErr w:type="spellStart"/>
            <w:r w:rsidRPr="000577E9">
              <w:t>één</w:t>
            </w:r>
            <w:proofErr w:type="spellEnd"/>
            <w:r w:rsidRPr="000577E9">
              <w:t xml:space="preserve"> </w:t>
            </w:r>
            <w:proofErr w:type="spellStart"/>
            <w:r w:rsidRPr="000577E9">
              <w:t>getal</w:t>
            </w:r>
            <w:proofErr w:type="spellEnd"/>
            <w:r w:rsidRPr="000577E9">
              <w:t xml:space="preserve"> over.</w:t>
            </w:r>
          </w:p>
        </w:tc>
      </w:tr>
      <w:tr w:rsidR="00DE355B" w:rsidRPr="000577E9" w14:paraId="7749BF28"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03B7C2EB" w14:textId="77777777" w:rsidR="00DE355B" w:rsidRPr="000577E9" w:rsidRDefault="00000000">
            <w:pPr>
              <w:rPr>
                <w:lang w:val="nl-NL"/>
              </w:rPr>
            </w:pPr>
            <w:r w:rsidRPr="000577E9">
              <w:rPr>
                <w:b/>
                <w:sz w:val="22"/>
                <w:lang w:val="nl-NL"/>
              </w:rPr>
              <w:t>D4 - HINT 1</w:t>
            </w:r>
          </w:p>
          <w:p w14:paraId="3BBD660C" w14:textId="77777777" w:rsidR="00DE355B" w:rsidRPr="000577E9" w:rsidRDefault="00000000">
            <w:pPr>
              <w:pStyle w:val="Cardtext"/>
              <w:rPr>
                <w:lang w:val="nl-NL"/>
              </w:rPr>
            </w:pPr>
            <w:r w:rsidRPr="000577E9">
              <w:rPr>
                <w:lang w:val="nl-NL"/>
              </w:rPr>
              <w:t>Bereken eerst per leerling: taken + 2×ideeën + 2×geholpen.</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6C00A86F" w14:textId="77777777" w:rsidR="00DE355B" w:rsidRPr="000577E9" w:rsidRDefault="00000000">
            <w:pPr>
              <w:rPr>
                <w:lang w:val="nl-NL"/>
              </w:rPr>
            </w:pPr>
            <w:r w:rsidRPr="000577E9">
              <w:rPr>
                <w:b/>
                <w:sz w:val="22"/>
                <w:lang w:val="nl-NL"/>
              </w:rPr>
              <w:t>D4 - HINT 2</w:t>
            </w:r>
          </w:p>
          <w:p w14:paraId="704A8E80" w14:textId="77777777" w:rsidR="00DE355B" w:rsidRPr="000577E9" w:rsidRDefault="00000000">
            <w:pPr>
              <w:pStyle w:val="Cardtext"/>
              <w:rPr>
                <w:lang w:val="nl-NL"/>
              </w:rPr>
            </w:pPr>
            <w:r w:rsidRPr="000577E9">
              <w:rPr>
                <w:lang w:val="nl-NL"/>
              </w:rPr>
              <w:t>Je zoekt niet de naam van de winnaar, maar het verschil tussen de hoogste en laagste score.</w:t>
            </w:r>
          </w:p>
        </w:tc>
      </w:tr>
    </w:tbl>
    <w:p w14:paraId="633748B5" w14:textId="77777777" w:rsidR="00DE355B" w:rsidRPr="000577E9" w:rsidRDefault="00000000">
      <w:pPr>
        <w:rPr>
          <w:lang w:val="nl-NL"/>
        </w:rPr>
      </w:pPr>
      <w:r w:rsidRPr="000577E9">
        <w:rPr>
          <w:lang w:val="nl-NL"/>
        </w:rPr>
        <w:br/>
      </w:r>
    </w:p>
    <w:tbl>
      <w:tblPr>
        <w:tblW w:w="0" w:type="auto"/>
        <w:jc w:val="center"/>
        <w:tblLayout w:type="fixed"/>
        <w:tblLook w:val="04A0" w:firstRow="1" w:lastRow="0" w:firstColumn="1" w:lastColumn="0" w:noHBand="0" w:noVBand="1"/>
      </w:tblPr>
      <w:tblGrid>
        <w:gridCol w:w="4819"/>
        <w:gridCol w:w="4819"/>
      </w:tblGrid>
      <w:tr w:rsidR="00DE355B" w:rsidRPr="000577E9" w14:paraId="1E650CAC" w14:textId="77777777">
        <w:trPr>
          <w:jc w:val="center"/>
        </w:trPr>
        <w:tc>
          <w:tcPr>
            <w:tcW w:w="4819" w:type="dxa"/>
            <w:tcBorders>
              <w:top w:val="dashed" w:sz="10" w:space="0" w:color="666666"/>
              <w:left w:val="dashed" w:sz="10" w:space="0" w:color="666666"/>
              <w:bottom w:val="dashed" w:sz="10" w:space="0" w:color="666666"/>
              <w:right w:val="dashed" w:sz="10" w:space="0" w:color="666666"/>
            </w:tcBorders>
            <w:tcMar>
              <w:top w:w="180" w:type="dxa"/>
              <w:left w:w="160" w:type="dxa"/>
              <w:bottom w:w="180" w:type="dxa"/>
              <w:right w:w="160" w:type="dxa"/>
            </w:tcMar>
          </w:tcPr>
          <w:p w14:paraId="5AED263D" w14:textId="77777777" w:rsidR="00DE355B" w:rsidRPr="000577E9" w:rsidRDefault="00000000">
            <w:pPr>
              <w:jc w:val="center"/>
              <w:rPr>
                <w:lang w:val="nl-NL"/>
              </w:rPr>
            </w:pPr>
            <w:r w:rsidRPr="000577E9">
              <w:rPr>
                <w:b/>
                <w:lang w:val="nl-NL"/>
              </w:rPr>
              <w:t>ZELFCONTROLE - NIVEAU 2</w:t>
            </w:r>
            <w:r w:rsidRPr="000577E9">
              <w:rPr>
                <w:b/>
                <w:lang w:val="nl-NL"/>
              </w:rPr>
              <w:br/>
            </w:r>
            <w:r w:rsidRPr="000577E9">
              <w:rPr>
                <w:b/>
                <w:lang w:val="nl-NL"/>
              </w:rPr>
              <w:br/>
              <w:t>Vouw dubbel en open pas na dossier 4.</w:t>
            </w:r>
          </w:p>
          <w:p w14:paraId="56E0CDDF" w14:textId="77777777" w:rsidR="00DE355B" w:rsidRPr="000577E9" w:rsidRDefault="00000000">
            <w:pPr>
              <w:jc w:val="center"/>
            </w:pPr>
            <w:r w:rsidRPr="000577E9">
              <w:rPr>
                <w:lang w:val="nl-NL"/>
              </w:rPr>
              <w:br/>
              <w:t>- - - VOUWLIJN - - -</w:t>
            </w:r>
            <w:r w:rsidRPr="000577E9">
              <w:rPr>
                <w:lang w:val="nl-NL"/>
              </w:rPr>
              <w:br/>
            </w:r>
            <w:r w:rsidRPr="000577E9">
              <w:rPr>
                <w:lang w:val="nl-NL"/>
              </w:rPr>
              <w:br/>
              <w:t>BINNENKANT</w:t>
            </w:r>
            <w:r w:rsidRPr="000577E9">
              <w:rPr>
                <w:lang w:val="nl-NL"/>
              </w:rPr>
              <w:br/>
            </w:r>
            <w:r w:rsidRPr="000577E9">
              <w:rPr>
                <w:lang w:val="nl-NL"/>
              </w:rPr>
              <w:br/>
              <w:t>De juiste eindcode is:</w:t>
            </w:r>
            <w:r w:rsidRPr="000577E9">
              <w:rPr>
                <w:lang w:val="nl-NL"/>
              </w:rPr>
              <w:br/>
            </w:r>
            <w:r w:rsidRPr="000577E9">
              <w:rPr>
                <w:lang w:val="nl-NL"/>
              </w:rPr>
              <w:br/>
              <w:t>3 - 7 - 6 - 3</w:t>
            </w:r>
            <w:r w:rsidRPr="000577E9">
              <w:rPr>
                <w:lang w:val="nl-NL"/>
              </w:rPr>
              <w:br/>
            </w:r>
            <w:r w:rsidRPr="000577E9">
              <w:rPr>
                <w:lang w:val="nl-NL"/>
              </w:rPr>
              <w:br/>
              <w:t xml:space="preserve">Klopt jullie code? </w:t>
            </w:r>
            <w:r w:rsidRPr="000577E9">
              <w:t xml:space="preserve">Ga dan </w:t>
            </w:r>
            <w:proofErr w:type="spellStart"/>
            <w:r w:rsidRPr="000577E9">
              <w:t>naar</w:t>
            </w:r>
            <w:proofErr w:type="spellEnd"/>
            <w:r w:rsidRPr="000577E9">
              <w:t xml:space="preserve"> de eindvraag.</w:t>
            </w:r>
          </w:p>
        </w:tc>
        <w:tc>
          <w:tcPr>
            <w:tcW w:w="4819" w:type="dxa"/>
            <w:tcBorders>
              <w:top w:val="dashed" w:sz="10" w:space="0" w:color="666666"/>
              <w:left w:val="dashed" w:sz="10" w:space="0" w:color="666666"/>
              <w:bottom w:val="dashed" w:sz="10" w:space="0" w:color="666666"/>
              <w:right w:val="dashed" w:sz="10" w:space="0" w:color="666666"/>
            </w:tcBorders>
            <w:tcMar>
              <w:top w:w="180" w:type="dxa"/>
              <w:left w:w="160" w:type="dxa"/>
              <w:bottom w:w="180" w:type="dxa"/>
              <w:right w:w="160" w:type="dxa"/>
            </w:tcMar>
          </w:tcPr>
          <w:p w14:paraId="0946CA71" w14:textId="77777777" w:rsidR="00DE355B" w:rsidRPr="000577E9" w:rsidRDefault="00000000">
            <w:pPr>
              <w:jc w:val="center"/>
              <w:rPr>
                <w:lang w:val="nl-NL"/>
              </w:rPr>
            </w:pPr>
            <w:r w:rsidRPr="000577E9">
              <w:rPr>
                <w:b/>
                <w:lang w:val="nl-NL"/>
              </w:rPr>
              <w:t>EINDVRAAG</w:t>
            </w:r>
            <w:r w:rsidRPr="000577E9">
              <w:rPr>
                <w:b/>
                <w:lang w:val="nl-NL"/>
              </w:rPr>
              <w:br/>
            </w:r>
            <w:r w:rsidRPr="000577E9">
              <w:rPr>
                <w:b/>
                <w:lang w:val="nl-NL"/>
              </w:rPr>
              <w:br/>
              <w:t>Vouw dubbel en open pas na dossier 4.</w:t>
            </w:r>
          </w:p>
          <w:p w14:paraId="7BD11023" w14:textId="77777777" w:rsidR="00DE355B" w:rsidRPr="000577E9" w:rsidRDefault="00000000">
            <w:pPr>
              <w:jc w:val="center"/>
            </w:pPr>
            <w:r w:rsidRPr="000577E9">
              <w:rPr>
                <w:lang w:val="nl-NL"/>
              </w:rPr>
              <w:br/>
              <w:t>- - - VOUWLIJN - - -</w:t>
            </w:r>
            <w:r w:rsidRPr="000577E9">
              <w:rPr>
                <w:lang w:val="nl-NL"/>
              </w:rPr>
              <w:br/>
            </w:r>
            <w:r w:rsidRPr="000577E9">
              <w:rPr>
                <w:lang w:val="nl-NL"/>
              </w:rPr>
              <w:br/>
              <w:t xml:space="preserve">Welke bijdrage van een teamlid kan belangrijk zijn zonder dat die erg zichtbaar is? </w:t>
            </w:r>
            <w:r w:rsidRPr="000577E9">
              <w:t xml:space="preserve">Noem </w:t>
            </w:r>
            <w:proofErr w:type="spellStart"/>
            <w:r w:rsidRPr="000577E9">
              <w:t>één</w:t>
            </w:r>
            <w:proofErr w:type="spellEnd"/>
            <w:r w:rsidRPr="000577E9">
              <w:t xml:space="preserve"> </w:t>
            </w:r>
            <w:proofErr w:type="spellStart"/>
            <w:r w:rsidRPr="000577E9">
              <w:t>voorbeeld</w:t>
            </w:r>
            <w:proofErr w:type="spellEnd"/>
            <w:r w:rsidRPr="000577E9">
              <w:t xml:space="preserve"> </w:t>
            </w:r>
            <w:proofErr w:type="spellStart"/>
            <w:r w:rsidRPr="000577E9">
              <w:t>uit</w:t>
            </w:r>
            <w:proofErr w:type="spellEnd"/>
            <w:r w:rsidRPr="000577E9">
              <w:t xml:space="preserve"> jullie eigen samenwerking.</w:t>
            </w:r>
          </w:p>
        </w:tc>
      </w:tr>
    </w:tbl>
    <w:p w14:paraId="25A3E300"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3CD42200"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1B48398A" w14:textId="77777777" w:rsidR="00DE355B" w:rsidRPr="000577E9" w:rsidRDefault="00000000">
            <w:pPr>
              <w:jc w:val="center"/>
            </w:pPr>
            <w:r w:rsidRPr="000577E9">
              <w:rPr>
                <w:b/>
              </w:rPr>
              <w:lastRenderedPageBreak/>
              <w:t>NIVEAU 3 - UITDAGING</w:t>
            </w:r>
          </w:p>
        </w:tc>
      </w:tr>
    </w:tbl>
    <w:p w14:paraId="31291CB0" w14:textId="77777777" w:rsidR="00DE355B" w:rsidRPr="000577E9" w:rsidRDefault="00000000">
      <w:pPr>
        <w:pStyle w:val="Kop1"/>
        <w:rPr>
          <w:color w:val="auto"/>
        </w:rPr>
      </w:pPr>
      <w:r w:rsidRPr="000577E9">
        <w:rPr>
          <w:color w:val="auto"/>
        </w:rPr>
        <w:t>STARTKAART - DE SOCIALE ESCAPEROOM</w:t>
      </w:r>
    </w:p>
    <w:tbl>
      <w:tblPr>
        <w:tblW w:w="0" w:type="auto"/>
        <w:jc w:val="center"/>
        <w:tblLayout w:type="fixed"/>
        <w:tblLook w:val="04A0" w:firstRow="1" w:lastRow="0" w:firstColumn="1" w:lastColumn="0" w:noHBand="0" w:noVBand="1"/>
      </w:tblPr>
      <w:tblGrid>
        <w:gridCol w:w="9921"/>
      </w:tblGrid>
      <w:tr w:rsidR="00DE355B" w:rsidRPr="000577E9" w14:paraId="1FDF2B78"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EFEFEF"/>
            <w:tcMar>
              <w:top w:w="110" w:type="dxa"/>
              <w:left w:w="150" w:type="dxa"/>
              <w:bottom w:w="110" w:type="dxa"/>
              <w:right w:w="150" w:type="dxa"/>
            </w:tcMar>
          </w:tcPr>
          <w:p w14:paraId="113E58BE" w14:textId="77777777" w:rsidR="00DE355B" w:rsidRPr="000577E9" w:rsidRDefault="00000000">
            <w:r w:rsidRPr="000577E9">
              <w:rPr>
                <w:lang w:val="nl-NL"/>
              </w:rPr>
              <w:t>VIER DOSSIERS. VIER CIJFERS. EEN EINDCODE.</w:t>
            </w:r>
            <w:r w:rsidRPr="000577E9">
              <w:rPr>
                <w:lang w:val="nl-NL"/>
              </w:rPr>
              <w:br/>
            </w:r>
            <w:r w:rsidRPr="000577E9">
              <w:rPr>
                <w:lang w:val="nl-NL"/>
              </w:rPr>
              <w:br/>
              <w:t xml:space="preserve">De mentor geeft jullie geen codecijfers. Elk cijfer moet uit jullie eigen antwoord komen. Bewaar elk gevonden cijfer. </w:t>
            </w:r>
            <w:r w:rsidRPr="000577E9">
              <w:t xml:space="preserve">Na dossier 4 </w:t>
            </w:r>
            <w:proofErr w:type="spellStart"/>
            <w:r w:rsidRPr="000577E9">
              <w:t>zetten</w:t>
            </w:r>
            <w:proofErr w:type="spellEnd"/>
            <w:r w:rsidRPr="000577E9">
              <w:t xml:space="preserve"> jullie de vier cijfers in volgorde.</w:t>
            </w:r>
          </w:p>
        </w:tc>
      </w:tr>
    </w:tbl>
    <w:p w14:paraId="4F936825" w14:textId="77777777" w:rsidR="00DE355B" w:rsidRPr="000577E9" w:rsidRDefault="00DE355B">
      <w:pPr>
        <w:spacing w:after="0"/>
      </w:pPr>
    </w:p>
    <w:p w14:paraId="650F2D34" w14:textId="77777777" w:rsidR="00DE355B" w:rsidRPr="000577E9" w:rsidRDefault="00000000">
      <w:pPr>
        <w:pStyle w:val="Kop2"/>
        <w:rPr>
          <w:color w:val="auto"/>
        </w:rPr>
      </w:pPr>
      <w:r w:rsidRPr="000577E9">
        <w:rPr>
          <w:color w:val="auto"/>
        </w:rPr>
        <w:t>Spelregels</w:t>
      </w:r>
    </w:p>
    <w:p w14:paraId="124614F6" w14:textId="77777777" w:rsidR="00DE355B" w:rsidRPr="000577E9" w:rsidRDefault="00000000">
      <w:pPr>
        <w:spacing w:after="40"/>
        <w:ind w:left="85" w:hanging="85"/>
        <w:rPr>
          <w:lang w:val="nl-NL"/>
        </w:rPr>
      </w:pPr>
      <w:r w:rsidRPr="000577E9">
        <w:rPr>
          <w:lang w:val="nl-NL"/>
        </w:rPr>
        <w:t>1.  Iedereen in het team moet informatie kunnen inbrengen.</w:t>
      </w:r>
    </w:p>
    <w:p w14:paraId="259ED884" w14:textId="77777777" w:rsidR="00DE355B" w:rsidRPr="000577E9" w:rsidRDefault="00000000">
      <w:pPr>
        <w:spacing w:after="40"/>
        <w:ind w:left="85" w:hanging="85"/>
        <w:rPr>
          <w:lang w:val="nl-NL"/>
        </w:rPr>
      </w:pPr>
      <w:r w:rsidRPr="000577E9">
        <w:rPr>
          <w:lang w:val="nl-NL"/>
        </w:rPr>
        <w:t>2.  Een antwoord telt pas als jullie kunnen uitleggen waarom het klopt.</w:t>
      </w:r>
    </w:p>
    <w:p w14:paraId="59E50DCD" w14:textId="77777777" w:rsidR="00DE355B" w:rsidRPr="000577E9" w:rsidRDefault="00000000">
      <w:pPr>
        <w:spacing w:after="40"/>
        <w:ind w:left="85" w:hanging="85"/>
        <w:rPr>
          <w:lang w:val="nl-NL"/>
        </w:rPr>
      </w:pPr>
      <w:r w:rsidRPr="000577E9">
        <w:rPr>
          <w:lang w:val="nl-NL"/>
        </w:rPr>
        <w:t>3.  Gebruik maximaal twee hintkaartjes per dossier. Een hint kost geen punten, maar probeer hem pas te pakken als jullie echt vastlopen.</w:t>
      </w:r>
    </w:p>
    <w:p w14:paraId="434F671C" w14:textId="77777777" w:rsidR="00DE355B" w:rsidRPr="000577E9" w:rsidRDefault="00000000">
      <w:pPr>
        <w:spacing w:after="40"/>
        <w:ind w:left="85" w:hanging="85"/>
        <w:rPr>
          <w:lang w:val="nl-NL"/>
        </w:rPr>
      </w:pPr>
      <w:r w:rsidRPr="000577E9">
        <w:rPr>
          <w:lang w:val="nl-NL"/>
        </w:rPr>
        <w:t>4.  Schrijf bij ieder dossier het codecijfer op. De mentor deelt geen cijfers uit.</w:t>
      </w:r>
    </w:p>
    <w:p w14:paraId="58337DC1" w14:textId="77777777" w:rsidR="00DE355B" w:rsidRPr="000577E9" w:rsidRDefault="00000000">
      <w:pPr>
        <w:spacing w:after="40"/>
        <w:ind w:left="85" w:hanging="85"/>
        <w:rPr>
          <w:lang w:val="nl-NL"/>
        </w:rPr>
      </w:pPr>
      <w:r w:rsidRPr="000577E9">
        <w:rPr>
          <w:lang w:val="nl-NL"/>
        </w:rPr>
        <w:t>5.  De eindcode staat in de volgorde dossier 1 - 2 - 3 - 4.</w:t>
      </w:r>
    </w:p>
    <w:tbl>
      <w:tblPr>
        <w:tblW w:w="0" w:type="auto"/>
        <w:jc w:val="center"/>
        <w:tblLayout w:type="fixed"/>
        <w:tblLook w:val="04A0" w:firstRow="1" w:lastRow="0" w:firstColumn="1" w:lastColumn="0" w:noHBand="0" w:noVBand="1"/>
      </w:tblPr>
      <w:tblGrid>
        <w:gridCol w:w="9921"/>
      </w:tblGrid>
      <w:tr w:rsidR="00DE355B" w:rsidRPr="000577E9" w14:paraId="34186F64"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4A6C341F" w14:textId="77777777" w:rsidR="00DE355B" w:rsidRPr="000577E9" w:rsidRDefault="00000000">
            <w:pPr>
              <w:rPr>
                <w:lang w:val="nl-NL"/>
              </w:rPr>
            </w:pPr>
            <w:r w:rsidRPr="000577E9">
              <w:rPr>
                <w:b/>
                <w:sz w:val="22"/>
                <w:lang w:val="nl-NL"/>
              </w:rPr>
              <w:t>Tijd</w:t>
            </w:r>
            <w:r w:rsidRPr="000577E9">
              <w:rPr>
                <w:b/>
                <w:sz w:val="22"/>
                <w:lang w:val="nl-NL"/>
              </w:rPr>
              <w:br/>
            </w:r>
            <w:r w:rsidRPr="000577E9">
              <w:rPr>
                <w:lang w:val="nl-NL"/>
              </w:rPr>
              <w:t>Richttijd: 50-60 minuten. Verdeel het werk slim, maar zorg dat informatie binnen het team wordt gedeeld.</w:t>
            </w:r>
          </w:p>
        </w:tc>
      </w:tr>
    </w:tbl>
    <w:p w14:paraId="287618E9" w14:textId="77777777" w:rsidR="00DE355B" w:rsidRPr="000577E9" w:rsidRDefault="00DE355B">
      <w:pPr>
        <w:spacing w:after="0"/>
        <w:rPr>
          <w:lang w:val="nl-NL"/>
        </w:rPr>
      </w:pPr>
    </w:p>
    <w:p w14:paraId="55A6645B" w14:textId="77777777" w:rsidR="00DE355B" w:rsidRPr="000577E9" w:rsidRDefault="00000000">
      <w:pPr>
        <w:jc w:val="center"/>
      </w:pPr>
      <w:proofErr w:type="spellStart"/>
      <w:r w:rsidRPr="000577E9">
        <w:rPr>
          <w:b/>
        </w:rPr>
        <w:t>Teamnaam</w:t>
      </w:r>
      <w:proofErr w:type="spellEnd"/>
      <w:r w:rsidRPr="000577E9">
        <w:rPr>
          <w:b/>
        </w:rPr>
        <w:t>: ______________________________</w:t>
      </w:r>
    </w:p>
    <w:tbl>
      <w:tblPr>
        <w:tblW w:w="0" w:type="auto"/>
        <w:jc w:val="center"/>
        <w:tblLayout w:type="fixed"/>
        <w:tblLook w:val="04A0" w:firstRow="1" w:lastRow="0" w:firstColumn="1" w:lastColumn="0" w:noHBand="0" w:noVBand="1"/>
      </w:tblPr>
      <w:tblGrid>
        <w:gridCol w:w="9921"/>
      </w:tblGrid>
      <w:tr w:rsidR="00DE355B" w:rsidRPr="000577E9" w14:paraId="1766A571"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6B64DC5C" w14:textId="77777777" w:rsidR="00DE355B" w:rsidRPr="000577E9" w:rsidRDefault="00000000">
            <w:pPr>
              <w:rPr>
                <w:lang w:val="nl-NL"/>
              </w:rPr>
            </w:pPr>
            <w:r w:rsidRPr="000577E9">
              <w:rPr>
                <w:b/>
                <w:sz w:val="22"/>
                <w:lang w:val="nl-NL"/>
              </w:rPr>
              <w:t>Extra regel voor niveau 3</w:t>
            </w:r>
            <w:r w:rsidRPr="000577E9">
              <w:rPr>
                <w:b/>
                <w:sz w:val="22"/>
                <w:lang w:val="nl-NL"/>
              </w:rPr>
              <w:br/>
            </w:r>
            <w:r w:rsidRPr="000577E9">
              <w:rPr>
                <w:lang w:val="nl-NL"/>
              </w:rPr>
              <w:t>Niet alle informatie is vanzelfsprekend betrouwbaar. Bij sommige dossiers moeten jullie niet alleen een antwoord vinden, maar ook aantonen waarom andere mogelijkheden afvallen.</w:t>
            </w:r>
          </w:p>
        </w:tc>
      </w:tr>
    </w:tbl>
    <w:p w14:paraId="57E5A8CE" w14:textId="77777777" w:rsidR="00DE355B" w:rsidRPr="000577E9" w:rsidRDefault="00DE355B">
      <w:pPr>
        <w:spacing w:after="0"/>
        <w:rPr>
          <w:lang w:val="nl-NL"/>
        </w:rPr>
      </w:pPr>
    </w:p>
    <w:p w14:paraId="2089CEFD" w14:textId="77777777" w:rsidR="00DE355B" w:rsidRPr="000577E9" w:rsidRDefault="00000000">
      <w:pPr>
        <w:rPr>
          <w:lang w:val="nl-NL"/>
        </w:rPr>
      </w:pPr>
      <w:r w:rsidRPr="000577E9">
        <w:rPr>
          <w:lang w:val="nl-NL"/>
        </w:rPr>
        <w:br w:type="page"/>
      </w:r>
    </w:p>
    <w:tbl>
      <w:tblPr>
        <w:tblW w:w="0" w:type="auto"/>
        <w:jc w:val="center"/>
        <w:tblLayout w:type="fixed"/>
        <w:tblLook w:val="04A0" w:firstRow="1" w:lastRow="0" w:firstColumn="1" w:lastColumn="0" w:noHBand="0" w:noVBand="1"/>
      </w:tblPr>
      <w:tblGrid>
        <w:gridCol w:w="10091"/>
      </w:tblGrid>
      <w:tr w:rsidR="00DE355B" w:rsidRPr="000577E9" w14:paraId="7DD88ED2"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61D685D1" w14:textId="77777777" w:rsidR="00DE355B" w:rsidRPr="000577E9" w:rsidRDefault="00000000">
            <w:pPr>
              <w:jc w:val="center"/>
            </w:pPr>
            <w:r w:rsidRPr="000577E9">
              <w:rPr>
                <w:b/>
              </w:rPr>
              <w:lastRenderedPageBreak/>
              <w:t>NIVEAU 3 - DOSSIER 1</w:t>
            </w:r>
          </w:p>
        </w:tc>
      </w:tr>
    </w:tbl>
    <w:p w14:paraId="77EBFDB4" w14:textId="77777777" w:rsidR="00DE355B" w:rsidRPr="000577E9" w:rsidRDefault="00000000">
      <w:pPr>
        <w:pStyle w:val="Kop1"/>
        <w:rPr>
          <w:color w:val="auto"/>
        </w:rPr>
      </w:pPr>
      <w:r w:rsidRPr="000577E9">
        <w:rPr>
          <w:color w:val="auto"/>
        </w:rPr>
        <w:t>DOSSIER 1 - EEN UITSPRAAK KLOPT NIET</w:t>
      </w:r>
    </w:p>
    <w:p w14:paraId="3370E67E" w14:textId="77777777" w:rsidR="00DE355B" w:rsidRPr="000577E9" w:rsidRDefault="00000000">
      <w:pPr>
        <w:rPr>
          <w:lang w:val="nl-NL"/>
        </w:rPr>
      </w:pPr>
      <w:r w:rsidRPr="000577E9">
        <w:rPr>
          <w:lang w:val="nl-NL"/>
        </w:rPr>
        <w:t>Zes leerlingen zitten op een rij. Precies EEN van de negen uitspraken is onwaar. Vind zowel de enige mogelijke zitvolgorde als het nummer van de onware uitspraak.</w:t>
      </w:r>
    </w:p>
    <w:tbl>
      <w:tblPr>
        <w:tblW w:w="0" w:type="auto"/>
        <w:jc w:val="center"/>
        <w:tblLayout w:type="fixed"/>
        <w:tblLook w:val="04A0" w:firstRow="1" w:lastRow="0" w:firstColumn="1" w:lastColumn="0" w:noHBand="0" w:noVBand="1"/>
      </w:tblPr>
      <w:tblGrid>
        <w:gridCol w:w="9921"/>
      </w:tblGrid>
      <w:tr w:rsidR="00DE355B" w:rsidRPr="000577E9" w14:paraId="7E791066"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0D472C3E" w14:textId="77777777" w:rsidR="00DE355B" w:rsidRPr="000577E9" w:rsidRDefault="00000000">
            <w:pPr>
              <w:rPr>
                <w:lang w:val="nl-NL"/>
              </w:rPr>
            </w:pPr>
            <w:r w:rsidRPr="000577E9">
              <w:rPr>
                <w:b/>
                <w:sz w:val="22"/>
                <w:lang w:val="nl-NL"/>
              </w:rPr>
              <w:t>Uitspraken</w:t>
            </w:r>
            <w:r w:rsidRPr="000577E9">
              <w:rPr>
                <w:b/>
                <w:sz w:val="22"/>
                <w:lang w:val="nl-NL"/>
              </w:rPr>
              <w:br/>
            </w:r>
            <w:r w:rsidRPr="000577E9">
              <w:rPr>
                <w:lang w:val="nl-NL"/>
              </w:rPr>
              <w:t>1. Mats zit direct rechts van Lina.</w:t>
            </w:r>
            <w:r w:rsidRPr="000577E9">
              <w:rPr>
                <w:lang w:val="nl-NL"/>
              </w:rPr>
              <w:br/>
              <w:t>2. Noor zit links van Puck.</w:t>
            </w:r>
            <w:r w:rsidRPr="000577E9">
              <w:rPr>
                <w:lang w:val="nl-NL"/>
              </w:rPr>
              <w:br/>
              <w:t>3. Owen zit direct rechts van Noor.</w:t>
            </w:r>
            <w:r w:rsidRPr="000577E9">
              <w:rPr>
                <w:lang w:val="nl-NL"/>
              </w:rPr>
              <w:br/>
              <w:t xml:space="preserve">4. </w:t>
            </w:r>
            <w:proofErr w:type="spellStart"/>
            <w:r w:rsidRPr="000577E9">
              <w:rPr>
                <w:lang w:val="nl-NL"/>
              </w:rPr>
              <w:t>Rayan</w:t>
            </w:r>
            <w:proofErr w:type="spellEnd"/>
            <w:r w:rsidRPr="000577E9">
              <w:rPr>
                <w:lang w:val="nl-NL"/>
              </w:rPr>
              <w:t xml:space="preserve"> zit aan een uiteinde.</w:t>
            </w:r>
            <w:r w:rsidRPr="000577E9">
              <w:rPr>
                <w:lang w:val="nl-NL"/>
              </w:rPr>
              <w:br/>
              <w:t xml:space="preserve">5. Puck zit naast </w:t>
            </w:r>
            <w:proofErr w:type="spellStart"/>
            <w:r w:rsidRPr="000577E9">
              <w:rPr>
                <w:lang w:val="nl-NL"/>
              </w:rPr>
              <w:t>Rayan</w:t>
            </w:r>
            <w:proofErr w:type="spellEnd"/>
            <w:r w:rsidRPr="000577E9">
              <w:rPr>
                <w:lang w:val="nl-NL"/>
              </w:rPr>
              <w:t>.</w:t>
            </w:r>
            <w:r w:rsidRPr="000577E9">
              <w:rPr>
                <w:lang w:val="nl-NL"/>
              </w:rPr>
              <w:br/>
              <w:t>6. Lina zit niet naast Noor.</w:t>
            </w:r>
            <w:r w:rsidRPr="000577E9">
              <w:rPr>
                <w:lang w:val="nl-NL"/>
              </w:rPr>
              <w:br/>
              <w:t>7. Lina zit links van Noor.</w:t>
            </w:r>
            <w:r w:rsidRPr="000577E9">
              <w:rPr>
                <w:lang w:val="nl-NL"/>
              </w:rPr>
              <w:br/>
              <w:t>8. Owen zit rechts van Puck.</w:t>
            </w:r>
            <w:r w:rsidRPr="000577E9">
              <w:rPr>
                <w:lang w:val="nl-NL"/>
              </w:rPr>
              <w:br/>
              <w:t xml:space="preserve">9. </w:t>
            </w:r>
            <w:proofErr w:type="spellStart"/>
            <w:r w:rsidRPr="000577E9">
              <w:rPr>
                <w:lang w:val="nl-NL"/>
              </w:rPr>
              <w:t>Rayan</w:t>
            </w:r>
            <w:proofErr w:type="spellEnd"/>
            <w:r w:rsidRPr="000577E9">
              <w:rPr>
                <w:lang w:val="nl-NL"/>
              </w:rPr>
              <w:t xml:space="preserve"> zit rechts van Puck.</w:t>
            </w:r>
          </w:p>
        </w:tc>
      </w:tr>
    </w:tbl>
    <w:p w14:paraId="05771D02" w14:textId="77777777" w:rsidR="00DE355B" w:rsidRPr="000577E9" w:rsidRDefault="00DE355B">
      <w:pPr>
        <w:spacing w:after="0"/>
        <w:rPr>
          <w:lang w:val="nl-NL"/>
        </w:rPr>
      </w:pPr>
    </w:p>
    <w:tbl>
      <w:tblPr>
        <w:tblStyle w:val="Tabelraster"/>
        <w:tblW w:w="0" w:type="auto"/>
        <w:jc w:val="center"/>
        <w:tblLayout w:type="fixed"/>
        <w:tblLook w:val="04A0" w:firstRow="1" w:lastRow="0" w:firstColumn="1" w:lastColumn="0" w:noHBand="0" w:noVBand="1"/>
      </w:tblPr>
      <w:tblGrid>
        <w:gridCol w:w="1587"/>
        <w:gridCol w:w="1587"/>
        <w:gridCol w:w="1587"/>
        <w:gridCol w:w="1587"/>
        <w:gridCol w:w="1587"/>
        <w:gridCol w:w="1587"/>
      </w:tblGrid>
      <w:tr w:rsidR="00DE355B" w:rsidRPr="000577E9" w14:paraId="4131F810" w14:textId="77777777">
        <w:trPr>
          <w:jc w:val="center"/>
        </w:trPr>
        <w:tc>
          <w:tcPr>
            <w:tcW w:w="1587" w:type="dxa"/>
            <w:shd w:val="clear" w:color="auto" w:fill="E5E5E5"/>
            <w:vAlign w:val="center"/>
          </w:tcPr>
          <w:p w14:paraId="45A08442" w14:textId="77777777" w:rsidR="00DE355B" w:rsidRPr="000577E9" w:rsidRDefault="00000000">
            <w:pPr>
              <w:jc w:val="center"/>
            </w:pPr>
            <w:r w:rsidRPr="000577E9">
              <w:rPr>
                <w:b/>
                <w:sz w:val="18"/>
              </w:rPr>
              <w:t>1</w:t>
            </w:r>
          </w:p>
        </w:tc>
        <w:tc>
          <w:tcPr>
            <w:tcW w:w="1587" w:type="dxa"/>
            <w:shd w:val="clear" w:color="auto" w:fill="E5E5E5"/>
            <w:vAlign w:val="center"/>
          </w:tcPr>
          <w:p w14:paraId="39FEAA19" w14:textId="77777777" w:rsidR="00DE355B" w:rsidRPr="000577E9" w:rsidRDefault="00000000">
            <w:pPr>
              <w:jc w:val="center"/>
            </w:pPr>
            <w:r w:rsidRPr="000577E9">
              <w:rPr>
                <w:b/>
                <w:sz w:val="18"/>
              </w:rPr>
              <w:t>2</w:t>
            </w:r>
          </w:p>
        </w:tc>
        <w:tc>
          <w:tcPr>
            <w:tcW w:w="1587" w:type="dxa"/>
            <w:shd w:val="clear" w:color="auto" w:fill="E5E5E5"/>
            <w:vAlign w:val="center"/>
          </w:tcPr>
          <w:p w14:paraId="79D05DEA" w14:textId="77777777" w:rsidR="00DE355B" w:rsidRPr="000577E9" w:rsidRDefault="00000000">
            <w:pPr>
              <w:jc w:val="center"/>
            </w:pPr>
            <w:r w:rsidRPr="000577E9">
              <w:rPr>
                <w:b/>
                <w:sz w:val="18"/>
              </w:rPr>
              <w:t>3</w:t>
            </w:r>
          </w:p>
        </w:tc>
        <w:tc>
          <w:tcPr>
            <w:tcW w:w="1587" w:type="dxa"/>
            <w:shd w:val="clear" w:color="auto" w:fill="E5E5E5"/>
            <w:vAlign w:val="center"/>
          </w:tcPr>
          <w:p w14:paraId="49AFDC3C" w14:textId="77777777" w:rsidR="00DE355B" w:rsidRPr="000577E9" w:rsidRDefault="00000000">
            <w:pPr>
              <w:jc w:val="center"/>
            </w:pPr>
            <w:r w:rsidRPr="000577E9">
              <w:rPr>
                <w:b/>
                <w:sz w:val="18"/>
              </w:rPr>
              <w:t>4</w:t>
            </w:r>
          </w:p>
        </w:tc>
        <w:tc>
          <w:tcPr>
            <w:tcW w:w="1587" w:type="dxa"/>
            <w:shd w:val="clear" w:color="auto" w:fill="E5E5E5"/>
            <w:vAlign w:val="center"/>
          </w:tcPr>
          <w:p w14:paraId="7AA0B7F2" w14:textId="77777777" w:rsidR="00DE355B" w:rsidRPr="000577E9" w:rsidRDefault="00000000">
            <w:pPr>
              <w:jc w:val="center"/>
            </w:pPr>
            <w:r w:rsidRPr="000577E9">
              <w:rPr>
                <w:b/>
                <w:sz w:val="18"/>
              </w:rPr>
              <w:t>5</w:t>
            </w:r>
          </w:p>
        </w:tc>
        <w:tc>
          <w:tcPr>
            <w:tcW w:w="1587" w:type="dxa"/>
            <w:shd w:val="clear" w:color="auto" w:fill="E5E5E5"/>
            <w:vAlign w:val="center"/>
          </w:tcPr>
          <w:p w14:paraId="02BDAA11" w14:textId="77777777" w:rsidR="00DE355B" w:rsidRPr="000577E9" w:rsidRDefault="00000000">
            <w:pPr>
              <w:jc w:val="center"/>
            </w:pPr>
            <w:r w:rsidRPr="000577E9">
              <w:rPr>
                <w:b/>
                <w:sz w:val="18"/>
              </w:rPr>
              <w:t>6</w:t>
            </w:r>
          </w:p>
        </w:tc>
      </w:tr>
      <w:tr w:rsidR="00DE355B" w:rsidRPr="000577E9" w14:paraId="7ED89F39" w14:textId="77777777">
        <w:trPr>
          <w:cantSplit/>
          <w:jc w:val="center"/>
        </w:trPr>
        <w:tc>
          <w:tcPr>
            <w:tcW w:w="1587" w:type="dxa"/>
            <w:tcMar>
              <w:top w:w="70" w:type="dxa"/>
              <w:left w:w="80" w:type="dxa"/>
              <w:bottom w:w="70" w:type="dxa"/>
              <w:right w:w="80" w:type="dxa"/>
            </w:tcMar>
            <w:vAlign w:val="center"/>
          </w:tcPr>
          <w:p w14:paraId="350645E6" w14:textId="77777777" w:rsidR="00DE355B" w:rsidRPr="000577E9" w:rsidRDefault="00DE355B">
            <w:pPr>
              <w:jc w:val="center"/>
            </w:pPr>
          </w:p>
        </w:tc>
        <w:tc>
          <w:tcPr>
            <w:tcW w:w="1587" w:type="dxa"/>
            <w:tcMar>
              <w:top w:w="70" w:type="dxa"/>
              <w:left w:w="80" w:type="dxa"/>
              <w:bottom w:w="70" w:type="dxa"/>
              <w:right w:w="80" w:type="dxa"/>
            </w:tcMar>
            <w:vAlign w:val="center"/>
          </w:tcPr>
          <w:p w14:paraId="4CB448FE" w14:textId="77777777" w:rsidR="00DE355B" w:rsidRPr="000577E9" w:rsidRDefault="00DE355B">
            <w:pPr>
              <w:jc w:val="center"/>
            </w:pPr>
          </w:p>
        </w:tc>
        <w:tc>
          <w:tcPr>
            <w:tcW w:w="1587" w:type="dxa"/>
            <w:tcMar>
              <w:top w:w="70" w:type="dxa"/>
              <w:left w:w="80" w:type="dxa"/>
              <w:bottom w:w="70" w:type="dxa"/>
              <w:right w:w="80" w:type="dxa"/>
            </w:tcMar>
            <w:vAlign w:val="center"/>
          </w:tcPr>
          <w:p w14:paraId="3B611A35" w14:textId="77777777" w:rsidR="00DE355B" w:rsidRPr="000577E9" w:rsidRDefault="00DE355B">
            <w:pPr>
              <w:jc w:val="center"/>
            </w:pPr>
          </w:p>
        </w:tc>
        <w:tc>
          <w:tcPr>
            <w:tcW w:w="1587" w:type="dxa"/>
            <w:tcMar>
              <w:top w:w="70" w:type="dxa"/>
              <w:left w:w="80" w:type="dxa"/>
              <w:bottom w:w="70" w:type="dxa"/>
              <w:right w:w="80" w:type="dxa"/>
            </w:tcMar>
            <w:vAlign w:val="center"/>
          </w:tcPr>
          <w:p w14:paraId="1737263E" w14:textId="77777777" w:rsidR="00DE355B" w:rsidRPr="000577E9" w:rsidRDefault="00DE355B">
            <w:pPr>
              <w:jc w:val="center"/>
            </w:pPr>
          </w:p>
        </w:tc>
        <w:tc>
          <w:tcPr>
            <w:tcW w:w="1587" w:type="dxa"/>
            <w:tcMar>
              <w:top w:w="70" w:type="dxa"/>
              <w:left w:w="80" w:type="dxa"/>
              <w:bottom w:w="70" w:type="dxa"/>
              <w:right w:w="80" w:type="dxa"/>
            </w:tcMar>
            <w:vAlign w:val="center"/>
          </w:tcPr>
          <w:p w14:paraId="39C2DAD6" w14:textId="77777777" w:rsidR="00DE355B" w:rsidRPr="000577E9" w:rsidRDefault="00DE355B">
            <w:pPr>
              <w:jc w:val="center"/>
            </w:pPr>
          </w:p>
        </w:tc>
        <w:tc>
          <w:tcPr>
            <w:tcW w:w="1587" w:type="dxa"/>
            <w:tcMar>
              <w:top w:w="70" w:type="dxa"/>
              <w:left w:w="80" w:type="dxa"/>
              <w:bottom w:w="70" w:type="dxa"/>
              <w:right w:w="80" w:type="dxa"/>
            </w:tcMar>
            <w:vAlign w:val="center"/>
          </w:tcPr>
          <w:p w14:paraId="03521412" w14:textId="77777777" w:rsidR="00DE355B" w:rsidRPr="000577E9" w:rsidRDefault="00DE355B">
            <w:pPr>
              <w:jc w:val="center"/>
            </w:pPr>
          </w:p>
        </w:tc>
      </w:tr>
    </w:tbl>
    <w:p w14:paraId="57613FC0" w14:textId="77777777" w:rsidR="00DE355B" w:rsidRPr="000577E9" w:rsidRDefault="00000000">
      <w:r w:rsidRPr="000577E9">
        <w:rPr>
          <w:b/>
        </w:rPr>
        <w:t>Onware uitspraak nummer: ________</w:t>
      </w:r>
    </w:p>
    <w:p w14:paraId="48D784D6" w14:textId="77777777" w:rsidR="00DE355B" w:rsidRPr="000577E9" w:rsidRDefault="00000000">
      <w:pPr>
        <w:rPr>
          <w:lang w:val="nl-NL"/>
        </w:rPr>
      </w:pPr>
      <w:r w:rsidRPr="000577E9">
        <w:rPr>
          <w:b/>
          <w:lang w:val="nl-NL"/>
        </w:rPr>
        <w:t xml:space="preserve">CODE-OPDRACHT: </w:t>
      </w:r>
      <w:r w:rsidRPr="000577E9">
        <w:rPr>
          <w:lang w:val="nl-NL"/>
        </w:rPr>
        <w:t>Het nummer van de enige onware uitspraak is meteen jullie eerste codecijfer.</w:t>
      </w:r>
    </w:p>
    <w:p w14:paraId="0F0FE8A7" w14:textId="77777777" w:rsidR="00DE355B" w:rsidRPr="000577E9" w:rsidRDefault="00000000">
      <w:pPr>
        <w:spacing w:before="160"/>
        <w:jc w:val="center"/>
      </w:pPr>
      <w:proofErr w:type="spellStart"/>
      <w:r w:rsidRPr="000577E9">
        <w:rPr>
          <w:b/>
          <w:sz w:val="30"/>
        </w:rPr>
        <w:t>Codecijfer</w:t>
      </w:r>
      <w:proofErr w:type="spellEnd"/>
      <w:r w:rsidRPr="000577E9">
        <w:rPr>
          <w:b/>
          <w:sz w:val="30"/>
        </w:rPr>
        <w:t xml:space="preserve"> dossier 1:  ____</w:t>
      </w:r>
    </w:p>
    <w:p w14:paraId="705CF926"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5B09EA32"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39CF26A2" w14:textId="77777777" w:rsidR="00DE355B" w:rsidRPr="000577E9" w:rsidRDefault="00000000">
            <w:pPr>
              <w:jc w:val="center"/>
            </w:pPr>
            <w:r w:rsidRPr="000577E9">
              <w:rPr>
                <w:b/>
              </w:rPr>
              <w:lastRenderedPageBreak/>
              <w:t>NIVEAU 3 - DOSSIER 2</w:t>
            </w:r>
          </w:p>
        </w:tc>
      </w:tr>
    </w:tbl>
    <w:p w14:paraId="266A55BC" w14:textId="77777777" w:rsidR="00DE355B" w:rsidRPr="000577E9" w:rsidRDefault="00000000">
      <w:pPr>
        <w:pStyle w:val="Kop1"/>
        <w:rPr>
          <w:color w:val="auto"/>
        </w:rPr>
      </w:pPr>
      <w:r w:rsidRPr="000577E9">
        <w:rPr>
          <w:color w:val="auto"/>
        </w:rPr>
        <w:t>DOSSIER 2 - DE ONBETROUWBARE FEEDBACK</w:t>
      </w:r>
    </w:p>
    <w:p w14:paraId="5867D168" w14:textId="77777777" w:rsidR="00DE355B" w:rsidRPr="000577E9" w:rsidRDefault="00000000">
      <w:pPr>
        <w:rPr>
          <w:lang w:val="nl-NL"/>
        </w:rPr>
      </w:pPr>
      <w:r w:rsidRPr="000577E9">
        <w:rPr>
          <w:lang w:val="nl-NL"/>
        </w:rPr>
        <w:t>Het slot heeft vier verschillende cijfers (0 t/m 9). Bij precies EEN van de vijf pogingen is de feedback fout genoteerd. Alle andere feedback klopt volledig. Vind de echte code én bepaal welke feedbackregel onbetrouwbaar is.</w:t>
      </w:r>
    </w:p>
    <w:tbl>
      <w:tblPr>
        <w:tblW w:w="0" w:type="auto"/>
        <w:jc w:val="center"/>
        <w:tblLayout w:type="fixed"/>
        <w:tblLook w:val="04A0" w:firstRow="1" w:lastRow="0" w:firstColumn="1" w:lastColumn="0" w:noHBand="0" w:noVBand="1"/>
      </w:tblPr>
      <w:tblGrid>
        <w:gridCol w:w="9921"/>
      </w:tblGrid>
      <w:tr w:rsidR="00DE355B" w:rsidRPr="000577E9" w14:paraId="2B66EA10"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21D960E5" w14:textId="77777777" w:rsidR="00DE355B" w:rsidRPr="000577E9" w:rsidRDefault="00000000">
            <w:pPr>
              <w:rPr>
                <w:lang w:val="nl-NL"/>
              </w:rPr>
            </w:pPr>
            <w:r w:rsidRPr="000577E9">
              <w:rPr>
                <w:b/>
                <w:sz w:val="22"/>
                <w:lang w:val="nl-NL"/>
              </w:rPr>
              <w:t>Legenda</w:t>
            </w:r>
            <w:r w:rsidRPr="000577E9">
              <w:rPr>
                <w:b/>
                <w:sz w:val="22"/>
                <w:lang w:val="nl-NL"/>
              </w:rPr>
              <w:br/>
            </w:r>
            <w:r w:rsidRPr="000577E9">
              <w:rPr>
                <w:lang w:val="nl-NL"/>
              </w:rPr>
              <w:t>“Goed + goede plek” = cijfer zit in de code en staat op de juiste positie.</w:t>
            </w:r>
            <w:r w:rsidRPr="000577E9">
              <w:rPr>
                <w:lang w:val="nl-NL"/>
              </w:rPr>
              <w:br/>
              <w:t>“Goed + verkeerde plek” = cijfer zit in de code, maar staat op een andere positie.</w:t>
            </w:r>
          </w:p>
        </w:tc>
      </w:tr>
    </w:tbl>
    <w:p w14:paraId="262E3C7C" w14:textId="77777777" w:rsidR="00DE355B" w:rsidRPr="000577E9" w:rsidRDefault="00DE355B">
      <w:pPr>
        <w:spacing w:after="0"/>
        <w:rPr>
          <w:lang w:val="nl-NL"/>
        </w:rPr>
      </w:pPr>
    </w:p>
    <w:tbl>
      <w:tblPr>
        <w:tblStyle w:val="Tabelraster"/>
        <w:tblW w:w="0" w:type="auto"/>
        <w:jc w:val="center"/>
        <w:tblLayout w:type="fixed"/>
        <w:tblLook w:val="04A0" w:firstRow="1" w:lastRow="0" w:firstColumn="1" w:lastColumn="0" w:noHBand="0" w:noVBand="1"/>
      </w:tblPr>
      <w:tblGrid>
        <w:gridCol w:w="1134"/>
        <w:gridCol w:w="2268"/>
        <w:gridCol w:w="6236"/>
      </w:tblGrid>
      <w:tr w:rsidR="00DE355B" w:rsidRPr="000577E9" w14:paraId="4F880CA7" w14:textId="77777777">
        <w:trPr>
          <w:jc w:val="center"/>
        </w:trPr>
        <w:tc>
          <w:tcPr>
            <w:tcW w:w="1134" w:type="dxa"/>
            <w:shd w:val="clear" w:color="auto" w:fill="E5E5E5"/>
            <w:vAlign w:val="center"/>
          </w:tcPr>
          <w:p w14:paraId="56D31E43" w14:textId="77777777" w:rsidR="00DE355B" w:rsidRPr="000577E9" w:rsidRDefault="00000000">
            <w:pPr>
              <w:jc w:val="center"/>
            </w:pPr>
            <w:r w:rsidRPr="000577E9">
              <w:rPr>
                <w:b/>
                <w:sz w:val="17"/>
              </w:rPr>
              <w:t>Nr.</w:t>
            </w:r>
          </w:p>
        </w:tc>
        <w:tc>
          <w:tcPr>
            <w:tcW w:w="2268" w:type="dxa"/>
            <w:shd w:val="clear" w:color="auto" w:fill="E5E5E5"/>
            <w:vAlign w:val="center"/>
          </w:tcPr>
          <w:p w14:paraId="7C3CD989" w14:textId="77777777" w:rsidR="00DE355B" w:rsidRPr="000577E9" w:rsidRDefault="00000000">
            <w:pPr>
              <w:jc w:val="center"/>
            </w:pPr>
            <w:r w:rsidRPr="000577E9">
              <w:rPr>
                <w:b/>
                <w:sz w:val="17"/>
              </w:rPr>
              <w:t>Poging</w:t>
            </w:r>
          </w:p>
        </w:tc>
        <w:tc>
          <w:tcPr>
            <w:tcW w:w="6236" w:type="dxa"/>
            <w:shd w:val="clear" w:color="auto" w:fill="E5E5E5"/>
            <w:vAlign w:val="center"/>
          </w:tcPr>
          <w:p w14:paraId="45725DDF" w14:textId="77777777" w:rsidR="00DE355B" w:rsidRPr="000577E9" w:rsidRDefault="00000000">
            <w:pPr>
              <w:jc w:val="center"/>
            </w:pPr>
            <w:r w:rsidRPr="000577E9">
              <w:rPr>
                <w:b/>
                <w:sz w:val="17"/>
              </w:rPr>
              <w:t>Feedback</w:t>
            </w:r>
          </w:p>
        </w:tc>
      </w:tr>
      <w:tr w:rsidR="00DE355B" w:rsidRPr="000577E9" w14:paraId="7A2CDDC4" w14:textId="77777777">
        <w:trPr>
          <w:cantSplit/>
          <w:jc w:val="center"/>
        </w:trPr>
        <w:tc>
          <w:tcPr>
            <w:tcW w:w="1134" w:type="dxa"/>
            <w:tcMar>
              <w:top w:w="70" w:type="dxa"/>
              <w:left w:w="80" w:type="dxa"/>
              <w:bottom w:w="70" w:type="dxa"/>
              <w:right w:w="80" w:type="dxa"/>
            </w:tcMar>
            <w:vAlign w:val="center"/>
          </w:tcPr>
          <w:p w14:paraId="315A37F0" w14:textId="77777777" w:rsidR="00DE355B" w:rsidRPr="000577E9" w:rsidRDefault="00000000">
            <w:pPr>
              <w:jc w:val="center"/>
            </w:pPr>
            <w:r w:rsidRPr="000577E9">
              <w:rPr>
                <w:sz w:val="17"/>
              </w:rPr>
              <w:t>1</w:t>
            </w:r>
          </w:p>
        </w:tc>
        <w:tc>
          <w:tcPr>
            <w:tcW w:w="2268" w:type="dxa"/>
            <w:tcMar>
              <w:top w:w="70" w:type="dxa"/>
              <w:left w:w="80" w:type="dxa"/>
              <w:bottom w:w="70" w:type="dxa"/>
              <w:right w:w="80" w:type="dxa"/>
            </w:tcMar>
            <w:vAlign w:val="center"/>
          </w:tcPr>
          <w:p w14:paraId="6D20C0C9" w14:textId="77777777" w:rsidR="00DE355B" w:rsidRPr="000577E9" w:rsidRDefault="00000000">
            <w:pPr>
              <w:jc w:val="center"/>
            </w:pPr>
            <w:r w:rsidRPr="000577E9">
              <w:rPr>
                <w:sz w:val="17"/>
              </w:rPr>
              <w:t>1834</w:t>
            </w:r>
          </w:p>
        </w:tc>
        <w:tc>
          <w:tcPr>
            <w:tcW w:w="6236" w:type="dxa"/>
            <w:tcMar>
              <w:top w:w="70" w:type="dxa"/>
              <w:left w:w="80" w:type="dxa"/>
              <w:bottom w:w="70" w:type="dxa"/>
              <w:right w:w="80" w:type="dxa"/>
            </w:tcMar>
            <w:vAlign w:val="center"/>
          </w:tcPr>
          <w:p w14:paraId="1C90CD9E" w14:textId="77777777" w:rsidR="00DE355B" w:rsidRPr="000577E9" w:rsidRDefault="00000000">
            <w:pPr>
              <w:rPr>
                <w:lang w:val="nl-NL"/>
              </w:rPr>
            </w:pPr>
            <w:r w:rsidRPr="000577E9">
              <w:rPr>
                <w:sz w:val="17"/>
                <w:lang w:val="nl-NL"/>
              </w:rPr>
              <w:t>0 goed + goede plek; 1 goed + verkeerde plek</w:t>
            </w:r>
          </w:p>
        </w:tc>
      </w:tr>
      <w:tr w:rsidR="00DE355B" w:rsidRPr="000577E9" w14:paraId="4BD3E18B" w14:textId="77777777">
        <w:trPr>
          <w:cantSplit/>
          <w:jc w:val="center"/>
        </w:trPr>
        <w:tc>
          <w:tcPr>
            <w:tcW w:w="1134" w:type="dxa"/>
            <w:tcMar>
              <w:top w:w="70" w:type="dxa"/>
              <w:left w:w="80" w:type="dxa"/>
              <w:bottom w:w="70" w:type="dxa"/>
              <w:right w:w="80" w:type="dxa"/>
            </w:tcMar>
            <w:vAlign w:val="center"/>
          </w:tcPr>
          <w:p w14:paraId="2644B153" w14:textId="77777777" w:rsidR="00DE355B" w:rsidRPr="000577E9" w:rsidRDefault="00000000">
            <w:pPr>
              <w:jc w:val="center"/>
            </w:pPr>
            <w:r w:rsidRPr="000577E9">
              <w:rPr>
                <w:sz w:val="17"/>
              </w:rPr>
              <w:t>2</w:t>
            </w:r>
          </w:p>
        </w:tc>
        <w:tc>
          <w:tcPr>
            <w:tcW w:w="2268" w:type="dxa"/>
            <w:tcMar>
              <w:top w:w="70" w:type="dxa"/>
              <w:left w:w="80" w:type="dxa"/>
              <w:bottom w:w="70" w:type="dxa"/>
              <w:right w:w="80" w:type="dxa"/>
            </w:tcMar>
            <w:vAlign w:val="center"/>
          </w:tcPr>
          <w:p w14:paraId="34538037" w14:textId="77777777" w:rsidR="00DE355B" w:rsidRPr="000577E9" w:rsidRDefault="00000000">
            <w:pPr>
              <w:jc w:val="center"/>
            </w:pPr>
            <w:r w:rsidRPr="000577E9">
              <w:rPr>
                <w:sz w:val="17"/>
              </w:rPr>
              <w:t>0472</w:t>
            </w:r>
          </w:p>
        </w:tc>
        <w:tc>
          <w:tcPr>
            <w:tcW w:w="6236" w:type="dxa"/>
            <w:tcMar>
              <w:top w:w="70" w:type="dxa"/>
              <w:left w:w="80" w:type="dxa"/>
              <w:bottom w:w="70" w:type="dxa"/>
              <w:right w:w="80" w:type="dxa"/>
            </w:tcMar>
            <w:vAlign w:val="center"/>
          </w:tcPr>
          <w:p w14:paraId="026A8744" w14:textId="77777777" w:rsidR="00DE355B" w:rsidRPr="000577E9" w:rsidRDefault="00000000">
            <w:pPr>
              <w:rPr>
                <w:lang w:val="nl-NL"/>
              </w:rPr>
            </w:pPr>
            <w:r w:rsidRPr="000577E9">
              <w:rPr>
                <w:sz w:val="17"/>
                <w:lang w:val="nl-NL"/>
              </w:rPr>
              <w:t>1 goed + goede plek; 3 goed + verkeerde plek</w:t>
            </w:r>
          </w:p>
        </w:tc>
      </w:tr>
      <w:tr w:rsidR="00DE355B" w:rsidRPr="000577E9" w14:paraId="226DF488" w14:textId="77777777">
        <w:trPr>
          <w:cantSplit/>
          <w:jc w:val="center"/>
        </w:trPr>
        <w:tc>
          <w:tcPr>
            <w:tcW w:w="1134" w:type="dxa"/>
            <w:tcMar>
              <w:top w:w="70" w:type="dxa"/>
              <w:left w:w="80" w:type="dxa"/>
              <w:bottom w:w="70" w:type="dxa"/>
              <w:right w:w="80" w:type="dxa"/>
            </w:tcMar>
            <w:vAlign w:val="center"/>
          </w:tcPr>
          <w:p w14:paraId="1A8060ED" w14:textId="77777777" w:rsidR="00DE355B" w:rsidRPr="000577E9" w:rsidRDefault="00000000">
            <w:pPr>
              <w:jc w:val="center"/>
            </w:pPr>
            <w:r w:rsidRPr="000577E9">
              <w:rPr>
                <w:sz w:val="17"/>
              </w:rPr>
              <w:t>3</w:t>
            </w:r>
          </w:p>
        </w:tc>
        <w:tc>
          <w:tcPr>
            <w:tcW w:w="2268" w:type="dxa"/>
            <w:tcMar>
              <w:top w:w="70" w:type="dxa"/>
              <w:left w:w="80" w:type="dxa"/>
              <w:bottom w:w="70" w:type="dxa"/>
              <w:right w:w="80" w:type="dxa"/>
            </w:tcMar>
            <w:vAlign w:val="center"/>
          </w:tcPr>
          <w:p w14:paraId="4A131CE5" w14:textId="77777777" w:rsidR="00DE355B" w:rsidRPr="000577E9" w:rsidRDefault="00000000">
            <w:pPr>
              <w:jc w:val="center"/>
            </w:pPr>
            <w:r w:rsidRPr="000577E9">
              <w:rPr>
                <w:sz w:val="17"/>
              </w:rPr>
              <w:t>4519</w:t>
            </w:r>
          </w:p>
        </w:tc>
        <w:tc>
          <w:tcPr>
            <w:tcW w:w="6236" w:type="dxa"/>
            <w:tcMar>
              <w:top w:w="70" w:type="dxa"/>
              <w:left w:w="80" w:type="dxa"/>
              <w:bottom w:w="70" w:type="dxa"/>
              <w:right w:w="80" w:type="dxa"/>
            </w:tcMar>
            <w:vAlign w:val="center"/>
          </w:tcPr>
          <w:p w14:paraId="5A484AE4" w14:textId="77777777" w:rsidR="00DE355B" w:rsidRPr="000577E9" w:rsidRDefault="00000000">
            <w:pPr>
              <w:rPr>
                <w:lang w:val="nl-NL"/>
              </w:rPr>
            </w:pPr>
            <w:r w:rsidRPr="000577E9">
              <w:rPr>
                <w:sz w:val="17"/>
                <w:lang w:val="nl-NL"/>
              </w:rPr>
              <w:t>1 goed + goede plek; 0 goed + verkeerde plek</w:t>
            </w:r>
          </w:p>
        </w:tc>
      </w:tr>
      <w:tr w:rsidR="00DE355B" w:rsidRPr="000577E9" w14:paraId="70FDD04E" w14:textId="77777777">
        <w:trPr>
          <w:cantSplit/>
          <w:jc w:val="center"/>
        </w:trPr>
        <w:tc>
          <w:tcPr>
            <w:tcW w:w="1134" w:type="dxa"/>
            <w:tcMar>
              <w:top w:w="70" w:type="dxa"/>
              <w:left w:w="80" w:type="dxa"/>
              <w:bottom w:w="70" w:type="dxa"/>
              <w:right w:w="80" w:type="dxa"/>
            </w:tcMar>
            <w:vAlign w:val="center"/>
          </w:tcPr>
          <w:p w14:paraId="6F4AC7DD" w14:textId="77777777" w:rsidR="00DE355B" w:rsidRPr="000577E9" w:rsidRDefault="00000000">
            <w:pPr>
              <w:jc w:val="center"/>
            </w:pPr>
            <w:r w:rsidRPr="000577E9">
              <w:rPr>
                <w:sz w:val="17"/>
              </w:rPr>
              <w:t>4</w:t>
            </w:r>
          </w:p>
        </w:tc>
        <w:tc>
          <w:tcPr>
            <w:tcW w:w="2268" w:type="dxa"/>
            <w:tcMar>
              <w:top w:w="70" w:type="dxa"/>
              <w:left w:w="80" w:type="dxa"/>
              <w:bottom w:w="70" w:type="dxa"/>
              <w:right w:w="80" w:type="dxa"/>
            </w:tcMar>
            <w:vAlign w:val="center"/>
          </w:tcPr>
          <w:p w14:paraId="22E26DE9" w14:textId="77777777" w:rsidR="00DE355B" w:rsidRPr="000577E9" w:rsidRDefault="00000000">
            <w:pPr>
              <w:jc w:val="center"/>
            </w:pPr>
            <w:r w:rsidRPr="000577E9">
              <w:rPr>
                <w:sz w:val="17"/>
              </w:rPr>
              <w:t>3975</w:t>
            </w:r>
          </w:p>
        </w:tc>
        <w:tc>
          <w:tcPr>
            <w:tcW w:w="6236" w:type="dxa"/>
            <w:tcMar>
              <w:top w:w="70" w:type="dxa"/>
              <w:left w:w="80" w:type="dxa"/>
              <w:bottom w:w="70" w:type="dxa"/>
              <w:right w:w="80" w:type="dxa"/>
            </w:tcMar>
            <w:vAlign w:val="center"/>
          </w:tcPr>
          <w:p w14:paraId="639F4A9A" w14:textId="77777777" w:rsidR="00DE355B" w:rsidRPr="000577E9" w:rsidRDefault="00000000">
            <w:pPr>
              <w:rPr>
                <w:lang w:val="nl-NL"/>
              </w:rPr>
            </w:pPr>
            <w:r w:rsidRPr="000577E9">
              <w:rPr>
                <w:sz w:val="17"/>
                <w:lang w:val="nl-NL"/>
              </w:rPr>
              <w:t>1 goed + goede plek; 0 goed + verkeerde plek</w:t>
            </w:r>
          </w:p>
        </w:tc>
      </w:tr>
      <w:tr w:rsidR="00DE355B" w:rsidRPr="000577E9" w14:paraId="50711E45" w14:textId="77777777">
        <w:trPr>
          <w:cantSplit/>
          <w:jc w:val="center"/>
        </w:trPr>
        <w:tc>
          <w:tcPr>
            <w:tcW w:w="1134" w:type="dxa"/>
            <w:tcMar>
              <w:top w:w="70" w:type="dxa"/>
              <w:left w:w="80" w:type="dxa"/>
              <w:bottom w:w="70" w:type="dxa"/>
              <w:right w:w="80" w:type="dxa"/>
            </w:tcMar>
            <w:vAlign w:val="center"/>
          </w:tcPr>
          <w:p w14:paraId="542D42C9" w14:textId="77777777" w:rsidR="00DE355B" w:rsidRPr="000577E9" w:rsidRDefault="00000000">
            <w:pPr>
              <w:jc w:val="center"/>
            </w:pPr>
            <w:r w:rsidRPr="000577E9">
              <w:rPr>
                <w:sz w:val="17"/>
              </w:rPr>
              <w:t>5</w:t>
            </w:r>
          </w:p>
        </w:tc>
        <w:tc>
          <w:tcPr>
            <w:tcW w:w="2268" w:type="dxa"/>
            <w:tcMar>
              <w:top w:w="70" w:type="dxa"/>
              <w:left w:w="80" w:type="dxa"/>
              <w:bottom w:w="70" w:type="dxa"/>
              <w:right w:w="80" w:type="dxa"/>
            </w:tcMar>
            <w:vAlign w:val="center"/>
          </w:tcPr>
          <w:p w14:paraId="6767FBFF" w14:textId="77777777" w:rsidR="00DE355B" w:rsidRPr="000577E9" w:rsidRDefault="00000000">
            <w:pPr>
              <w:jc w:val="center"/>
            </w:pPr>
            <w:r w:rsidRPr="000577E9">
              <w:rPr>
                <w:sz w:val="17"/>
              </w:rPr>
              <w:t>3671</w:t>
            </w:r>
          </w:p>
        </w:tc>
        <w:tc>
          <w:tcPr>
            <w:tcW w:w="6236" w:type="dxa"/>
            <w:tcMar>
              <w:top w:w="70" w:type="dxa"/>
              <w:left w:w="80" w:type="dxa"/>
              <w:bottom w:w="70" w:type="dxa"/>
              <w:right w:w="80" w:type="dxa"/>
            </w:tcMar>
            <w:vAlign w:val="center"/>
          </w:tcPr>
          <w:p w14:paraId="1B3B63D2" w14:textId="77777777" w:rsidR="00DE355B" w:rsidRPr="000577E9" w:rsidRDefault="00000000">
            <w:pPr>
              <w:rPr>
                <w:lang w:val="nl-NL"/>
              </w:rPr>
            </w:pPr>
            <w:r w:rsidRPr="000577E9">
              <w:rPr>
                <w:sz w:val="17"/>
                <w:lang w:val="nl-NL"/>
              </w:rPr>
              <w:t>1 goed + goede plek; 0 goed + verkeerde plek</w:t>
            </w:r>
          </w:p>
        </w:tc>
      </w:tr>
    </w:tbl>
    <w:p w14:paraId="1EA312A3" w14:textId="77777777" w:rsidR="00DE355B" w:rsidRPr="000577E9" w:rsidRDefault="00000000">
      <w:pPr>
        <w:rPr>
          <w:lang w:val="nl-NL"/>
        </w:rPr>
      </w:pPr>
      <w:r w:rsidRPr="000577E9">
        <w:rPr>
          <w:lang w:val="nl-NL"/>
        </w:rPr>
        <w:t>Echte viercijferige code:  ____  ____  ____  ____</w:t>
      </w:r>
    </w:p>
    <w:p w14:paraId="710EBB52" w14:textId="77777777" w:rsidR="00DE355B" w:rsidRPr="000577E9" w:rsidRDefault="00000000">
      <w:pPr>
        <w:rPr>
          <w:lang w:val="nl-NL"/>
        </w:rPr>
      </w:pPr>
      <w:r w:rsidRPr="000577E9">
        <w:rPr>
          <w:lang w:val="nl-NL"/>
        </w:rPr>
        <w:t>Onbetrouwbare feedbackregel: nummer ____</w:t>
      </w:r>
    </w:p>
    <w:p w14:paraId="5D353D43" w14:textId="77777777" w:rsidR="00DE355B" w:rsidRPr="000577E9" w:rsidRDefault="00000000">
      <w:pPr>
        <w:rPr>
          <w:lang w:val="nl-NL"/>
        </w:rPr>
      </w:pPr>
      <w:r w:rsidRPr="000577E9">
        <w:rPr>
          <w:b/>
          <w:lang w:val="nl-NL"/>
        </w:rPr>
        <w:t xml:space="preserve">CODE-OPDRACHT: </w:t>
      </w:r>
      <w:r w:rsidRPr="000577E9">
        <w:rPr>
          <w:lang w:val="nl-NL"/>
        </w:rPr>
        <w:t>Het nummer van de onbetrouwbare feedbackregel is jullie tweede codecijfer.</w:t>
      </w:r>
    </w:p>
    <w:p w14:paraId="5E7C1292" w14:textId="77777777" w:rsidR="00DE355B" w:rsidRPr="000577E9" w:rsidRDefault="00000000">
      <w:pPr>
        <w:spacing w:before="160"/>
        <w:jc w:val="center"/>
      </w:pPr>
      <w:proofErr w:type="spellStart"/>
      <w:r w:rsidRPr="000577E9">
        <w:rPr>
          <w:b/>
          <w:sz w:val="30"/>
        </w:rPr>
        <w:t>Codecijfer</w:t>
      </w:r>
      <w:proofErr w:type="spellEnd"/>
      <w:r w:rsidRPr="000577E9">
        <w:rPr>
          <w:b/>
          <w:sz w:val="30"/>
        </w:rPr>
        <w:t xml:space="preserve"> dossier 2:  ____</w:t>
      </w:r>
    </w:p>
    <w:p w14:paraId="58E16612"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0B45FC1A"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5A15A41E" w14:textId="77777777" w:rsidR="00DE355B" w:rsidRPr="000577E9" w:rsidRDefault="00000000">
            <w:pPr>
              <w:jc w:val="center"/>
            </w:pPr>
            <w:r w:rsidRPr="000577E9">
              <w:rPr>
                <w:b/>
              </w:rPr>
              <w:lastRenderedPageBreak/>
              <w:t>NIVEAU 3 - DOSSIER 3</w:t>
            </w:r>
          </w:p>
        </w:tc>
      </w:tr>
    </w:tbl>
    <w:p w14:paraId="16E525D3" w14:textId="77777777" w:rsidR="00DE355B" w:rsidRPr="000577E9" w:rsidRDefault="00000000">
      <w:pPr>
        <w:pStyle w:val="Kop1"/>
        <w:rPr>
          <w:color w:val="auto"/>
        </w:rPr>
      </w:pPr>
      <w:r w:rsidRPr="000577E9">
        <w:rPr>
          <w:color w:val="auto"/>
        </w:rPr>
        <w:t>DOSSIER 3 - HET NETWERK</w:t>
      </w:r>
    </w:p>
    <w:p w14:paraId="6FE8C1DA" w14:textId="77777777" w:rsidR="00DE355B" w:rsidRPr="000577E9" w:rsidRDefault="00000000">
      <w:pPr>
        <w:rPr>
          <w:lang w:val="nl-NL"/>
        </w:rPr>
      </w:pPr>
      <w:r w:rsidRPr="000577E9">
        <w:rPr>
          <w:lang w:val="nl-NL"/>
        </w:rPr>
        <w:t>Iedere leerling krijgt een deel van een routekaart. Kaarten mogen niet worden getoond. Teken samen op een leeg vel het volledige gerichte netwerk. Een pijl mag alleen in de aangegeven richting worden gebruikt. Het getal bij een pijl is de reistijd.</w:t>
      </w:r>
    </w:p>
    <w:p w14:paraId="4F61BCDC" w14:textId="77777777" w:rsidR="00DE355B" w:rsidRPr="000577E9" w:rsidRDefault="00000000">
      <w:pPr>
        <w:rPr>
          <w:lang w:val="nl-NL"/>
        </w:rPr>
      </w:pPr>
      <w:r w:rsidRPr="000577E9">
        <w:rPr>
          <w:i/>
          <w:sz w:val="18"/>
          <w:lang w:val="nl-NL"/>
        </w:rPr>
        <w:t>Knip langs de randen. Laat kaartjes niet aan elkaar zien tenzij de opdracht dat toestaat.</w:t>
      </w:r>
    </w:p>
    <w:tbl>
      <w:tblPr>
        <w:tblW w:w="0" w:type="auto"/>
        <w:jc w:val="center"/>
        <w:tblLayout w:type="fixed"/>
        <w:tblLook w:val="04A0" w:firstRow="1" w:lastRow="0" w:firstColumn="1" w:lastColumn="0" w:noHBand="0" w:noVBand="1"/>
      </w:tblPr>
      <w:tblGrid>
        <w:gridCol w:w="4876"/>
        <w:gridCol w:w="5045"/>
        <w:gridCol w:w="20"/>
      </w:tblGrid>
      <w:tr w:rsidR="00DE355B" w:rsidRPr="000577E9" w14:paraId="6673D1C4"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739716B7" w14:textId="77777777" w:rsidR="00DE355B" w:rsidRPr="000577E9" w:rsidRDefault="00000000">
            <w:r w:rsidRPr="000577E9">
              <w:rPr>
                <w:b/>
                <w:sz w:val="22"/>
              </w:rPr>
              <w:t>KAART A</w:t>
            </w:r>
          </w:p>
          <w:p w14:paraId="064F5FAC" w14:textId="77777777" w:rsidR="00DE355B" w:rsidRPr="000577E9" w:rsidRDefault="00000000">
            <w:pPr>
              <w:pStyle w:val="Cardtext"/>
            </w:pPr>
            <w:r w:rsidRPr="000577E9">
              <w:t>S → A = 4</w:t>
            </w:r>
          </w:p>
          <w:p w14:paraId="2E160042" w14:textId="77777777" w:rsidR="00DE355B" w:rsidRPr="000577E9" w:rsidRDefault="00000000">
            <w:pPr>
              <w:pStyle w:val="Cardtext"/>
            </w:pPr>
            <w:r w:rsidRPr="000577E9">
              <w:t>B → A = 1</w:t>
            </w:r>
          </w:p>
        </w:tc>
        <w:tc>
          <w:tcPr>
            <w:tcW w:w="4876" w:type="dxa"/>
            <w:gridSpan w:val="2"/>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1D14B55A" w14:textId="77777777" w:rsidR="00DE355B" w:rsidRPr="000577E9" w:rsidRDefault="00000000">
            <w:r w:rsidRPr="000577E9">
              <w:rPr>
                <w:b/>
                <w:sz w:val="22"/>
              </w:rPr>
              <w:t>KAART B</w:t>
            </w:r>
          </w:p>
          <w:p w14:paraId="3E7DFB36" w14:textId="77777777" w:rsidR="00DE355B" w:rsidRPr="000577E9" w:rsidRDefault="00000000">
            <w:pPr>
              <w:pStyle w:val="Cardtext"/>
            </w:pPr>
            <w:r w:rsidRPr="000577E9">
              <w:t>S → B = 2</w:t>
            </w:r>
          </w:p>
          <w:p w14:paraId="021B2555" w14:textId="77777777" w:rsidR="00DE355B" w:rsidRPr="000577E9" w:rsidRDefault="00000000">
            <w:pPr>
              <w:pStyle w:val="Cardtext"/>
            </w:pPr>
            <w:r w:rsidRPr="000577E9">
              <w:t>A → D = 5</w:t>
            </w:r>
          </w:p>
        </w:tc>
      </w:tr>
      <w:tr w:rsidR="00DE355B" w:rsidRPr="000577E9" w14:paraId="1A627B25"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04434CA3" w14:textId="77777777" w:rsidR="00DE355B" w:rsidRPr="000577E9" w:rsidRDefault="00000000">
            <w:r w:rsidRPr="000577E9">
              <w:rPr>
                <w:b/>
                <w:sz w:val="22"/>
              </w:rPr>
              <w:t>KAART C</w:t>
            </w:r>
          </w:p>
          <w:p w14:paraId="24DFBA12" w14:textId="77777777" w:rsidR="00DE355B" w:rsidRPr="000577E9" w:rsidRDefault="00000000">
            <w:pPr>
              <w:pStyle w:val="Cardtext"/>
            </w:pPr>
            <w:r w:rsidRPr="000577E9">
              <w:t>A → C = 3</w:t>
            </w:r>
          </w:p>
          <w:p w14:paraId="35F20880" w14:textId="77777777" w:rsidR="00DE355B" w:rsidRPr="000577E9" w:rsidRDefault="00000000">
            <w:pPr>
              <w:pStyle w:val="Cardtext"/>
            </w:pPr>
            <w:r w:rsidRPr="000577E9">
              <w:t>D → C = 1</w:t>
            </w:r>
          </w:p>
        </w:tc>
        <w:tc>
          <w:tcPr>
            <w:tcW w:w="4876" w:type="dxa"/>
            <w:gridSpan w:val="2"/>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213CE6AD" w14:textId="77777777" w:rsidR="00DE355B" w:rsidRPr="000577E9" w:rsidRDefault="00000000">
            <w:pPr>
              <w:rPr>
                <w:lang w:val="nl-NL"/>
              </w:rPr>
            </w:pPr>
            <w:r w:rsidRPr="000577E9">
              <w:rPr>
                <w:b/>
                <w:sz w:val="22"/>
                <w:lang w:val="nl-NL"/>
              </w:rPr>
              <w:t>KAART D</w:t>
            </w:r>
          </w:p>
          <w:p w14:paraId="386A3BF6" w14:textId="77777777" w:rsidR="00DE355B" w:rsidRPr="000577E9" w:rsidRDefault="00000000">
            <w:pPr>
              <w:pStyle w:val="Cardtext"/>
              <w:rPr>
                <w:lang w:val="nl-NL"/>
              </w:rPr>
            </w:pPr>
            <w:r w:rsidRPr="000577E9">
              <w:rPr>
                <w:lang w:val="nl-NL"/>
              </w:rPr>
              <w:t>C → F = 5</w:t>
            </w:r>
          </w:p>
          <w:p w14:paraId="5E8B2049" w14:textId="77777777" w:rsidR="00DE355B" w:rsidRPr="000577E9" w:rsidRDefault="00000000">
            <w:pPr>
              <w:pStyle w:val="Cardtext"/>
              <w:rPr>
                <w:lang w:val="nl-NL"/>
              </w:rPr>
            </w:pPr>
            <w:r w:rsidRPr="000577E9">
              <w:rPr>
                <w:lang w:val="nl-NL"/>
              </w:rPr>
              <w:t>D → F = 7</w:t>
            </w:r>
          </w:p>
        </w:tc>
      </w:tr>
      <w:tr w:rsidR="00DE355B" w:rsidRPr="000577E9" w14:paraId="7A8C99B9"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4F1B0020" w14:textId="77777777" w:rsidR="00DE355B" w:rsidRPr="000577E9" w:rsidRDefault="00000000">
            <w:pPr>
              <w:rPr>
                <w:lang w:val="nl-NL"/>
              </w:rPr>
            </w:pPr>
            <w:r w:rsidRPr="000577E9">
              <w:rPr>
                <w:b/>
                <w:sz w:val="22"/>
                <w:lang w:val="nl-NL"/>
              </w:rPr>
              <w:t>KAART E</w:t>
            </w:r>
          </w:p>
          <w:p w14:paraId="59E0A29E" w14:textId="77777777" w:rsidR="00DE355B" w:rsidRPr="000577E9" w:rsidRDefault="00000000">
            <w:pPr>
              <w:pStyle w:val="Cardtext"/>
              <w:rPr>
                <w:lang w:val="nl-NL"/>
              </w:rPr>
            </w:pPr>
            <w:r w:rsidRPr="000577E9">
              <w:rPr>
                <w:lang w:val="nl-NL"/>
              </w:rPr>
              <w:t>B → E = 4</w:t>
            </w:r>
          </w:p>
          <w:p w14:paraId="19CB5CD2" w14:textId="77777777" w:rsidR="00DE355B" w:rsidRPr="000577E9" w:rsidRDefault="00000000">
            <w:pPr>
              <w:pStyle w:val="Cardtext"/>
              <w:rPr>
                <w:lang w:val="nl-NL"/>
              </w:rPr>
            </w:pPr>
            <w:r w:rsidRPr="000577E9">
              <w:rPr>
                <w:lang w:val="nl-NL"/>
              </w:rPr>
              <w:t>E → D = 1</w:t>
            </w:r>
          </w:p>
          <w:p w14:paraId="29B49A77" w14:textId="77777777" w:rsidR="00DE355B" w:rsidRPr="000577E9" w:rsidRDefault="00000000">
            <w:pPr>
              <w:pStyle w:val="Cardtext"/>
            </w:pPr>
            <w:r w:rsidRPr="000577E9">
              <w:t>E → F = 6</w:t>
            </w:r>
          </w:p>
          <w:p w14:paraId="10968739" w14:textId="77777777" w:rsidR="00DE355B" w:rsidRPr="000577E9" w:rsidRDefault="00000000">
            <w:pPr>
              <w:pStyle w:val="Cardtext"/>
            </w:pPr>
            <w:r w:rsidRPr="000577E9">
              <w:t>B → D = 6</w:t>
            </w:r>
          </w:p>
        </w:tc>
        <w:tc>
          <w:tcPr>
            <w:tcW w:w="4876" w:type="dxa"/>
            <w:gridSpan w:val="2"/>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79CE4DD3" w14:textId="77777777" w:rsidR="00DE355B" w:rsidRPr="000577E9" w:rsidRDefault="00DE355B"/>
        </w:tc>
      </w:tr>
      <w:tr w:rsidR="00DE355B" w:rsidRPr="000577E9" w14:paraId="3299CE2A" w14:textId="77777777">
        <w:trPr>
          <w:gridAfter w:val="1"/>
          <w:wAfter w:w="20" w:type="dxa"/>
          <w:jc w:val="center"/>
        </w:trPr>
        <w:tc>
          <w:tcPr>
            <w:tcW w:w="9921" w:type="dxa"/>
            <w:gridSpan w:val="2"/>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7EF25AFE" w14:textId="77777777" w:rsidR="00DE355B" w:rsidRPr="000577E9" w:rsidRDefault="00000000">
            <w:pPr>
              <w:rPr>
                <w:lang w:val="nl-NL"/>
              </w:rPr>
            </w:pPr>
            <w:r w:rsidRPr="000577E9">
              <w:rPr>
                <w:b/>
                <w:sz w:val="22"/>
                <w:lang w:val="nl-NL"/>
              </w:rPr>
              <w:t>Opdracht</w:t>
            </w:r>
            <w:r w:rsidRPr="000577E9">
              <w:rPr>
                <w:b/>
                <w:sz w:val="22"/>
                <w:lang w:val="nl-NL"/>
              </w:rPr>
              <w:br/>
            </w:r>
            <w:r w:rsidRPr="000577E9">
              <w:rPr>
                <w:lang w:val="nl-NL"/>
              </w:rPr>
              <w:t>1. Bouw samen het volledige netwerk van S (start) naar F (finish).</w:t>
            </w:r>
            <w:r w:rsidRPr="000577E9">
              <w:rPr>
                <w:lang w:val="nl-NL"/>
              </w:rPr>
              <w:br/>
              <w:t>2. Vind de route met de laagste totale reistijd.</w:t>
            </w:r>
            <w:r w:rsidRPr="000577E9">
              <w:rPr>
                <w:lang w:val="nl-NL"/>
              </w:rPr>
              <w:br/>
              <w:t>3. Noteer zowel de route als de totale reistijd.</w:t>
            </w:r>
            <w:r w:rsidRPr="000577E9">
              <w:rPr>
                <w:lang w:val="nl-NL"/>
              </w:rPr>
              <w:br/>
              <w:t>4. Het codecijfer is NIET de reistijd: tel hoeveel pijlen de kortste route gebruikt.</w:t>
            </w:r>
          </w:p>
        </w:tc>
      </w:tr>
    </w:tbl>
    <w:p w14:paraId="5186FFE4" w14:textId="77777777" w:rsidR="00DE355B" w:rsidRPr="000577E9" w:rsidRDefault="00DE355B">
      <w:pPr>
        <w:spacing w:after="0"/>
        <w:rPr>
          <w:lang w:val="nl-NL"/>
        </w:rPr>
      </w:pPr>
    </w:p>
    <w:p w14:paraId="4313B77A" w14:textId="77777777" w:rsidR="00DE355B" w:rsidRPr="000577E9" w:rsidRDefault="00000000">
      <w:pPr>
        <w:rPr>
          <w:lang w:val="nl-NL"/>
        </w:rPr>
      </w:pPr>
      <w:r w:rsidRPr="000577E9">
        <w:rPr>
          <w:lang w:val="nl-NL"/>
        </w:rPr>
        <w:t>Kortste route: __________________________________________</w:t>
      </w:r>
    </w:p>
    <w:p w14:paraId="6672A181" w14:textId="77777777" w:rsidR="00DE355B" w:rsidRPr="000577E9" w:rsidRDefault="00000000">
      <w:pPr>
        <w:rPr>
          <w:lang w:val="nl-NL"/>
        </w:rPr>
      </w:pPr>
      <w:r w:rsidRPr="000577E9">
        <w:rPr>
          <w:lang w:val="nl-NL"/>
        </w:rPr>
        <w:t>Totale reistijd: ________    Aantal pijlen: ________</w:t>
      </w:r>
    </w:p>
    <w:p w14:paraId="56AAB810" w14:textId="77777777" w:rsidR="00DE355B" w:rsidRPr="000577E9" w:rsidRDefault="00000000">
      <w:pPr>
        <w:spacing w:before="160"/>
        <w:jc w:val="center"/>
      </w:pPr>
      <w:proofErr w:type="spellStart"/>
      <w:r w:rsidRPr="000577E9">
        <w:rPr>
          <w:b/>
          <w:sz w:val="30"/>
        </w:rPr>
        <w:t>Codecijfer</w:t>
      </w:r>
      <w:proofErr w:type="spellEnd"/>
      <w:r w:rsidRPr="000577E9">
        <w:rPr>
          <w:b/>
          <w:sz w:val="30"/>
        </w:rPr>
        <w:t xml:space="preserve"> dossier 3:  ____</w:t>
      </w:r>
    </w:p>
    <w:p w14:paraId="6E6434B9"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7332E7B8"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1547812A" w14:textId="77777777" w:rsidR="00DE355B" w:rsidRPr="000577E9" w:rsidRDefault="00000000">
            <w:pPr>
              <w:jc w:val="center"/>
            </w:pPr>
            <w:r w:rsidRPr="000577E9">
              <w:rPr>
                <w:b/>
              </w:rPr>
              <w:lastRenderedPageBreak/>
              <w:t>NIVEAU 3 - DOSSIER 4</w:t>
            </w:r>
          </w:p>
        </w:tc>
      </w:tr>
    </w:tbl>
    <w:p w14:paraId="02F07848" w14:textId="77777777" w:rsidR="00DE355B" w:rsidRPr="000577E9" w:rsidRDefault="00000000">
      <w:pPr>
        <w:pStyle w:val="Kop1"/>
        <w:rPr>
          <w:color w:val="auto"/>
          <w:lang w:val="nl-NL"/>
        </w:rPr>
      </w:pPr>
      <w:r w:rsidRPr="000577E9">
        <w:rPr>
          <w:color w:val="auto"/>
          <w:lang w:val="nl-NL"/>
        </w:rPr>
        <w:t>DOSSIER 4 - WAT MERK JE PAS ALS IEMAND WEGVALT?</w:t>
      </w:r>
    </w:p>
    <w:p w14:paraId="5E430E23" w14:textId="77777777" w:rsidR="00DE355B" w:rsidRPr="000577E9" w:rsidRDefault="00000000">
      <w:r w:rsidRPr="000577E9">
        <w:rPr>
          <w:lang w:val="nl-NL"/>
        </w:rPr>
        <w:t xml:space="preserve">Een team scoort met alle vijf de leden 50 projectpunten. Om de bijdrage van ieder lid anders te bekijken, simuleert het team wat er gebeurt als één persoon tijdelijk ontbreekt. </w:t>
      </w:r>
      <w:r w:rsidRPr="000577E9">
        <w:t xml:space="preserve">De score </w:t>
      </w:r>
      <w:proofErr w:type="spellStart"/>
      <w:r w:rsidRPr="000577E9">
        <w:t>zonder</w:t>
      </w:r>
      <w:proofErr w:type="spellEnd"/>
      <w:r w:rsidRPr="000577E9">
        <w:t xml:space="preserve"> die persoon staat hieronder.</w:t>
      </w:r>
    </w:p>
    <w:tbl>
      <w:tblPr>
        <w:tblStyle w:val="Tabelraster"/>
        <w:tblW w:w="0" w:type="auto"/>
        <w:jc w:val="center"/>
        <w:tblLayout w:type="fixed"/>
        <w:tblLook w:val="04A0" w:firstRow="1" w:lastRow="0" w:firstColumn="1" w:lastColumn="0" w:noHBand="0" w:noVBand="1"/>
      </w:tblPr>
      <w:tblGrid>
        <w:gridCol w:w="3402"/>
        <w:gridCol w:w="2268"/>
        <w:gridCol w:w="3969"/>
      </w:tblGrid>
      <w:tr w:rsidR="00DE355B" w:rsidRPr="000577E9" w14:paraId="6FAA017D" w14:textId="77777777">
        <w:trPr>
          <w:jc w:val="center"/>
        </w:trPr>
        <w:tc>
          <w:tcPr>
            <w:tcW w:w="3402" w:type="dxa"/>
            <w:shd w:val="clear" w:color="auto" w:fill="E5E5E5"/>
            <w:vAlign w:val="center"/>
          </w:tcPr>
          <w:p w14:paraId="4D824675" w14:textId="77777777" w:rsidR="00DE355B" w:rsidRPr="000577E9" w:rsidRDefault="00000000">
            <w:pPr>
              <w:jc w:val="center"/>
            </w:pPr>
            <w:r w:rsidRPr="000577E9">
              <w:rPr>
                <w:b/>
                <w:sz w:val="18"/>
              </w:rPr>
              <w:t>Situatie</w:t>
            </w:r>
          </w:p>
        </w:tc>
        <w:tc>
          <w:tcPr>
            <w:tcW w:w="2268" w:type="dxa"/>
            <w:shd w:val="clear" w:color="auto" w:fill="E5E5E5"/>
            <w:vAlign w:val="center"/>
          </w:tcPr>
          <w:p w14:paraId="19D5DD02" w14:textId="77777777" w:rsidR="00DE355B" w:rsidRPr="000577E9" w:rsidRDefault="00000000">
            <w:pPr>
              <w:jc w:val="center"/>
            </w:pPr>
            <w:r w:rsidRPr="000577E9">
              <w:rPr>
                <w:b/>
                <w:sz w:val="18"/>
              </w:rPr>
              <w:t>Projectscore</w:t>
            </w:r>
          </w:p>
        </w:tc>
        <w:tc>
          <w:tcPr>
            <w:tcW w:w="3969" w:type="dxa"/>
            <w:shd w:val="clear" w:color="auto" w:fill="E5E5E5"/>
            <w:vAlign w:val="center"/>
          </w:tcPr>
          <w:p w14:paraId="3C8C5BC9" w14:textId="77777777" w:rsidR="00DE355B" w:rsidRPr="000577E9" w:rsidRDefault="00000000">
            <w:pPr>
              <w:jc w:val="center"/>
            </w:pPr>
            <w:r w:rsidRPr="000577E9">
              <w:rPr>
                <w:b/>
                <w:sz w:val="18"/>
              </w:rPr>
              <w:t>Verlies t.o.v. compleet team</w:t>
            </w:r>
          </w:p>
        </w:tc>
      </w:tr>
      <w:tr w:rsidR="00DE355B" w:rsidRPr="000577E9" w14:paraId="77AD24D5" w14:textId="77777777">
        <w:trPr>
          <w:cantSplit/>
          <w:jc w:val="center"/>
        </w:trPr>
        <w:tc>
          <w:tcPr>
            <w:tcW w:w="3402" w:type="dxa"/>
            <w:tcMar>
              <w:top w:w="70" w:type="dxa"/>
              <w:left w:w="80" w:type="dxa"/>
              <w:bottom w:w="70" w:type="dxa"/>
              <w:right w:w="80" w:type="dxa"/>
            </w:tcMar>
            <w:vAlign w:val="center"/>
          </w:tcPr>
          <w:p w14:paraId="6807FF96" w14:textId="77777777" w:rsidR="00DE355B" w:rsidRPr="000577E9" w:rsidRDefault="00000000">
            <w:r w:rsidRPr="000577E9">
              <w:rPr>
                <w:sz w:val="18"/>
              </w:rPr>
              <w:t>Iedereen aanwezig</w:t>
            </w:r>
          </w:p>
        </w:tc>
        <w:tc>
          <w:tcPr>
            <w:tcW w:w="2268" w:type="dxa"/>
            <w:tcMar>
              <w:top w:w="70" w:type="dxa"/>
              <w:left w:w="80" w:type="dxa"/>
              <w:bottom w:w="70" w:type="dxa"/>
              <w:right w:w="80" w:type="dxa"/>
            </w:tcMar>
            <w:vAlign w:val="center"/>
          </w:tcPr>
          <w:p w14:paraId="15E4FBFB" w14:textId="77777777" w:rsidR="00DE355B" w:rsidRPr="000577E9" w:rsidRDefault="00000000">
            <w:pPr>
              <w:jc w:val="center"/>
            </w:pPr>
            <w:r w:rsidRPr="000577E9">
              <w:rPr>
                <w:sz w:val="18"/>
              </w:rPr>
              <w:t>50</w:t>
            </w:r>
          </w:p>
        </w:tc>
        <w:tc>
          <w:tcPr>
            <w:tcW w:w="3969" w:type="dxa"/>
            <w:tcMar>
              <w:top w:w="70" w:type="dxa"/>
              <w:left w:w="80" w:type="dxa"/>
              <w:bottom w:w="70" w:type="dxa"/>
              <w:right w:w="80" w:type="dxa"/>
            </w:tcMar>
            <w:vAlign w:val="center"/>
          </w:tcPr>
          <w:p w14:paraId="0CA38189" w14:textId="77777777" w:rsidR="00DE355B" w:rsidRPr="000577E9" w:rsidRDefault="00000000">
            <w:pPr>
              <w:jc w:val="center"/>
            </w:pPr>
            <w:r w:rsidRPr="000577E9">
              <w:rPr>
                <w:sz w:val="18"/>
              </w:rPr>
              <w:t>-</w:t>
            </w:r>
          </w:p>
        </w:tc>
      </w:tr>
      <w:tr w:rsidR="00DE355B" w:rsidRPr="000577E9" w14:paraId="3EE09CE8" w14:textId="77777777">
        <w:trPr>
          <w:cantSplit/>
          <w:jc w:val="center"/>
        </w:trPr>
        <w:tc>
          <w:tcPr>
            <w:tcW w:w="3402" w:type="dxa"/>
            <w:tcMar>
              <w:top w:w="70" w:type="dxa"/>
              <w:left w:w="80" w:type="dxa"/>
              <w:bottom w:w="70" w:type="dxa"/>
              <w:right w:w="80" w:type="dxa"/>
            </w:tcMar>
            <w:vAlign w:val="center"/>
          </w:tcPr>
          <w:p w14:paraId="486AE4D5" w14:textId="77777777" w:rsidR="00DE355B" w:rsidRPr="000577E9" w:rsidRDefault="00000000">
            <w:pPr>
              <w:jc w:val="center"/>
            </w:pPr>
            <w:r w:rsidRPr="000577E9">
              <w:rPr>
                <w:sz w:val="18"/>
              </w:rPr>
              <w:t>Zonder Aylin</w:t>
            </w:r>
          </w:p>
        </w:tc>
        <w:tc>
          <w:tcPr>
            <w:tcW w:w="2268" w:type="dxa"/>
            <w:tcMar>
              <w:top w:w="70" w:type="dxa"/>
              <w:left w:w="80" w:type="dxa"/>
              <w:bottom w:w="70" w:type="dxa"/>
              <w:right w:w="80" w:type="dxa"/>
            </w:tcMar>
            <w:vAlign w:val="center"/>
          </w:tcPr>
          <w:p w14:paraId="47D9971F" w14:textId="77777777" w:rsidR="00DE355B" w:rsidRPr="000577E9" w:rsidRDefault="00000000">
            <w:pPr>
              <w:jc w:val="center"/>
            </w:pPr>
            <w:r w:rsidRPr="000577E9">
              <w:rPr>
                <w:sz w:val="18"/>
              </w:rPr>
              <w:t>44</w:t>
            </w:r>
          </w:p>
        </w:tc>
        <w:tc>
          <w:tcPr>
            <w:tcW w:w="3969" w:type="dxa"/>
            <w:tcMar>
              <w:top w:w="70" w:type="dxa"/>
              <w:left w:w="80" w:type="dxa"/>
              <w:bottom w:w="70" w:type="dxa"/>
              <w:right w:w="80" w:type="dxa"/>
            </w:tcMar>
            <w:vAlign w:val="center"/>
          </w:tcPr>
          <w:p w14:paraId="01874EA4" w14:textId="77777777" w:rsidR="00DE355B" w:rsidRPr="000577E9" w:rsidRDefault="00DE355B">
            <w:pPr>
              <w:jc w:val="center"/>
            </w:pPr>
          </w:p>
        </w:tc>
      </w:tr>
      <w:tr w:rsidR="00DE355B" w:rsidRPr="000577E9" w14:paraId="2878C3AA" w14:textId="77777777">
        <w:trPr>
          <w:cantSplit/>
          <w:jc w:val="center"/>
        </w:trPr>
        <w:tc>
          <w:tcPr>
            <w:tcW w:w="3402" w:type="dxa"/>
            <w:tcMar>
              <w:top w:w="70" w:type="dxa"/>
              <w:left w:w="80" w:type="dxa"/>
              <w:bottom w:w="70" w:type="dxa"/>
              <w:right w:w="80" w:type="dxa"/>
            </w:tcMar>
            <w:vAlign w:val="center"/>
          </w:tcPr>
          <w:p w14:paraId="49F03404" w14:textId="77777777" w:rsidR="00DE355B" w:rsidRPr="000577E9" w:rsidRDefault="00000000">
            <w:pPr>
              <w:jc w:val="center"/>
            </w:pPr>
            <w:r w:rsidRPr="000577E9">
              <w:rPr>
                <w:sz w:val="18"/>
              </w:rPr>
              <w:t>Zonder Bram</w:t>
            </w:r>
          </w:p>
        </w:tc>
        <w:tc>
          <w:tcPr>
            <w:tcW w:w="2268" w:type="dxa"/>
            <w:tcMar>
              <w:top w:w="70" w:type="dxa"/>
              <w:left w:w="80" w:type="dxa"/>
              <w:bottom w:w="70" w:type="dxa"/>
              <w:right w:w="80" w:type="dxa"/>
            </w:tcMar>
            <w:vAlign w:val="center"/>
          </w:tcPr>
          <w:p w14:paraId="1F086A8D" w14:textId="77777777" w:rsidR="00DE355B" w:rsidRPr="000577E9" w:rsidRDefault="00000000">
            <w:pPr>
              <w:jc w:val="center"/>
            </w:pPr>
            <w:r w:rsidRPr="000577E9">
              <w:rPr>
                <w:sz w:val="18"/>
              </w:rPr>
              <w:t>41</w:t>
            </w:r>
          </w:p>
        </w:tc>
        <w:tc>
          <w:tcPr>
            <w:tcW w:w="3969" w:type="dxa"/>
            <w:tcMar>
              <w:top w:w="70" w:type="dxa"/>
              <w:left w:w="80" w:type="dxa"/>
              <w:bottom w:w="70" w:type="dxa"/>
              <w:right w:w="80" w:type="dxa"/>
            </w:tcMar>
            <w:vAlign w:val="center"/>
          </w:tcPr>
          <w:p w14:paraId="20EC68AF" w14:textId="77777777" w:rsidR="00DE355B" w:rsidRPr="000577E9" w:rsidRDefault="00DE355B">
            <w:pPr>
              <w:jc w:val="center"/>
            </w:pPr>
          </w:p>
        </w:tc>
      </w:tr>
      <w:tr w:rsidR="00DE355B" w:rsidRPr="000577E9" w14:paraId="285C6644" w14:textId="77777777">
        <w:trPr>
          <w:cantSplit/>
          <w:jc w:val="center"/>
        </w:trPr>
        <w:tc>
          <w:tcPr>
            <w:tcW w:w="3402" w:type="dxa"/>
            <w:tcMar>
              <w:top w:w="70" w:type="dxa"/>
              <w:left w:w="80" w:type="dxa"/>
              <w:bottom w:w="70" w:type="dxa"/>
              <w:right w:w="80" w:type="dxa"/>
            </w:tcMar>
            <w:vAlign w:val="center"/>
          </w:tcPr>
          <w:p w14:paraId="3BF70C2D" w14:textId="77777777" w:rsidR="00DE355B" w:rsidRPr="000577E9" w:rsidRDefault="00000000">
            <w:pPr>
              <w:jc w:val="center"/>
            </w:pPr>
            <w:r w:rsidRPr="000577E9">
              <w:rPr>
                <w:sz w:val="18"/>
              </w:rPr>
              <w:t>Zonder Cato</w:t>
            </w:r>
          </w:p>
        </w:tc>
        <w:tc>
          <w:tcPr>
            <w:tcW w:w="2268" w:type="dxa"/>
            <w:tcMar>
              <w:top w:w="70" w:type="dxa"/>
              <w:left w:w="80" w:type="dxa"/>
              <w:bottom w:w="70" w:type="dxa"/>
              <w:right w:w="80" w:type="dxa"/>
            </w:tcMar>
            <w:vAlign w:val="center"/>
          </w:tcPr>
          <w:p w14:paraId="0F9AF5C3" w14:textId="77777777" w:rsidR="00DE355B" w:rsidRPr="000577E9" w:rsidRDefault="00000000">
            <w:pPr>
              <w:jc w:val="center"/>
            </w:pPr>
            <w:r w:rsidRPr="000577E9">
              <w:rPr>
                <w:sz w:val="18"/>
              </w:rPr>
              <w:t>45</w:t>
            </w:r>
          </w:p>
        </w:tc>
        <w:tc>
          <w:tcPr>
            <w:tcW w:w="3969" w:type="dxa"/>
            <w:tcMar>
              <w:top w:w="70" w:type="dxa"/>
              <w:left w:w="80" w:type="dxa"/>
              <w:bottom w:w="70" w:type="dxa"/>
              <w:right w:w="80" w:type="dxa"/>
            </w:tcMar>
            <w:vAlign w:val="center"/>
          </w:tcPr>
          <w:p w14:paraId="46D30465" w14:textId="77777777" w:rsidR="00DE355B" w:rsidRPr="000577E9" w:rsidRDefault="00DE355B">
            <w:pPr>
              <w:jc w:val="center"/>
            </w:pPr>
          </w:p>
        </w:tc>
      </w:tr>
      <w:tr w:rsidR="00DE355B" w:rsidRPr="000577E9" w14:paraId="4DFFA42D" w14:textId="77777777">
        <w:trPr>
          <w:cantSplit/>
          <w:jc w:val="center"/>
        </w:trPr>
        <w:tc>
          <w:tcPr>
            <w:tcW w:w="3402" w:type="dxa"/>
            <w:tcMar>
              <w:top w:w="70" w:type="dxa"/>
              <w:left w:w="80" w:type="dxa"/>
              <w:bottom w:w="70" w:type="dxa"/>
              <w:right w:w="80" w:type="dxa"/>
            </w:tcMar>
            <w:vAlign w:val="center"/>
          </w:tcPr>
          <w:p w14:paraId="7BCC14CB" w14:textId="77777777" w:rsidR="00DE355B" w:rsidRPr="000577E9" w:rsidRDefault="00000000">
            <w:pPr>
              <w:jc w:val="center"/>
            </w:pPr>
            <w:r w:rsidRPr="000577E9">
              <w:rPr>
                <w:sz w:val="18"/>
              </w:rPr>
              <w:t>Zonder Daan</w:t>
            </w:r>
          </w:p>
        </w:tc>
        <w:tc>
          <w:tcPr>
            <w:tcW w:w="2268" w:type="dxa"/>
            <w:tcMar>
              <w:top w:w="70" w:type="dxa"/>
              <w:left w:w="80" w:type="dxa"/>
              <w:bottom w:w="70" w:type="dxa"/>
              <w:right w:w="80" w:type="dxa"/>
            </w:tcMar>
            <w:vAlign w:val="center"/>
          </w:tcPr>
          <w:p w14:paraId="5F46A4A2" w14:textId="77777777" w:rsidR="00DE355B" w:rsidRPr="000577E9" w:rsidRDefault="00000000">
            <w:pPr>
              <w:jc w:val="center"/>
            </w:pPr>
            <w:r w:rsidRPr="000577E9">
              <w:rPr>
                <w:sz w:val="18"/>
              </w:rPr>
              <w:t>39</w:t>
            </w:r>
          </w:p>
        </w:tc>
        <w:tc>
          <w:tcPr>
            <w:tcW w:w="3969" w:type="dxa"/>
            <w:tcMar>
              <w:top w:w="70" w:type="dxa"/>
              <w:left w:w="80" w:type="dxa"/>
              <w:bottom w:w="70" w:type="dxa"/>
              <w:right w:w="80" w:type="dxa"/>
            </w:tcMar>
            <w:vAlign w:val="center"/>
          </w:tcPr>
          <w:p w14:paraId="3426C27A" w14:textId="77777777" w:rsidR="00DE355B" w:rsidRPr="000577E9" w:rsidRDefault="00DE355B">
            <w:pPr>
              <w:jc w:val="center"/>
            </w:pPr>
          </w:p>
        </w:tc>
      </w:tr>
      <w:tr w:rsidR="00DE355B" w:rsidRPr="000577E9" w14:paraId="5CB14FA7" w14:textId="77777777">
        <w:trPr>
          <w:cantSplit/>
          <w:jc w:val="center"/>
        </w:trPr>
        <w:tc>
          <w:tcPr>
            <w:tcW w:w="3402" w:type="dxa"/>
            <w:tcMar>
              <w:top w:w="70" w:type="dxa"/>
              <w:left w:w="80" w:type="dxa"/>
              <w:bottom w:w="70" w:type="dxa"/>
              <w:right w:w="80" w:type="dxa"/>
            </w:tcMar>
            <w:vAlign w:val="center"/>
          </w:tcPr>
          <w:p w14:paraId="634A34BA" w14:textId="77777777" w:rsidR="00DE355B" w:rsidRPr="000577E9" w:rsidRDefault="00000000">
            <w:pPr>
              <w:jc w:val="center"/>
            </w:pPr>
            <w:r w:rsidRPr="000577E9">
              <w:rPr>
                <w:sz w:val="18"/>
              </w:rPr>
              <w:t>Zonder Elif</w:t>
            </w:r>
          </w:p>
        </w:tc>
        <w:tc>
          <w:tcPr>
            <w:tcW w:w="2268" w:type="dxa"/>
            <w:tcMar>
              <w:top w:w="70" w:type="dxa"/>
              <w:left w:w="80" w:type="dxa"/>
              <w:bottom w:w="70" w:type="dxa"/>
              <w:right w:w="80" w:type="dxa"/>
            </w:tcMar>
            <w:vAlign w:val="center"/>
          </w:tcPr>
          <w:p w14:paraId="30D5B05E" w14:textId="77777777" w:rsidR="00DE355B" w:rsidRPr="000577E9" w:rsidRDefault="00000000">
            <w:pPr>
              <w:jc w:val="center"/>
            </w:pPr>
            <w:r w:rsidRPr="000577E9">
              <w:rPr>
                <w:sz w:val="18"/>
              </w:rPr>
              <w:t>43</w:t>
            </w:r>
          </w:p>
        </w:tc>
        <w:tc>
          <w:tcPr>
            <w:tcW w:w="3969" w:type="dxa"/>
            <w:tcMar>
              <w:top w:w="70" w:type="dxa"/>
              <w:left w:w="80" w:type="dxa"/>
              <w:bottom w:w="70" w:type="dxa"/>
              <w:right w:w="80" w:type="dxa"/>
            </w:tcMar>
            <w:vAlign w:val="center"/>
          </w:tcPr>
          <w:p w14:paraId="10DBD61A" w14:textId="77777777" w:rsidR="00DE355B" w:rsidRPr="000577E9" w:rsidRDefault="00DE355B">
            <w:pPr>
              <w:jc w:val="center"/>
            </w:pPr>
          </w:p>
        </w:tc>
      </w:tr>
    </w:tbl>
    <w:tbl>
      <w:tblPr>
        <w:tblW w:w="0" w:type="auto"/>
        <w:jc w:val="center"/>
        <w:tblLayout w:type="fixed"/>
        <w:tblLook w:val="04A0" w:firstRow="1" w:lastRow="0" w:firstColumn="1" w:lastColumn="0" w:noHBand="0" w:noVBand="1"/>
      </w:tblPr>
      <w:tblGrid>
        <w:gridCol w:w="9921"/>
      </w:tblGrid>
      <w:tr w:rsidR="00DE355B" w:rsidRPr="000577E9" w14:paraId="37A3E8C7"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194999F4" w14:textId="77777777" w:rsidR="00DE355B" w:rsidRPr="000577E9" w:rsidRDefault="00000000">
            <w:pPr>
              <w:rPr>
                <w:lang w:val="nl-NL"/>
              </w:rPr>
            </w:pPr>
            <w:r w:rsidRPr="000577E9">
              <w:rPr>
                <w:b/>
                <w:sz w:val="22"/>
                <w:lang w:val="nl-NL"/>
              </w:rPr>
              <w:t>Redenering</w:t>
            </w:r>
            <w:r w:rsidRPr="000577E9">
              <w:rPr>
                <w:b/>
                <w:sz w:val="22"/>
                <w:lang w:val="nl-NL"/>
              </w:rPr>
              <w:br/>
            </w:r>
            <w:r w:rsidRPr="000577E9">
              <w:rPr>
                <w:lang w:val="nl-NL"/>
              </w:rPr>
              <w:t>Een groter verlies betekent dat de afwezigheid van die persoon meer effect heeft op het gezamenlijke resultaat. Dit zegt niet dat één persoon “beter” is; het laat alleen een andere manier zien om bijdrage zichtbaar te maken.</w:t>
            </w:r>
          </w:p>
        </w:tc>
      </w:tr>
    </w:tbl>
    <w:p w14:paraId="2625EA8B" w14:textId="77777777" w:rsidR="00DE355B" w:rsidRPr="000577E9" w:rsidRDefault="00DE355B">
      <w:pPr>
        <w:spacing w:after="0"/>
        <w:rPr>
          <w:lang w:val="nl-NL"/>
        </w:rPr>
      </w:pPr>
    </w:p>
    <w:p w14:paraId="17A39E94" w14:textId="77777777" w:rsidR="00DE355B" w:rsidRPr="000577E9" w:rsidRDefault="00000000">
      <w:r w:rsidRPr="000577E9">
        <w:rPr>
          <w:b/>
          <w:lang w:val="nl-NL"/>
        </w:rPr>
        <w:t xml:space="preserve">CODE-OPDRACHT: </w:t>
      </w:r>
      <w:r w:rsidRPr="000577E9">
        <w:rPr>
          <w:lang w:val="nl-NL"/>
        </w:rPr>
        <w:t xml:space="preserve">Bereken alle verliezen. Trek het kleinste verlies af van het grootste verlies. </w:t>
      </w:r>
      <w:r w:rsidRPr="000577E9">
        <w:t xml:space="preserve">Het </w:t>
      </w:r>
      <w:proofErr w:type="spellStart"/>
      <w:r w:rsidRPr="000577E9">
        <w:t>verschil</w:t>
      </w:r>
      <w:proofErr w:type="spellEnd"/>
      <w:r w:rsidRPr="000577E9">
        <w:t xml:space="preserve"> is het vierde codecijfer.</w:t>
      </w:r>
    </w:p>
    <w:p w14:paraId="7B076390" w14:textId="77777777" w:rsidR="00DE355B" w:rsidRPr="000577E9" w:rsidRDefault="00000000">
      <w:pPr>
        <w:spacing w:after="40"/>
      </w:pPr>
      <w:r w:rsidRPr="000577E9">
        <w:rPr>
          <w:sz w:val="16"/>
        </w:rPr>
        <w:t>________________________________________________________________________________</w:t>
      </w:r>
    </w:p>
    <w:p w14:paraId="6583764F" w14:textId="77777777" w:rsidR="00DE355B" w:rsidRPr="000577E9" w:rsidRDefault="00000000">
      <w:pPr>
        <w:spacing w:after="40"/>
      </w:pPr>
      <w:r w:rsidRPr="000577E9">
        <w:rPr>
          <w:sz w:val="16"/>
        </w:rPr>
        <w:t>________________________________________________________________________________</w:t>
      </w:r>
    </w:p>
    <w:p w14:paraId="7F5E9D38" w14:textId="77777777" w:rsidR="00DE355B" w:rsidRPr="000577E9" w:rsidRDefault="00000000">
      <w:pPr>
        <w:spacing w:after="40"/>
      </w:pPr>
      <w:r w:rsidRPr="000577E9">
        <w:rPr>
          <w:sz w:val="16"/>
        </w:rPr>
        <w:t>________________________________________________________________________________</w:t>
      </w:r>
    </w:p>
    <w:p w14:paraId="6BC27C74" w14:textId="77777777" w:rsidR="00DE355B" w:rsidRPr="000577E9" w:rsidRDefault="00000000">
      <w:pPr>
        <w:spacing w:before="160"/>
        <w:jc w:val="center"/>
      </w:pPr>
      <w:r w:rsidRPr="000577E9">
        <w:rPr>
          <w:b/>
          <w:sz w:val="30"/>
        </w:rPr>
        <w:t>Codecijfer dossier 4:  ____</w:t>
      </w:r>
    </w:p>
    <w:p w14:paraId="1F2D6BF3" w14:textId="77777777" w:rsidR="00DE355B" w:rsidRPr="000577E9" w:rsidRDefault="00000000">
      <w:r w:rsidRPr="000577E9">
        <w:br w:type="page"/>
      </w:r>
    </w:p>
    <w:tbl>
      <w:tblPr>
        <w:tblW w:w="0" w:type="auto"/>
        <w:jc w:val="center"/>
        <w:tblLayout w:type="fixed"/>
        <w:tblLook w:val="04A0" w:firstRow="1" w:lastRow="0" w:firstColumn="1" w:lastColumn="0" w:noHBand="0" w:noVBand="1"/>
      </w:tblPr>
      <w:tblGrid>
        <w:gridCol w:w="10091"/>
      </w:tblGrid>
      <w:tr w:rsidR="00DE355B" w:rsidRPr="000577E9" w14:paraId="1DD4CB57"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2C92FBDB" w14:textId="77777777" w:rsidR="00DE355B" w:rsidRPr="000577E9" w:rsidRDefault="00000000">
            <w:pPr>
              <w:jc w:val="center"/>
            </w:pPr>
            <w:r w:rsidRPr="000577E9">
              <w:rPr>
                <w:b/>
              </w:rPr>
              <w:lastRenderedPageBreak/>
              <w:t>NIVEAU 3 - HINTS EN EINDCONTROLE</w:t>
            </w:r>
          </w:p>
        </w:tc>
      </w:tr>
    </w:tbl>
    <w:p w14:paraId="078986BA" w14:textId="77777777" w:rsidR="00DE355B" w:rsidRPr="000577E9" w:rsidRDefault="00000000">
      <w:pPr>
        <w:pStyle w:val="Kop1"/>
        <w:rPr>
          <w:color w:val="auto"/>
        </w:rPr>
      </w:pPr>
      <w:r w:rsidRPr="000577E9">
        <w:rPr>
          <w:color w:val="auto"/>
        </w:rPr>
        <w:t>HINTKAARTJES - NIVEAU 3</w:t>
      </w:r>
    </w:p>
    <w:p w14:paraId="420230F0" w14:textId="77777777" w:rsidR="00DE355B" w:rsidRPr="000577E9" w:rsidRDefault="00000000">
      <w:pPr>
        <w:rPr>
          <w:lang w:val="nl-NL"/>
        </w:rPr>
      </w:pPr>
      <w:r w:rsidRPr="000577E9">
        <w:rPr>
          <w:i/>
          <w:sz w:val="18"/>
          <w:lang w:val="nl-NL"/>
        </w:rPr>
        <w:t>Knip uit en leg omgekeerd neer. Een groep mag maximaal twee hints per dossier gebruiken.</w:t>
      </w:r>
    </w:p>
    <w:tbl>
      <w:tblPr>
        <w:tblW w:w="0" w:type="auto"/>
        <w:jc w:val="center"/>
        <w:tblLayout w:type="fixed"/>
        <w:tblLook w:val="04A0" w:firstRow="1" w:lastRow="0" w:firstColumn="1" w:lastColumn="0" w:noHBand="0" w:noVBand="1"/>
      </w:tblPr>
      <w:tblGrid>
        <w:gridCol w:w="4876"/>
        <w:gridCol w:w="4876"/>
      </w:tblGrid>
      <w:tr w:rsidR="00DE355B" w:rsidRPr="000577E9" w14:paraId="157FAC1A"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691C36D6" w14:textId="77777777" w:rsidR="00DE355B" w:rsidRPr="000577E9" w:rsidRDefault="00000000">
            <w:pPr>
              <w:rPr>
                <w:lang w:val="nl-NL"/>
              </w:rPr>
            </w:pPr>
            <w:r w:rsidRPr="000577E9">
              <w:rPr>
                <w:b/>
                <w:sz w:val="22"/>
                <w:lang w:val="nl-NL"/>
              </w:rPr>
              <w:t>D1 - HINT 1</w:t>
            </w:r>
          </w:p>
          <w:p w14:paraId="7A708CCD" w14:textId="77777777" w:rsidR="00DE355B" w:rsidRPr="000577E9" w:rsidRDefault="00000000">
            <w:pPr>
              <w:pStyle w:val="Cardtext"/>
              <w:rPr>
                <w:lang w:val="nl-NL"/>
              </w:rPr>
            </w:pPr>
            <w:r w:rsidRPr="000577E9">
              <w:rPr>
                <w:lang w:val="nl-NL"/>
              </w:rPr>
              <w:t>Doe alsof elke uitspraak om de beurt de onware uitspraak is. Kijk of de overige acht samen één geldige volgorde kunnen opleveren.</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4AD6853D" w14:textId="77777777" w:rsidR="00DE355B" w:rsidRPr="000577E9" w:rsidRDefault="00000000">
            <w:pPr>
              <w:rPr>
                <w:lang w:val="nl-NL"/>
              </w:rPr>
            </w:pPr>
            <w:r w:rsidRPr="000577E9">
              <w:rPr>
                <w:b/>
                <w:sz w:val="22"/>
                <w:lang w:val="nl-NL"/>
              </w:rPr>
              <w:t>D1 - HINT 2</w:t>
            </w:r>
          </w:p>
          <w:p w14:paraId="22C25D3D" w14:textId="77777777" w:rsidR="00DE355B" w:rsidRPr="000577E9" w:rsidRDefault="00000000">
            <w:pPr>
              <w:pStyle w:val="Cardtext"/>
              <w:rPr>
                <w:lang w:val="nl-NL"/>
              </w:rPr>
            </w:pPr>
            <w:r w:rsidRPr="000577E9">
              <w:rPr>
                <w:lang w:val="nl-NL"/>
              </w:rPr>
              <w:t xml:space="preserve">Uitspraken 4, 5 en 9 samen leggen </w:t>
            </w:r>
            <w:proofErr w:type="spellStart"/>
            <w:r w:rsidRPr="000577E9">
              <w:rPr>
                <w:lang w:val="nl-NL"/>
              </w:rPr>
              <w:t>Rayan</w:t>
            </w:r>
            <w:proofErr w:type="spellEnd"/>
            <w:r w:rsidRPr="000577E9">
              <w:rPr>
                <w:lang w:val="nl-NL"/>
              </w:rPr>
              <w:t xml:space="preserve"> en Puck aan de rechterkant vast als die drie waar zijn.</w:t>
            </w:r>
          </w:p>
        </w:tc>
      </w:tr>
      <w:tr w:rsidR="00DE355B" w:rsidRPr="000577E9" w14:paraId="55635C97"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5DFA2B19" w14:textId="77777777" w:rsidR="00DE355B" w:rsidRPr="000577E9" w:rsidRDefault="00000000">
            <w:pPr>
              <w:rPr>
                <w:lang w:val="nl-NL"/>
              </w:rPr>
            </w:pPr>
            <w:r w:rsidRPr="000577E9">
              <w:rPr>
                <w:b/>
                <w:sz w:val="22"/>
                <w:lang w:val="nl-NL"/>
              </w:rPr>
              <w:t>D2 - HINT 1</w:t>
            </w:r>
          </w:p>
          <w:p w14:paraId="61544D20" w14:textId="77777777" w:rsidR="00DE355B" w:rsidRPr="000577E9" w:rsidRDefault="00000000">
            <w:pPr>
              <w:pStyle w:val="Cardtext"/>
              <w:rPr>
                <w:lang w:val="nl-NL"/>
              </w:rPr>
            </w:pPr>
            <w:r w:rsidRPr="000577E9">
              <w:rPr>
                <w:lang w:val="nl-NL"/>
              </w:rPr>
              <w:t>Gebruik pogingen 3, 4 en 5 eerst. Bij elk daarvan zou precies één cijfer op exact de juiste plek staan en geen enkel ander cijfer in de code voorkomen - tenzij juist die regel fout is.</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7A1FA5CE" w14:textId="77777777" w:rsidR="00DE355B" w:rsidRPr="000577E9" w:rsidRDefault="00000000">
            <w:pPr>
              <w:rPr>
                <w:lang w:val="nl-NL"/>
              </w:rPr>
            </w:pPr>
            <w:r w:rsidRPr="000577E9">
              <w:rPr>
                <w:b/>
                <w:sz w:val="22"/>
                <w:lang w:val="nl-NL"/>
              </w:rPr>
              <w:t>D2 - HINT 2</w:t>
            </w:r>
          </w:p>
          <w:p w14:paraId="2B28C03B" w14:textId="77777777" w:rsidR="00DE355B" w:rsidRPr="000577E9" w:rsidRDefault="00000000">
            <w:pPr>
              <w:pStyle w:val="Cardtext"/>
              <w:rPr>
                <w:lang w:val="nl-NL"/>
              </w:rPr>
            </w:pPr>
            <w:r w:rsidRPr="000577E9">
              <w:rPr>
                <w:lang w:val="nl-NL"/>
              </w:rPr>
              <w:t>Test de mogelijkheid dat regel 2 onbetrouwbaar is. Kun je met de andere vier regels één unieke code bouwen? Controleer daarna wat de echte feedback bij poging 2 zou moeten zijn.</w:t>
            </w:r>
          </w:p>
        </w:tc>
      </w:tr>
      <w:tr w:rsidR="00DE355B" w:rsidRPr="000577E9" w14:paraId="26EF18A2"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5FE3FFCB" w14:textId="77777777" w:rsidR="00DE355B" w:rsidRPr="000577E9" w:rsidRDefault="00000000">
            <w:pPr>
              <w:rPr>
                <w:lang w:val="nl-NL"/>
              </w:rPr>
            </w:pPr>
            <w:r w:rsidRPr="000577E9">
              <w:rPr>
                <w:b/>
                <w:sz w:val="22"/>
                <w:lang w:val="nl-NL"/>
              </w:rPr>
              <w:t>D3 - HINT 1</w:t>
            </w:r>
          </w:p>
          <w:p w14:paraId="48D90103" w14:textId="77777777" w:rsidR="00DE355B" w:rsidRPr="000577E9" w:rsidRDefault="00000000">
            <w:pPr>
              <w:pStyle w:val="Cardtext"/>
              <w:rPr>
                <w:lang w:val="nl-NL"/>
              </w:rPr>
            </w:pPr>
            <w:r w:rsidRPr="000577E9">
              <w:rPr>
                <w:lang w:val="nl-NL"/>
              </w:rPr>
              <w:t>Teken eerst alle knooppunten S, A, B, C, D, E en F. Voeg daarna kaart voor kaart de pijlen toe.</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4808AA01" w14:textId="77777777" w:rsidR="00DE355B" w:rsidRPr="000577E9" w:rsidRDefault="00000000">
            <w:pPr>
              <w:rPr>
                <w:lang w:val="nl-NL"/>
              </w:rPr>
            </w:pPr>
            <w:r w:rsidRPr="000577E9">
              <w:rPr>
                <w:b/>
                <w:sz w:val="22"/>
                <w:lang w:val="nl-NL"/>
              </w:rPr>
              <w:t>D3 - HINT 2</w:t>
            </w:r>
          </w:p>
          <w:p w14:paraId="0F6EC102" w14:textId="77777777" w:rsidR="00DE355B" w:rsidRPr="000577E9" w:rsidRDefault="00000000">
            <w:pPr>
              <w:pStyle w:val="Cardtext"/>
              <w:rPr>
                <w:lang w:val="nl-NL"/>
              </w:rPr>
            </w:pPr>
            <w:r w:rsidRPr="000577E9">
              <w:rPr>
                <w:lang w:val="nl-NL"/>
              </w:rPr>
              <w:t>Bereken vanaf S de goedkoopste bekende reistijd naar elk tussenpunt. Soms is een omweg via B goedkoper dan rechtstreeks naar A.</w:t>
            </w:r>
          </w:p>
        </w:tc>
      </w:tr>
      <w:tr w:rsidR="00DE355B" w:rsidRPr="000577E9" w14:paraId="4F291CB9" w14:textId="77777777">
        <w:trPr>
          <w:cantSplit/>
          <w:jc w:val="center"/>
        </w:trPr>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3D90CD74" w14:textId="77777777" w:rsidR="00DE355B" w:rsidRPr="000577E9" w:rsidRDefault="00000000">
            <w:pPr>
              <w:rPr>
                <w:lang w:val="nl-NL"/>
              </w:rPr>
            </w:pPr>
            <w:r w:rsidRPr="000577E9">
              <w:rPr>
                <w:b/>
                <w:sz w:val="22"/>
                <w:lang w:val="nl-NL"/>
              </w:rPr>
              <w:t>D4 - HINT 1</w:t>
            </w:r>
          </w:p>
          <w:p w14:paraId="7726A35E" w14:textId="77777777" w:rsidR="00DE355B" w:rsidRPr="000577E9" w:rsidRDefault="00000000">
            <w:pPr>
              <w:pStyle w:val="Cardtext"/>
              <w:rPr>
                <w:lang w:val="nl-NL"/>
              </w:rPr>
            </w:pPr>
            <w:r w:rsidRPr="000577E9">
              <w:rPr>
                <w:lang w:val="nl-NL"/>
              </w:rPr>
              <w:t>Verlies = 50 min de projectscore zonder die leerling.</w:t>
            </w:r>
          </w:p>
        </w:tc>
        <w:tc>
          <w:tcPr>
            <w:tcW w:w="4876" w:type="dxa"/>
            <w:tcBorders>
              <w:top w:val="dashed" w:sz="10" w:space="0" w:color="666666"/>
              <w:left w:val="dashed" w:sz="10" w:space="0" w:color="666666"/>
              <w:bottom w:val="dashed" w:sz="10" w:space="0" w:color="666666"/>
              <w:right w:val="dashed" w:sz="10" w:space="0" w:color="666666"/>
            </w:tcBorders>
            <w:tcMar>
              <w:top w:w="130" w:type="dxa"/>
              <w:left w:w="130" w:type="dxa"/>
              <w:bottom w:w="130" w:type="dxa"/>
              <w:right w:w="130" w:type="dxa"/>
            </w:tcMar>
          </w:tcPr>
          <w:p w14:paraId="20565140" w14:textId="77777777" w:rsidR="00DE355B" w:rsidRPr="000577E9" w:rsidRDefault="00000000">
            <w:pPr>
              <w:rPr>
                <w:lang w:val="nl-NL"/>
              </w:rPr>
            </w:pPr>
            <w:r w:rsidRPr="000577E9">
              <w:rPr>
                <w:b/>
                <w:sz w:val="22"/>
                <w:lang w:val="nl-NL"/>
              </w:rPr>
              <w:t>D4 - HINT 2</w:t>
            </w:r>
          </w:p>
          <w:p w14:paraId="2A77C0B8" w14:textId="77777777" w:rsidR="00DE355B" w:rsidRPr="000577E9" w:rsidRDefault="00000000">
            <w:pPr>
              <w:pStyle w:val="Cardtext"/>
              <w:rPr>
                <w:lang w:val="nl-NL"/>
              </w:rPr>
            </w:pPr>
            <w:r w:rsidRPr="000577E9">
              <w:rPr>
                <w:lang w:val="nl-NL"/>
              </w:rPr>
              <w:t>Je zoekt daarna niet het grootste verlies zelf, maar: grootste verlies min kleinste verlies.</w:t>
            </w:r>
          </w:p>
        </w:tc>
      </w:tr>
    </w:tbl>
    <w:p w14:paraId="773FC2CA" w14:textId="77777777" w:rsidR="00DE355B" w:rsidRPr="000577E9" w:rsidRDefault="00000000">
      <w:pPr>
        <w:rPr>
          <w:lang w:val="nl-NL"/>
        </w:rPr>
      </w:pPr>
      <w:r w:rsidRPr="000577E9">
        <w:rPr>
          <w:lang w:val="nl-NL"/>
        </w:rPr>
        <w:br/>
      </w:r>
    </w:p>
    <w:tbl>
      <w:tblPr>
        <w:tblW w:w="0" w:type="auto"/>
        <w:jc w:val="center"/>
        <w:tblLayout w:type="fixed"/>
        <w:tblLook w:val="04A0" w:firstRow="1" w:lastRow="0" w:firstColumn="1" w:lastColumn="0" w:noHBand="0" w:noVBand="1"/>
      </w:tblPr>
      <w:tblGrid>
        <w:gridCol w:w="4819"/>
        <w:gridCol w:w="4819"/>
      </w:tblGrid>
      <w:tr w:rsidR="00DE355B" w:rsidRPr="000577E9" w14:paraId="1DCDB470" w14:textId="77777777">
        <w:trPr>
          <w:jc w:val="center"/>
        </w:trPr>
        <w:tc>
          <w:tcPr>
            <w:tcW w:w="4819" w:type="dxa"/>
            <w:tcBorders>
              <w:top w:val="dashed" w:sz="10" w:space="0" w:color="666666"/>
              <w:left w:val="dashed" w:sz="10" w:space="0" w:color="666666"/>
              <w:bottom w:val="dashed" w:sz="10" w:space="0" w:color="666666"/>
              <w:right w:val="dashed" w:sz="10" w:space="0" w:color="666666"/>
            </w:tcBorders>
            <w:tcMar>
              <w:top w:w="180" w:type="dxa"/>
              <w:left w:w="160" w:type="dxa"/>
              <w:bottom w:w="180" w:type="dxa"/>
              <w:right w:w="160" w:type="dxa"/>
            </w:tcMar>
          </w:tcPr>
          <w:p w14:paraId="6420BA90" w14:textId="77777777" w:rsidR="00DE355B" w:rsidRPr="000577E9" w:rsidRDefault="00000000">
            <w:pPr>
              <w:jc w:val="center"/>
              <w:rPr>
                <w:lang w:val="nl-NL"/>
              </w:rPr>
            </w:pPr>
            <w:r w:rsidRPr="000577E9">
              <w:rPr>
                <w:b/>
                <w:lang w:val="nl-NL"/>
              </w:rPr>
              <w:t>ZELFCONTROLE - NIVEAU 3</w:t>
            </w:r>
            <w:r w:rsidRPr="000577E9">
              <w:rPr>
                <w:b/>
                <w:lang w:val="nl-NL"/>
              </w:rPr>
              <w:br/>
            </w:r>
            <w:r w:rsidRPr="000577E9">
              <w:rPr>
                <w:b/>
                <w:lang w:val="nl-NL"/>
              </w:rPr>
              <w:br/>
              <w:t>Vouw dubbel en open pas na dossier 4.</w:t>
            </w:r>
          </w:p>
          <w:p w14:paraId="56A217D4" w14:textId="77777777" w:rsidR="00DE355B" w:rsidRPr="000577E9" w:rsidRDefault="00000000">
            <w:pPr>
              <w:jc w:val="center"/>
            </w:pPr>
            <w:r w:rsidRPr="000577E9">
              <w:rPr>
                <w:lang w:val="nl-NL"/>
              </w:rPr>
              <w:br/>
              <w:t>- - - VOUWLIJN - - -</w:t>
            </w:r>
            <w:r w:rsidRPr="000577E9">
              <w:rPr>
                <w:lang w:val="nl-NL"/>
              </w:rPr>
              <w:br/>
            </w:r>
            <w:r w:rsidRPr="000577E9">
              <w:rPr>
                <w:lang w:val="nl-NL"/>
              </w:rPr>
              <w:br/>
              <w:t>BINNENKANT</w:t>
            </w:r>
            <w:r w:rsidRPr="000577E9">
              <w:rPr>
                <w:lang w:val="nl-NL"/>
              </w:rPr>
              <w:br/>
            </w:r>
            <w:r w:rsidRPr="000577E9">
              <w:rPr>
                <w:lang w:val="nl-NL"/>
              </w:rPr>
              <w:br/>
              <w:t>De juiste eindcode is:</w:t>
            </w:r>
            <w:r w:rsidRPr="000577E9">
              <w:rPr>
                <w:lang w:val="nl-NL"/>
              </w:rPr>
              <w:br/>
            </w:r>
            <w:r w:rsidRPr="000577E9">
              <w:rPr>
                <w:lang w:val="nl-NL"/>
              </w:rPr>
              <w:br/>
              <w:t>8 - 2 - 4 - 6</w:t>
            </w:r>
            <w:r w:rsidRPr="000577E9">
              <w:rPr>
                <w:lang w:val="nl-NL"/>
              </w:rPr>
              <w:br/>
            </w:r>
            <w:r w:rsidRPr="000577E9">
              <w:rPr>
                <w:lang w:val="nl-NL"/>
              </w:rPr>
              <w:br/>
              <w:t xml:space="preserve">Klopt jullie code? </w:t>
            </w:r>
            <w:r w:rsidRPr="000577E9">
              <w:t xml:space="preserve">Ga dan </w:t>
            </w:r>
            <w:proofErr w:type="spellStart"/>
            <w:r w:rsidRPr="000577E9">
              <w:t>naar</w:t>
            </w:r>
            <w:proofErr w:type="spellEnd"/>
            <w:r w:rsidRPr="000577E9">
              <w:t xml:space="preserve"> de eindvraag.</w:t>
            </w:r>
          </w:p>
        </w:tc>
        <w:tc>
          <w:tcPr>
            <w:tcW w:w="4819" w:type="dxa"/>
            <w:tcBorders>
              <w:top w:val="dashed" w:sz="10" w:space="0" w:color="666666"/>
              <w:left w:val="dashed" w:sz="10" w:space="0" w:color="666666"/>
              <w:bottom w:val="dashed" w:sz="10" w:space="0" w:color="666666"/>
              <w:right w:val="dashed" w:sz="10" w:space="0" w:color="666666"/>
            </w:tcBorders>
            <w:tcMar>
              <w:top w:w="180" w:type="dxa"/>
              <w:left w:w="160" w:type="dxa"/>
              <w:bottom w:w="180" w:type="dxa"/>
              <w:right w:w="160" w:type="dxa"/>
            </w:tcMar>
          </w:tcPr>
          <w:p w14:paraId="237900FA" w14:textId="77777777" w:rsidR="00DE355B" w:rsidRPr="000577E9" w:rsidRDefault="00000000">
            <w:pPr>
              <w:jc w:val="center"/>
              <w:rPr>
                <w:lang w:val="nl-NL"/>
              </w:rPr>
            </w:pPr>
            <w:r w:rsidRPr="000577E9">
              <w:rPr>
                <w:b/>
                <w:lang w:val="nl-NL"/>
              </w:rPr>
              <w:t>EINDVRAAG</w:t>
            </w:r>
            <w:r w:rsidRPr="000577E9">
              <w:rPr>
                <w:b/>
                <w:lang w:val="nl-NL"/>
              </w:rPr>
              <w:br/>
            </w:r>
            <w:r w:rsidRPr="000577E9">
              <w:rPr>
                <w:b/>
                <w:lang w:val="nl-NL"/>
              </w:rPr>
              <w:br/>
              <w:t>Vouw dubbel en open pas na dossier 4.</w:t>
            </w:r>
          </w:p>
          <w:p w14:paraId="74272BF1" w14:textId="77777777" w:rsidR="00DE355B" w:rsidRPr="000577E9" w:rsidRDefault="00000000">
            <w:pPr>
              <w:jc w:val="center"/>
              <w:rPr>
                <w:lang w:val="nl-NL"/>
              </w:rPr>
            </w:pPr>
            <w:r w:rsidRPr="000577E9">
              <w:rPr>
                <w:lang w:val="nl-NL"/>
              </w:rPr>
              <w:br/>
              <w:t>- - - VOUWLIJN - - -</w:t>
            </w:r>
            <w:r w:rsidRPr="000577E9">
              <w:rPr>
                <w:lang w:val="nl-NL"/>
              </w:rPr>
              <w:br/>
            </w:r>
            <w:r w:rsidRPr="000577E9">
              <w:rPr>
                <w:lang w:val="nl-NL"/>
              </w:rPr>
              <w:br/>
              <w:t>Welke informatie of bijdrage bleek pas waardevol toen jullie die misten of moesten combineren? Leg uit wat dit zegt over samenwerken in een mentorgroep.</w:t>
            </w:r>
          </w:p>
        </w:tc>
      </w:tr>
    </w:tbl>
    <w:p w14:paraId="778FF823" w14:textId="77777777" w:rsidR="00DE355B" w:rsidRPr="000577E9" w:rsidRDefault="00000000">
      <w:pPr>
        <w:rPr>
          <w:lang w:val="nl-NL"/>
        </w:rPr>
      </w:pPr>
      <w:r w:rsidRPr="000577E9">
        <w:rPr>
          <w:lang w:val="nl-NL"/>
        </w:rPr>
        <w:br w:type="page"/>
      </w:r>
    </w:p>
    <w:tbl>
      <w:tblPr>
        <w:tblW w:w="0" w:type="auto"/>
        <w:jc w:val="center"/>
        <w:tblLayout w:type="fixed"/>
        <w:tblLook w:val="04A0" w:firstRow="1" w:lastRow="0" w:firstColumn="1" w:lastColumn="0" w:noHBand="0" w:noVBand="1"/>
      </w:tblPr>
      <w:tblGrid>
        <w:gridCol w:w="10091"/>
      </w:tblGrid>
      <w:tr w:rsidR="00DE355B" w:rsidRPr="000577E9" w14:paraId="57A4ED03"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692F538B" w14:textId="77777777" w:rsidR="00DE355B" w:rsidRPr="000577E9" w:rsidRDefault="00000000">
            <w:pPr>
              <w:jc w:val="center"/>
            </w:pPr>
            <w:r w:rsidRPr="000577E9">
              <w:rPr>
                <w:b/>
              </w:rPr>
              <w:lastRenderedPageBreak/>
              <w:t>ALLEEN VOOR DE DOCENT</w:t>
            </w:r>
          </w:p>
        </w:tc>
      </w:tr>
    </w:tbl>
    <w:p w14:paraId="6D256D0B" w14:textId="77777777" w:rsidR="00DE355B" w:rsidRPr="000577E9" w:rsidRDefault="00000000">
      <w:pPr>
        <w:pStyle w:val="Kop1"/>
        <w:rPr>
          <w:color w:val="auto"/>
        </w:rPr>
      </w:pPr>
      <w:r w:rsidRPr="000577E9">
        <w:rPr>
          <w:color w:val="auto"/>
        </w:rPr>
        <w:t>ANTWOORDMODEL - NIVEAU 1</w:t>
      </w:r>
    </w:p>
    <w:p w14:paraId="4FD540D9" w14:textId="77777777" w:rsidR="00DE355B" w:rsidRPr="000577E9" w:rsidRDefault="00000000">
      <w:pPr>
        <w:pStyle w:val="Kop2"/>
        <w:rPr>
          <w:color w:val="auto"/>
        </w:rPr>
      </w:pPr>
      <w:r w:rsidRPr="000577E9">
        <w:rPr>
          <w:color w:val="auto"/>
        </w:rPr>
        <w:t>Dossier 1</w:t>
      </w:r>
    </w:p>
    <w:p w14:paraId="4325966E" w14:textId="77777777" w:rsidR="00DE355B" w:rsidRPr="000577E9" w:rsidRDefault="00000000">
      <w:pPr>
        <w:rPr>
          <w:lang w:val="nl-NL"/>
        </w:rPr>
      </w:pPr>
      <w:r w:rsidRPr="000577E9">
        <w:rPr>
          <w:lang w:val="nl-NL"/>
        </w:rPr>
        <w:t>Volgorde: Ayla - Dani - Noor - Celine - Bram. Noor zit op plaats 3. Codecijfer: 3.</w:t>
      </w:r>
    </w:p>
    <w:p w14:paraId="1408CC63" w14:textId="77777777" w:rsidR="00DE355B" w:rsidRPr="000577E9" w:rsidRDefault="00000000">
      <w:pPr>
        <w:pStyle w:val="Kop2"/>
        <w:rPr>
          <w:color w:val="auto"/>
          <w:lang w:val="nl-NL"/>
        </w:rPr>
      </w:pPr>
      <w:r w:rsidRPr="000577E9">
        <w:rPr>
          <w:color w:val="auto"/>
          <w:lang w:val="nl-NL"/>
        </w:rPr>
        <w:t>Dossier 2</w:t>
      </w:r>
    </w:p>
    <w:p w14:paraId="30959DF3" w14:textId="77777777" w:rsidR="00DE355B" w:rsidRPr="000577E9" w:rsidRDefault="00000000">
      <w:pPr>
        <w:rPr>
          <w:lang w:val="nl-NL"/>
        </w:rPr>
      </w:pPr>
      <w:r w:rsidRPr="000577E9">
        <w:rPr>
          <w:lang w:val="nl-NL"/>
        </w:rPr>
        <w:t>De driecijferige code is 581. Controle: bij 152 zijn 1 en 5 goed maar verkeerd geplaatst; bij 834 is alleen 8 goed maar verkeerd; bij 570 staat alleen 5 goed op de eerste plek; bij 416 is alleen 1 goed maar verkeerd geplaatst. Middelste cijfer = 8. Codecijfer: 8.</w:t>
      </w:r>
    </w:p>
    <w:p w14:paraId="76D93EA7" w14:textId="77777777" w:rsidR="00DE355B" w:rsidRPr="000577E9" w:rsidRDefault="00000000">
      <w:pPr>
        <w:pStyle w:val="Kop2"/>
        <w:rPr>
          <w:color w:val="auto"/>
          <w:lang w:val="nl-NL"/>
        </w:rPr>
      </w:pPr>
      <w:r w:rsidRPr="000577E9">
        <w:rPr>
          <w:color w:val="auto"/>
          <w:lang w:val="nl-NL"/>
        </w:rPr>
        <w:t>Dossier 3</w:t>
      </w:r>
    </w:p>
    <w:p w14:paraId="07458289" w14:textId="77777777" w:rsidR="00DE355B" w:rsidRPr="000577E9" w:rsidRDefault="00000000">
      <w:r w:rsidRPr="000577E9">
        <w:rPr>
          <w:lang w:val="nl-NL"/>
        </w:rPr>
        <w:t xml:space="preserve">Laatste cijfer = 3, eerste = 6, middelste = 4; 6 + 4 + 3 = 13. Getal 643. De meta-fragmenten zeggen: “HET MIDDELSTE CIJFER VAN JULLIE GETAL IS DE CODE”. </w:t>
      </w:r>
      <w:proofErr w:type="spellStart"/>
      <w:r w:rsidRPr="000577E9">
        <w:t>Codecijfer</w:t>
      </w:r>
      <w:proofErr w:type="spellEnd"/>
      <w:r w:rsidRPr="000577E9">
        <w:t>: 4.</w:t>
      </w:r>
    </w:p>
    <w:p w14:paraId="10AD6A9C" w14:textId="77777777" w:rsidR="00DE355B" w:rsidRPr="000577E9" w:rsidRDefault="00000000">
      <w:pPr>
        <w:pStyle w:val="Kop2"/>
        <w:rPr>
          <w:color w:val="auto"/>
        </w:rPr>
      </w:pPr>
      <w:r w:rsidRPr="000577E9">
        <w:rPr>
          <w:color w:val="auto"/>
        </w:rPr>
        <w:t>Dossier 4</w:t>
      </w:r>
    </w:p>
    <w:p w14:paraId="67DF95EC" w14:textId="77777777" w:rsidR="00DE355B" w:rsidRPr="000577E9" w:rsidRDefault="00000000">
      <w:pPr>
        <w:pStyle w:val="Lijstopsomteken"/>
        <w:spacing w:after="40"/>
      </w:pPr>
      <w:r w:rsidRPr="000577E9">
        <w:t>Aylin: 5 + 3 + 2 = 10</w:t>
      </w:r>
    </w:p>
    <w:p w14:paraId="078761DE" w14:textId="77777777" w:rsidR="00DE355B" w:rsidRPr="000577E9" w:rsidRDefault="00000000">
      <w:pPr>
        <w:pStyle w:val="Lijstopsomteken"/>
        <w:spacing w:after="40"/>
      </w:pPr>
      <w:r w:rsidRPr="000577E9">
        <w:t>Bram: 2 + 5 + 6 = 13</w:t>
      </w:r>
    </w:p>
    <w:p w14:paraId="6FC24109" w14:textId="77777777" w:rsidR="00DE355B" w:rsidRPr="000577E9" w:rsidRDefault="00000000">
      <w:pPr>
        <w:pStyle w:val="Lijstopsomteken"/>
        <w:spacing w:after="40"/>
      </w:pPr>
      <w:r w:rsidRPr="000577E9">
        <w:t>Cato: 6 + 2 + 0 = 8</w:t>
      </w:r>
    </w:p>
    <w:p w14:paraId="0A45E9BD" w14:textId="77777777" w:rsidR="00DE355B" w:rsidRPr="000577E9" w:rsidRDefault="00000000">
      <w:pPr>
        <w:pStyle w:val="Lijstopsomteken"/>
        <w:spacing w:after="40"/>
      </w:pPr>
      <w:r w:rsidRPr="000577E9">
        <w:t>Daan: 1 + 3 + 8 = 12</w:t>
      </w:r>
    </w:p>
    <w:p w14:paraId="3724A7B1" w14:textId="77777777" w:rsidR="00DE355B" w:rsidRPr="000577E9" w:rsidRDefault="00000000">
      <w:r w:rsidRPr="000577E9">
        <w:rPr>
          <w:lang w:val="nl-NL"/>
        </w:rPr>
        <w:t xml:space="preserve">Bram heeft de hoogste impactscore en hielp 3 klasgenoten. </w:t>
      </w:r>
      <w:proofErr w:type="spellStart"/>
      <w:r w:rsidRPr="000577E9">
        <w:t>Codecijfer</w:t>
      </w:r>
      <w:proofErr w:type="spellEnd"/>
      <w:r w:rsidRPr="000577E9">
        <w:t>: 3. Eindcode niveau 1: 3843.</w:t>
      </w:r>
    </w:p>
    <w:tbl>
      <w:tblPr>
        <w:tblW w:w="0" w:type="auto"/>
        <w:jc w:val="center"/>
        <w:tblLayout w:type="fixed"/>
        <w:tblLook w:val="04A0" w:firstRow="1" w:lastRow="0" w:firstColumn="1" w:lastColumn="0" w:noHBand="0" w:noVBand="1"/>
      </w:tblPr>
      <w:tblGrid>
        <w:gridCol w:w="9921"/>
      </w:tblGrid>
      <w:tr w:rsidR="00DE355B" w:rsidRPr="000577E9" w14:paraId="416DBB62"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1441F557" w14:textId="77777777" w:rsidR="00DE355B" w:rsidRPr="000577E9" w:rsidRDefault="00000000">
            <w:pPr>
              <w:rPr>
                <w:lang w:val="nl-NL"/>
              </w:rPr>
            </w:pPr>
            <w:r w:rsidRPr="000577E9">
              <w:rPr>
                <w:b/>
                <w:sz w:val="22"/>
                <w:lang w:val="nl-NL"/>
              </w:rPr>
              <w:t>Sociale koppeling</w:t>
            </w:r>
            <w:r w:rsidRPr="000577E9">
              <w:rPr>
                <w:b/>
                <w:sz w:val="22"/>
                <w:lang w:val="nl-NL"/>
              </w:rPr>
              <w:br/>
            </w:r>
            <w:r w:rsidRPr="000577E9">
              <w:rPr>
                <w:lang w:val="nl-NL"/>
              </w:rPr>
              <w:t>D1: erbij horen/acceptatie. D2: inzet en fouten gebruiken. D3: informatie delen en helpen. D4: waardering voor minder zichtbare bijdragen.</w:t>
            </w:r>
          </w:p>
        </w:tc>
      </w:tr>
    </w:tbl>
    <w:p w14:paraId="29BA81F5" w14:textId="77777777" w:rsidR="00DE355B" w:rsidRPr="000577E9" w:rsidRDefault="00DE355B">
      <w:pPr>
        <w:spacing w:after="0"/>
        <w:rPr>
          <w:lang w:val="nl-NL"/>
        </w:rPr>
      </w:pPr>
    </w:p>
    <w:p w14:paraId="7318684C" w14:textId="77777777" w:rsidR="00DE355B" w:rsidRPr="000577E9" w:rsidRDefault="00000000">
      <w:pPr>
        <w:rPr>
          <w:lang w:val="nl-NL"/>
        </w:rPr>
      </w:pPr>
      <w:r w:rsidRPr="000577E9">
        <w:rPr>
          <w:lang w:val="nl-NL"/>
        </w:rPr>
        <w:br w:type="page"/>
      </w:r>
    </w:p>
    <w:tbl>
      <w:tblPr>
        <w:tblW w:w="0" w:type="auto"/>
        <w:jc w:val="center"/>
        <w:tblLayout w:type="fixed"/>
        <w:tblLook w:val="04A0" w:firstRow="1" w:lastRow="0" w:firstColumn="1" w:lastColumn="0" w:noHBand="0" w:noVBand="1"/>
      </w:tblPr>
      <w:tblGrid>
        <w:gridCol w:w="10091"/>
      </w:tblGrid>
      <w:tr w:rsidR="00DE355B" w:rsidRPr="000577E9" w14:paraId="08E8A790"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0A6612B7" w14:textId="77777777" w:rsidR="00DE355B" w:rsidRPr="000577E9" w:rsidRDefault="00000000">
            <w:pPr>
              <w:jc w:val="center"/>
            </w:pPr>
            <w:r w:rsidRPr="000577E9">
              <w:rPr>
                <w:b/>
              </w:rPr>
              <w:lastRenderedPageBreak/>
              <w:t>ALLEEN VOOR DE DOCENT</w:t>
            </w:r>
          </w:p>
        </w:tc>
      </w:tr>
    </w:tbl>
    <w:p w14:paraId="6070F1D0" w14:textId="77777777" w:rsidR="00DE355B" w:rsidRPr="000577E9" w:rsidRDefault="00000000">
      <w:pPr>
        <w:pStyle w:val="Kop1"/>
        <w:rPr>
          <w:color w:val="auto"/>
        </w:rPr>
      </w:pPr>
      <w:r w:rsidRPr="000577E9">
        <w:rPr>
          <w:color w:val="auto"/>
        </w:rPr>
        <w:t>ANTWOORDMODEL - NIVEAU 2</w:t>
      </w:r>
    </w:p>
    <w:p w14:paraId="67F9A2BC" w14:textId="77777777" w:rsidR="00DE355B" w:rsidRPr="000577E9" w:rsidRDefault="00000000">
      <w:pPr>
        <w:pStyle w:val="Kop2"/>
        <w:rPr>
          <w:color w:val="auto"/>
        </w:rPr>
      </w:pPr>
      <w:r w:rsidRPr="000577E9">
        <w:rPr>
          <w:color w:val="auto"/>
        </w:rPr>
        <w:t>Dossier 1</w:t>
      </w:r>
    </w:p>
    <w:p w14:paraId="6EE4EEE5" w14:textId="77777777" w:rsidR="00DE355B" w:rsidRPr="000577E9" w:rsidRDefault="00000000">
      <w:pPr>
        <w:rPr>
          <w:lang w:val="nl-NL"/>
        </w:rPr>
      </w:pPr>
      <w:r w:rsidRPr="000577E9">
        <w:rPr>
          <w:lang w:val="nl-NL"/>
        </w:rPr>
        <w:t xml:space="preserve">Unieke volgorde: </w:t>
      </w:r>
      <w:proofErr w:type="spellStart"/>
      <w:r w:rsidRPr="000577E9">
        <w:rPr>
          <w:lang w:val="nl-NL"/>
        </w:rPr>
        <w:t>Dex</w:t>
      </w:r>
      <w:proofErr w:type="spellEnd"/>
      <w:r w:rsidRPr="000577E9">
        <w:rPr>
          <w:lang w:val="nl-NL"/>
        </w:rPr>
        <w:t xml:space="preserve"> - Cato - Esra - Aya - Finn - Boaz. Esra zit op plaats 3. Codecijfer: 3.</w:t>
      </w:r>
    </w:p>
    <w:p w14:paraId="5FADB6E8" w14:textId="77777777" w:rsidR="00DE355B" w:rsidRPr="000577E9" w:rsidRDefault="00000000">
      <w:pPr>
        <w:pStyle w:val="Kop2"/>
        <w:rPr>
          <w:color w:val="auto"/>
          <w:lang w:val="nl-NL"/>
        </w:rPr>
      </w:pPr>
      <w:r w:rsidRPr="000577E9">
        <w:rPr>
          <w:color w:val="auto"/>
          <w:lang w:val="nl-NL"/>
        </w:rPr>
        <w:t>Dossier 2</w:t>
      </w:r>
    </w:p>
    <w:p w14:paraId="264EDBE4" w14:textId="77777777" w:rsidR="00DE355B" w:rsidRPr="000577E9" w:rsidRDefault="00000000">
      <w:pPr>
        <w:rPr>
          <w:lang w:val="nl-NL"/>
        </w:rPr>
      </w:pPr>
      <w:r w:rsidRPr="000577E9">
        <w:rPr>
          <w:lang w:val="nl-NL"/>
        </w:rPr>
        <w:t>Echte code: 7315. Bij 7215 staan 7, 1 en 5 goed; de 2 is de indringer. De andere pogingen bevestigen de positie/aanwezigheid. Som: 7+3+1+5=16; 1+6=7. Codecijfer: 7.</w:t>
      </w:r>
    </w:p>
    <w:p w14:paraId="3A568C1A" w14:textId="77777777" w:rsidR="00DE355B" w:rsidRPr="000577E9" w:rsidRDefault="00000000">
      <w:pPr>
        <w:pStyle w:val="Kop2"/>
        <w:rPr>
          <w:color w:val="auto"/>
          <w:lang w:val="nl-NL"/>
        </w:rPr>
      </w:pPr>
      <w:r w:rsidRPr="000577E9">
        <w:rPr>
          <w:color w:val="auto"/>
          <w:lang w:val="nl-NL"/>
        </w:rPr>
        <w:t>Dossier 3</w:t>
      </w:r>
    </w:p>
    <w:p w14:paraId="254985DB" w14:textId="77777777" w:rsidR="00DE355B" w:rsidRPr="000577E9" w:rsidRDefault="00000000">
      <w:r w:rsidRPr="000577E9">
        <w:rPr>
          <w:lang w:val="nl-NL"/>
        </w:rPr>
        <w:t xml:space="preserve">Veelvouden van 6 tussen 40 en 80 met cijfersom 12 en niet deelbaar door 4 laten alleen 66 over. </w:t>
      </w:r>
      <w:r w:rsidRPr="000577E9">
        <w:t>Meta-</w:t>
      </w:r>
      <w:proofErr w:type="spellStart"/>
      <w:r w:rsidRPr="000577E9">
        <w:t>fragmenten</w:t>
      </w:r>
      <w:proofErr w:type="spellEnd"/>
      <w:r w:rsidRPr="000577E9">
        <w:t>: “DEEL HET GETAL DOOR ELF”. 66 / 11 = 6. Codecijfer: 6.</w:t>
      </w:r>
    </w:p>
    <w:p w14:paraId="10A0F62F" w14:textId="77777777" w:rsidR="00DE355B" w:rsidRPr="000577E9" w:rsidRDefault="00000000">
      <w:pPr>
        <w:pStyle w:val="Kop2"/>
        <w:rPr>
          <w:color w:val="auto"/>
        </w:rPr>
      </w:pPr>
      <w:r w:rsidRPr="000577E9">
        <w:rPr>
          <w:color w:val="auto"/>
        </w:rPr>
        <w:t>Dossier 4</w:t>
      </w:r>
    </w:p>
    <w:p w14:paraId="0A111177" w14:textId="77777777" w:rsidR="00DE355B" w:rsidRPr="000577E9" w:rsidRDefault="00000000">
      <w:pPr>
        <w:pStyle w:val="Lijstopsomteken"/>
        <w:spacing w:after="40"/>
      </w:pPr>
      <w:r w:rsidRPr="000577E9">
        <w:t>Aylin: 4 + 4 + 2 = 10</w:t>
      </w:r>
    </w:p>
    <w:p w14:paraId="4BD7B209" w14:textId="77777777" w:rsidR="00DE355B" w:rsidRPr="000577E9" w:rsidRDefault="00000000">
      <w:pPr>
        <w:pStyle w:val="Lijstopsomteken"/>
        <w:spacing w:after="40"/>
      </w:pPr>
      <w:r w:rsidRPr="000577E9">
        <w:t>Bram: 3 + 2 + 8 = 13</w:t>
      </w:r>
    </w:p>
    <w:p w14:paraId="2CD5D8C4" w14:textId="77777777" w:rsidR="00DE355B" w:rsidRPr="000577E9" w:rsidRDefault="00000000">
      <w:pPr>
        <w:pStyle w:val="Lijstopsomteken"/>
        <w:spacing w:after="40"/>
      </w:pPr>
      <w:r w:rsidRPr="000577E9">
        <w:t>Cato: 5 + 6 + 0 = 11</w:t>
      </w:r>
    </w:p>
    <w:p w14:paraId="22E99459" w14:textId="77777777" w:rsidR="00DE355B" w:rsidRPr="000577E9" w:rsidRDefault="00000000">
      <w:pPr>
        <w:pStyle w:val="Lijstopsomteken"/>
        <w:spacing w:after="40"/>
      </w:pPr>
      <w:r w:rsidRPr="000577E9">
        <w:t>Daan: 2 + 0 + 10 = 12</w:t>
      </w:r>
    </w:p>
    <w:p w14:paraId="75ECD632" w14:textId="77777777" w:rsidR="00DE355B" w:rsidRPr="000577E9" w:rsidRDefault="00000000">
      <w:pPr>
        <w:pStyle w:val="Lijstopsomteken"/>
        <w:spacing w:after="40"/>
      </w:pPr>
      <w:r w:rsidRPr="000577E9">
        <w:t>Elif: 4 + 4 + 4 = 12</w:t>
      </w:r>
    </w:p>
    <w:p w14:paraId="19E24164" w14:textId="77777777" w:rsidR="00DE355B" w:rsidRPr="000577E9" w:rsidRDefault="00000000">
      <w:pPr>
        <w:rPr>
          <w:lang w:val="nl-NL"/>
        </w:rPr>
      </w:pPr>
      <w:r w:rsidRPr="000577E9">
        <w:rPr>
          <w:lang w:val="nl-NL"/>
        </w:rPr>
        <w:t>Hoogste 13, laagste 10, verschil 3. Codecijfer: 3. Eindcode niveau 2: 3763.</w:t>
      </w:r>
    </w:p>
    <w:tbl>
      <w:tblPr>
        <w:tblW w:w="0" w:type="auto"/>
        <w:jc w:val="center"/>
        <w:tblLayout w:type="fixed"/>
        <w:tblLook w:val="04A0" w:firstRow="1" w:lastRow="0" w:firstColumn="1" w:lastColumn="0" w:noHBand="0" w:noVBand="1"/>
      </w:tblPr>
      <w:tblGrid>
        <w:gridCol w:w="9921"/>
      </w:tblGrid>
      <w:tr w:rsidR="00DE355B" w:rsidRPr="000577E9" w14:paraId="6B9CCF18"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17F34B4F" w14:textId="77777777" w:rsidR="00DE355B" w:rsidRPr="000577E9" w:rsidRDefault="00000000">
            <w:pPr>
              <w:rPr>
                <w:lang w:val="nl-NL"/>
              </w:rPr>
            </w:pPr>
            <w:r w:rsidRPr="000577E9">
              <w:rPr>
                <w:b/>
                <w:sz w:val="22"/>
                <w:lang w:val="nl-NL"/>
              </w:rPr>
              <w:t>Sociale koppeling</w:t>
            </w:r>
            <w:r w:rsidRPr="000577E9">
              <w:rPr>
                <w:b/>
                <w:sz w:val="22"/>
                <w:lang w:val="nl-NL"/>
              </w:rPr>
              <w:br/>
            </w:r>
            <w:r w:rsidRPr="000577E9">
              <w:rPr>
                <w:lang w:val="nl-NL"/>
              </w:rPr>
              <w:t>Door afleiders en meerdere mogelijke strategieën ontstaat vanzelf de vraag wie controleert, wie informatie ordent en of de groep ook minder zichtbare bijdragen waardeert.</w:t>
            </w:r>
          </w:p>
        </w:tc>
      </w:tr>
    </w:tbl>
    <w:p w14:paraId="79C1AACD" w14:textId="77777777" w:rsidR="00DE355B" w:rsidRPr="000577E9" w:rsidRDefault="00DE355B">
      <w:pPr>
        <w:spacing w:after="0"/>
        <w:rPr>
          <w:lang w:val="nl-NL"/>
        </w:rPr>
      </w:pPr>
    </w:p>
    <w:p w14:paraId="15C267A5" w14:textId="77777777" w:rsidR="00DE355B" w:rsidRPr="000577E9" w:rsidRDefault="00000000">
      <w:pPr>
        <w:rPr>
          <w:lang w:val="nl-NL"/>
        </w:rPr>
      </w:pPr>
      <w:r w:rsidRPr="000577E9">
        <w:rPr>
          <w:lang w:val="nl-NL"/>
        </w:rPr>
        <w:br w:type="page"/>
      </w:r>
    </w:p>
    <w:tbl>
      <w:tblPr>
        <w:tblW w:w="0" w:type="auto"/>
        <w:jc w:val="center"/>
        <w:tblLayout w:type="fixed"/>
        <w:tblLook w:val="04A0" w:firstRow="1" w:lastRow="0" w:firstColumn="1" w:lastColumn="0" w:noHBand="0" w:noVBand="1"/>
      </w:tblPr>
      <w:tblGrid>
        <w:gridCol w:w="10091"/>
      </w:tblGrid>
      <w:tr w:rsidR="00DE355B" w:rsidRPr="000577E9" w14:paraId="7E516758"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5E0EF171" w14:textId="77777777" w:rsidR="00DE355B" w:rsidRPr="000577E9" w:rsidRDefault="00000000">
            <w:pPr>
              <w:jc w:val="center"/>
            </w:pPr>
            <w:r w:rsidRPr="000577E9">
              <w:rPr>
                <w:b/>
              </w:rPr>
              <w:lastRenderedPageBreak/>
              <w:t>ALLEEN VOOR DE DOCENT</w:t>
            </w:r>
          </w:p>
        </w:tc>
      </w:tr>
    </w:tbl>
    <w:p w14:paraId="13F69F5F" w14:textId="77777777" w:rsidR="00DE355B" w:rsidRPr="000577E9" w:rsidRDefault="00000000">
      <w:pPr>
        <w:pStyle w:val="Kop1"/>
        <w:rPr>
          <w:color w:val="auto"/>
        </w:rPr>
      </w:pPr>
      <w:r w:rsidRPr="000577E9">
        <w:rPr>
          <w:color w:val="auto"/>
        </w:rPr>
        <w:t>ANTWOORDMODEL - NIVEAU 3</w:t>
      </w:r>
    </w:p>
    <w:p w14:paraId="774CB17C" w14:textId="77777777" w:rsidR="00DE355B" w:rsidRPr="000577E9" w:rsidRDefault="00000000">
      <w:pPr>
        <w:pStyle w:val="Kop2"/>
        <w:rPr>
          <w:color w:val="auto"/>
        </w:rPr>
      </w:pPr>
      <w:r w:rsidRPr="000577E9">
        <w:rPr>
          <w:color w:val="auto"/>
        </w:rPr>
        <w:t>Dossier 1</w:t>
      </w:r>
    </w:p>
    <w:p w14:paraId="5441E82B" w14:textId="77777777" w:rsidR="00DE355B" w:rsidRPr="000577E9" w:rsidRDefault="00000000">
      <w:pPr>
        <w:rPr>
          <w:lang w:val="nl-NL"/>
        </w:rPr>
      </w:pPr>
      <w:r w:rsidRPr="000577E9">
        <w:rPr>
          <w:lang w:val="nl-NL"/>
        </w:rPr>
        <w:t xml:space="preserve">Unieke volgorde: Lina - Mats - Noor - Owen - Puck - </w:t>
      </w:r>
      <w:proofErr w:type="spellStart"/>
      <w:r w:rsidRPr="000577E9">
        <w:rPr>
          <w:lang w:val="nl-NL"/>
        </w:rPr>
        <w:t>Rayan</w:t>
      </w:r>
      <w:proofErr w:type="spellEnd"/>
      <w:r w:rsidRPr="000577E9">
        <w:rPr>
          <w:lang w:val="nl-NL"/>
        </w:rPr>
        <w:t>. Alleen uitspraak 8 (“Owen zit rechts van Puck”) is onwaar. Codecijfer: 8.</w:t>
      </w:r>
    </w:p>
    <w:p w14:paraId="7F7498DA" w14:textId="77777777" w:rsidR="00DE355B" w:rsidRPr="000577E9" w:rsidRDefault="00000000">
      <w:pPr>
        <w:pStyle w:val="Kop2"/>
        <w:rPr>
          <w:color w:val="auto"/>
          <w:lang w:val="nl-NL"/>
        </w:rPr>
      </w:pPr>
      <w:r w:rsidRPr="000577E9">
        <w:rPr>
          <w:color w:val="auto"/>
          <w:lang w:val="nl-NL"/>
        </w:rPr>
        <w:t>Dossier 2</w:t>
      </w:r>
    </w:p>
    <w:p w14:paraId="3718DE3A" w14:textId="77777777" w:rsidR="00DE355B" w:rsidRPr="000577E9" w:rsidRDefault="00000000">
      <w:pPr>
        <w:rPr>
          <w:lang w:val="nl-NL"/>
        </w:rPr>
      </w:pPr>
      <w:r w:rsidRPr="000577E9">
        <w:rPr>
          <w:lang w:val="nl-NL"/>
        </w:rPr>
        <w:t>Echte code: 4072. Feedbackregel 2 is fout. De echte feedback voor poging 0472 zou zijn: 2 cijfers goed + goede plek en 2 cijfers goed + verkeerde plek. De andere vier feedbackregels zijn volledig consistent met 4072. Codecijfer: 2.</w:t>
      </w:r>
    </w:p>
    <w:p w14:paraId="50123ACD" w14:textId="77777777" w:rsidR="00DE355B" w:rsidRPr="000577E9" w:rsidRDefault="00000000">
      <w:pPr>
        <w:pStyle w:val="Kop2"/>
        <w:rPr>
          <w:color w:val="auto"/>
          <w:lang w:val="nl-NL"/>
        </w:rPr>
      </w:pPr>
      <w:r w:rsidRPr="000577E9">
        <w:rPr>
          <w:color w:val="auto"/>
          <w:lang w:val="nl-NL"/>
        </w:rPr>
        <w:t>Dossier 3</w:t>
      </w:r>
    </w:p>
    <w:p w14:paraId="66669B3E" w14:textId="77777777" w:rsidR="00DE355B" w:rsidRPr="000577E9" w:rsidRDefault="00000000">
      <w:pPr>
        <w:rPr>
          <w:lang w:val="nl-NL"/>
        </w:rPr>
      </w:pPr>
      <w:r w:rsidRPr="000577E9">
        <w:rPr>
          <w:lang w:val="nl-NL"/>
        </w:rPr>
        <w:t>Kortste route: S → B → A → C → F. Reistijd: 2 + 1 + 3 + 5 = 11. De route gebruikt 4 pijlen. Codecijfer: 4.</w:t>
      </w:r>
    </w:p>
    <w:p w14:paraId="095E9263" w14:textId="77777777" w:rsidR="00DE355B" w:rsidRPr="000577E9" w:rsidRDefault="00000000">
      <w:pPr>
        <w:pStyle w:val="Kop2"/>
        <w:rPr>
          <w:color w:val="auto"/>
        </w:rPr>
      </w:pPr>
      <w:r w:rsidRPr="000577E9">
        <w:rPr>
          <w:color w:val="auto"/>
        </w:rPr>
        <w:t>Dossier 4</w:t>
      </w:r>
    </w:p>
    <w:p w14:paraId="0C2292EB" w14:textId="77777777" w:rsidR="00DE355B" w:rsidRPr="000577E9" w:rsidRDefault="00000000">
      <w:pPr>
        <w:pStyle w:val="Lijstopsomteken"/>
        <w:spacing w:after="40"/>
      </w:pPr>
      <w:r w:rsidRPr="000577E9">
        <w:t>Aylin: verlies 6</w:t>
      </w:r>
    </w:p>
    <w:p w14:paraId="256B08A1" w14:textId="77777777" w:rsidR="00DE355B" w:rsidRPr="000577E9" w:rsidRDefault="00000000">
      <w:pPr>
        <w:pStyle w:val="Lijstopsomteken"/>
        <w:spacing w:after="40"/>
      </w:pPr>
      <w:r w:rsidRPr="000577E9">
        <w:t>Bram: verlies 9</w:t>
      </w:r>
    </w:p>
    <w:p w14:paraId="1636D85D" w14:textId="77777777" w:rsidR="00DE355B" w:rsidRPr="000577E9" w:rsidRDefault="00000000">
      <w:pPr>
        <w:pStyle w:val="Lijstopsomteken"/>
        <w:spacing w:after="40"/>
      </w:pPr>
      <w:r w:rsidRPr="000577E9">
        <w:t>Cato: verlies 5</w:t>
      </w:r>
    </w:p>
    <w:p w14:paraId="51173363" w14:textId="77777777" w:rsidR="00DE355B" w:rsidRPr="000577E9" w:rsidRDefault="00000000">
      <w:pPr>
        <w:pStyle w:val="Lijstopsomteken"/>
        <w:spacing w:after="40"/>
      </w:pPr>
      <w:r w:rsidRPr="000577E9">
        <w:t>Daan: verlies 11</w:t>
      </w:r>
    </w:p>
    <w:p w14:paraId="021B415F" w14:textId="77777777" w:rsidR="00DE355B" w:rsidRPr="000577E9" w:rsidRDefault="00000000">
      <w:pPr>
        <w:pStyle w:val="Lijstopsomteken"/>
        <w:spacing w:after="40"/>
      </w:pPr>
      <w:r w:rsidRPr="000577E9">
        <w:t>Elif: verlies 7</w:t>
      </w:r>
    </w:p>
    <w:p w14:paraId="6AA79C45" w14:textId="77777777" w:rsidR="00DE355B" w:rsidRPr="000577E9" w:rsidRDefault="00000000">
      <w:r w:rsidRPr="000577E9">
        <w:rPr>
          <w:lang w:val="nl-NL"/>
        </w:rPr>
        <w:t xml:space="preserve">Grootste verlies 11, kleinste verlies 5, verschil 6. </w:t>
      </w:r>
      <w:proofErr w:type="spellStart"/>
      <w:r w:rsidRPr="000577E9">
        <w:t>Codecijfer</w:t>
      </w:r>
      <w:proofErr w:type="spellEnd"/>
      <w:r w:rsidRPr="000577E9">
        <w:t>: 6. Eindcode niveau 3: 8246.</w:t>
      </w:r>
    </w:p>
    <w:tbl>
      <w:tblPr>
        <w:tblW w:w="0" w:type="auto"/>
        <w:jc w:val="center"/>
        <w:tblLayout w:type="fixed"/>
        <w:tblLook w:val="04A0" w:firstRow="1" w:lastRow="0" w:firstColumn="1" w:lastColumn="0" w:noHBand="0" w:noVBand="1"/>
      </w:tblPr>
      <w:tblGrid>
        <w:gridCol w:w="9921"/>
      </w:tblGrid>
      <w:tr w:rsidR="00DE355B" w:rsidRPr="000577E9" w14:paraId="48588137"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3B22FD34" w14:textId="77777777" w:rsidR="00DE355B" w:rsidRPr="000577E9" w:rsidRDefault="00000000">
            <w:pPr>
              <w:rPr>
                <w:lang w:val="nl-NL"/>
              </w:rPr>
            </w:pPr>
            <w:r w:rsidRPr="000577E9">
              <w:rPr>
                <w:b/>
                <w:sz w:val="22"/>
                <w:lang w:val="nl-NL"/>
              </w:rPr>
              <w:t>Sociale koppeling</w:t>
            </w:r>
            <w:r w:rsidRPr="000577E9">
              <w:rPr>
                <w:b/>
                <w:sz w:val="22"/>
                <w:lang w:val="nl-NL"/>
              </w:rPr>
              <w:br/>
            </w:r>
            <w:r w:rsidRPr="000577E9">
              <w:rPr>
                <w:lang w:val="nl-NL"/>
              </w:rPr>
              <w:t>Niveau 3 maakt kritisch vertrouwen expliciet: informatie delen betekent niet dat je alles zonder controle aanneemt. Een sterke groep luistert, toetst, corrigeert zonder iemand af te schrijven en ziet waarde die soms pas zichtbaar wordt als een bijdrage ontbreekt.</w:t>
            </w:r>
          </w:p>
        </w:tc>
      </w:tr>
    </w:tbl>
    <w:p w14:paraId="06620635" w14:textId="77777777" w:rsidR="00DE355B" w:rsidRPr="000577E9" w:rsidRDefault="00DE355B">
      <w:pPr>
        <w:spacing w:after="0"/>
        <w:rPr>
          <w:lang w:val="nl-NL"/>
        </w:rPr>
      </w:pPr>
    </w:p>
    <w:p w14:paraId="7994CFF4" w14:textId="77777777" w:rsidR="00DE355B" w:rsidRPr="000577E9" w:rsidRDefault="00000000">
      <w:pPr>
        <w:rPr>
          <w:lang w:val="nl-NL"/>
        </w:rPr>
      </w:pPr>
      <w:r w:rsidRPr="000577E9">
        <w:rPr>
          <w:lang w:val="nl-NL"/>
        </w:rPr>
        <w:br w:type="page"/>
      </w:r>
    </w:p>
    <w:tbl>
      <w:tblPr>
        <w:tblW w:w="0" w:type="auto"/>
        <w:jc w:val="center"/>
        <w:tblLayout w:type="fixed"/>
        <w:tblLook w:val="04A0" w:firstRow="1" w:lastRow="0" w:firstColumn="1" w:lastColumn="0" w:noHBand="0" w:noVBand="1"/>
      </w:tblPr>
      <w:tblGrid>
        <w:gridCol w:w="10091"/>
      </w:tblGrid>
      <w:tr w:rsidR="00DE355B" w:rsidRPr="000577E9" w14:paraId="1B99C2D2" w14:textId="77777777">
        <w:trPr>
          <w:jc w:val="center"/>
        </w:trPr>
        <w:tc>
          <w:tcPr>
            <w:tcW w:w="10091" w:type="dxa"/>
            <w:tcBorders>
              <w:top w:val="single" w:sz="10" w:space="0" w:color="777777"/>
              <w:left w:val="single" w:sz="10" w:space="0" w:color="777777"/>
              <w:bottom w:val="single" w:sz="10" w:space="0" w:color="777777"/>
              <w:right w:val="single" w:sz="10" w:space="0" w:color="777777"/>
            </w:tcBorders>
            <w:shd w:val="clear" w:color="auto" w:fill="E7E7E7"/>
            <w:tcMar>
              <w:top w:w="80" w:type="dxa"/>
              <w:left w:w="120" w:type="dxa"/>
              <w:bottom w:w="80" w:type="dxa"/>
              <w:right w:w="120" w:type="dxa"/>
            </w:tcMar>
          </w:tcPr>
          <w:p w14:paraId="5CFAC664" w14:textId="77777777" w:rsidR="00DE355B" w:rsidRPr="000577E9" w:rsidRDefault="00000000">
            <w:pPr>
              <w:jc w:val="center"/>
            </w:pPr>
            <w:r w:rsidRPr="000577E9">
              <w:rPr>
                <w:b/>
              </w:rPr>
              <w:lastRenderedPageBreak/>
              <w:t>NABESPREKING</w:t>
            </w:r>
          </w:p>
        </w:tc>
      </w:tr>
    </w:tbl>
    <w:p w14:paraId="74D3B99E" w14:textId="77777777" w:rsidR="00DE355B" w:rsidRPr="000577E9" w:rsidRDefault="00000000">
      <w:pPr>
        <w:pStyle w:val="Kop1"/>
        <w:rPr>
          <w:color w:val="auto"/>
        </w:rPr>
      </w:pPr>
      <w:r w:rsidRPr="000577E9">
        <w:rPr>
          <w:color w:val="auto"/>
        </w:rPr>
        <w:t>VAN ESCAPEROOM NAAR MENTORGROEP</w:t>
      </w:r>
    </w:p>
    <w:p w14:paraId="7984DF9A" w14:textId="77777777" w:rsidR="00DE355B" w:rsidRPr="000577E9" w:rsidRDefault="00000000">
      <w:pPr>
        <w:rPr>
          <w:lang w:val="nl-NL"/>
        </w:rPr>
      </w:pPr>
      <w:r w:rsidRPr="000577E9">
        <w:rPr>
          <w:lang w:val="nl-NL"/>
        </w:rPr>
        <w:t>Gebruik niet alle vragen. Kies er twee of drie die passen bij wat je tijdens het spel zag. Het sterkst werkt een vraag wanneer je kunt verwijzen naar concreet gedrag uit de groep.</w:t>
      </w:r>
    </w:p>
    <w:p w14:paraId="798304DD" w14:textId="77777777" w:rsidR="00DE355B" w:rsidRPr="000577E9" w:rsidRDefault="00000000">
      <w:pPr>
        <w:pStyle w:val="Kop2"/>
        <w:rPr>
          <w:color w:val="auto"/>
          <w:lang w:val="nl-NL"/>
        </w:rPr>
      </w:pPr>
      <w:r w:rsidRPr="000577E9">
        <w:rPr>
          <w:color w:val="auto"/>
          <w:lang w:val="nl-NL"/>
        </w:rPr>
        <w:t>Vragen die verder gaan dan “hoe ging het?”</w:t>
      </w:r>
    </w:p>
    <w:p w14:paraId="325E7E1C" w14:textId="77777777" w:rsidR="00DE355B" w:rsidRPr="000577E9" w:rsidRDefault="00000000">
      <w:pPr>
        <w:pStyle w:val="Lijstopsomteken"/>
        <w:spacing w:after="40"/>
        <w:rPr>
          <w:lang w:val="nl-NL"/>
        </w:rPr>
      </w:pPr>
      <w:r w:rsidRPr="000577E9">
        <w:rPr>
          <w:lang w:val="nl-NL"/>
        </w:rPr>
        <w:t>Op welk moment gingen jullie echt samenwerken in plaats van naast elkaar puzzelen?</w:t>
      </w:r>
    </w:p>
    <w:p w14:paraId="6E18BA55" w14:textId="77777777" w:rsidR="00DE355B" w:rsidRPr="000577E9" w:rsidRDefault="00000000">
      <w:pPr>
        <w:pStyle w:val="Lijstopsomteken"/>
        <w:spacing w:after="40"/>
        <w:rPr>
          <w:lang w:val="nl-NL"/>
        </w:rPr>
      </w:pPr>
      <w:r w:rsidRPr="000577E9">
        <w:rPr>
          <w:lang w:val="nl-NL"/>
        </w:rPr>
        <w:t>Welke fout heeft jullie uiteindelijk geholpen?</w:t>
      </w:r>
    </w:p>
    <w:p w14:paraId="45B137A1" w14:textId="77777777" w:rsidR="00DE355B" w:rsidRPr="000577E9" w:rsidRDefault="00000000">
      <w:pPr>
        <w:pStyle w:val="Lijstopsomteken"/>
        <w:spacing w:after="40"/>
        <w:rPr>
          <w:lang w:val="nl-NL"/>
        </w:rPr>
      </w:pPr>
      <w:r w:rsidRPr="000577E9">
        <w:rPr>
          <w:lang w:val="nl-NL"/>
        </w:rPr>
        <w:t>Wanneer werd een idee te snel afgewezen? Wat had een betere reactie kunnen zijn?</w:t>
      </w:r>
    </w:p>
    <w:p w14:paraId="3AAFF2EE" w14:textId="77777777" w:rsidR="00DE355B" w:rsidRPr="000577E9" w:rsidRDefault="00000000">
      <w:pPr>
        <w:pStyle w:val="Lijstopsomteken"/>
        <w:spacing w:after="40"/>
        <w:rPr>
          <w:lang w:val="nl-NL"/>
        </w:rPr>
      </w:pPr>
      <w:r w:rsidRPr="000577E9">
        <w:rPr>
          <w:lang w:val="nl-NL"/>
        </w:rPr>
        <w:t>Wie bracht rust, overzicht of controle zonder het meeste te praten?</w:t>
      </w:r>
    </w:p>
    <w:p w14:paraId="0B076D54" w14:textId="77777777" w:rsidR="00DE355B" w:rsidRPr="000577E9" w:rsidRDefault="00000000">
      <w:pPr>
        <w:pStyle w:val="Lijstopsomteken"/>
        <w:spacing w:after="40"/>
        <w:rPr>
          <w:lang w:val="nl-NL"/>
        </w:rPr>
      </w:pPr>
      <w:r w:rsidRPr="000577E9">
        <w:rPr>
          <w:lang w:val="nl-NL"/>
        </w:rPr>
        <w:t>Wat gebeurde er wanneer één persoon informatie had die de rest nodig had?</w:t>
      </w:r>
    </w:p>
    <w:p w14:paraId="36F9F354" w14:textId="77777777" w:rsidR="00DE355B" w:rsidRPr="000577E9" w:rsidRDefault="00000000">
      <w:pPr>
        <w:pStyle w:val="Lijstopsomteken"/>
        <w:spacing w:after="40"/>
        <w:rPr>
          <w:lang w:val="nl-NL"/>
        </w:rPr>
      </w:pPr>
      <w:r w:rsidRPr="000577E9">
        <w:rPr>
          <w:lang w:val="nl-NL"/>
        </w:rPr>
        <w:t>Was hulp vragen in jullie groep makkelijk of voelde het als verliezen?</w:t>
      </w:r>
    </w:p>
    <w:p w14:paraId="2DF89FC1" w14:textId="77777777" w:rsidR="00DE355B" w:rsidRPr="000577E9" w:rsidRDefault="00000000">
      <w:pPr>
        <w:pStyle w:val="Lijstopsomteken"/>
        <w:spacing w:after="40"/>
        <w:rPr>
          <w:lang w:val="nl-NL"/>
        </w:rPr>
      </w:pPr>
      <w:r w:rsidRPr="000577E9">
        <w:rPr>
          <w:lang w:val="nl-NL"/>
        </w:rPr>
        <w:t>Welke bijdrage was belangrijk maar moeilijk in punten of spreektijd te meten?</w:t>
      </w:r>
    </w:p>
    <w:p w14:paraId="36157878" w14:textId="77777777" w:rsidR="00DE355B" w:rsidRPr="000577E9" w:rsidRDefault="00000000">
      <w:pPr>
        <w:pStyle w:val="Lijstopsomteken"/>
        <w:spacing w:after="40"/>
        <w:rPr>
          <w:lang w:val="nl-NL"/>
        </w:rPr>
      </w:pPr>
      <w:r w:rsidRPr="000577E9">
        <w:rPr>
          <w:lang w:val="nl-NL"/>
        </w:rPr>
        <w:t>Wat uit deze escaperoom lijkt op hoe onze mentorgroep normaal samenwerkt?</w:t>
      </w:r>
    </w:p>
    <w:p w14:paraId="70BB66C3" w14:textId="77777777" w:rsidR="00DE355B" w:rsidRPr="000577E9" w:rsidRDefault="00000000">
      <w:pPr>
        <w:pStyle w:val="Lijstopsomteken"/>
        <w:spacing w:after="40"/>
        <w:rPr>
          <w:lang w:val="nl-NL"/>
        </w:rPr>
      </w:pPr>
      <w:r w:rsidRPr="000577E9">
        <w:rPr>
          <w:lang w:val="nl-NL"/>
        </w:rPr>
        <w:t>Welke ene gewoonte zou onze groep één stap sterker maken?</w:t>
      </w:r>
    </w:p>
    <w:p w14:paraId="60623881" w14:textId="77777777" w:rsidR="00DE355B" w:rsidRPr="000577E9" w:rsidRDefault="00000000">
      <w:pPr>
        <w:pStyle w:val="Kop2"/>
        <w:rPr>
          <w:color w:val="auto"/>
        </w:rPr>
      </w:pPr>
      <w:proofErr w:type="spellStart"/>
      <w:r w:rsidRPr="000577E9">
        <w:rPr>
          <w:color w:val="auto"/>
        </w:rPr>
        <w:t>Afsluitkaart</w:t>
      </w:r>
      <w:proofErr w:type="spellEnd"/>
      <w:r w:rsidRPr="000577E9">
        <w:rPr>
          <w:color w:val="auto"/>
        </w:rPr>
        <w:t xml:space="preserve"> op het bord</w:t>
      </w:r>
    </w:p>
    <w:tbl>
      <w:tblPr>
        <w:tblW w:w="0" w:type="auto"/>
        <w:jc w:val="center"/>
        <w:tblLayout w:type="fixed"/>
        <w:tblLook w:val="04A0" w:firstRow="1" w:lastRow="0" w:firstColumn="1" w:lastColumn="0" w:noHBand="0" w:noVBand="1"/>
      </w:tblPr>
      <w:tblGrid>
        <w:gridCol w:w="9921"/>
      </w:tblGrid>
      <w:tr w:rsidR="00DE355B" w:rsidRPr="000577E9" w14:paraId="384D1498" w14:textId="77777777">
        <w:trPr>
          <w:jc w:val="center"/>
        </w:trPr>
        <w:tc>
          <w:tcPr>
            <w:tcW w:w="9921" w:type="dxa"/>
            <w:tcBorders>
              <w:top w:val="single" w:sz="8" w:space="0" w:color="888888"/>
              <w:left w:val="single" w:sz="8" w:space="0" w:color="888888"/>
              <w:bottom w:val="single" w:sz="8" w:space="0" w:color="888888"/>
              <w:right w:val="single" w:sz="8" w:space="0" w:color="888888"/>
            </w:tcBorders>
            <w:shd w:val="clear" w:color="auto" w:fill="F2F2F2"/>
            <w:tcMar>
              <w:top w:w="110" w:type="dxa"/>
              <w:left w:w="150" w:type="dxa"/>
              <w:bottom w:w="110" w:type="dxa"/>
              <w:right w:w="150" w:type="dxa"/>
            </w:tcMar>
          </w:tcPr>
          <w:p w14:paraId="331E9BD5" w14:textId="77777777" w:rsidR="00DE355B" w:rsidRPr="000577E9" w:rsidRDefault="00000000">
            <w:pPr>
              <w:rPr>
                <w:lang w:val="nl-NL"/>
              </w:rPr>
            </w:pPr>
            <w:r w:rsidRPr="000577E9">
              <w:rPr>
                <w:lang w:val="nl-NL"/>
              </w:rPr>
              <w:t>EEN STERKE MENTORGROEP IS NIET EEN GROEP ZONDER FOUTEN OF GEDOE.</w:t>
            </w:r>
            <w:r w:rsidRPr="000577E9">
              <w:rPr>
                <w:lang w:val="nl-NL"/>
              </w:rPr>
              <w:br/>
            </w:r>
            <w:r w:rsidRPr="000577E9">
              <w:rPr>
                <w:lang w:val="nl-NL"/>
              </w:rPr>
              <w:br/>
              <w:t>Het is een groep waarin mensen mee kunnen doen, moeite durven doen, informatie en hulp delen, en elkaars bijdrage leren zien.</w:t>
            </w:r>
          </w:p>
        </w:tc>
      </w:tr>
    </w:tbl>
    <w:p w14:paraId="001BD960" w14:textId="77777777" w:rsidR="00DE355B" w:rsidRPr="000577E9" w:rsidRDefault="00DE355B">
      <w:pPr>
        <w:spacing w:after="0"/>
        <w:rPr>
          <w:lang w:val="nl-NL"/>
        </w:rPr>
      </w:pPr>
    </w:p>
    <w:sectPr w:rsidR="00DE355B" w:rsidRPr="000577E9" w:rsidSect="00034616">
      <w:footerReference w:type="default" r:id="rId8"/>
      <w:pgSz w:w="11906" w:h="16838"/>
      <w:pgMar w:top="822" w:right="879" w:bottom="794" w:left="8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1BFB0" w14:textId="77777777" w:rsidR="00D25267" w:rsidRDefault="00D25267">
      <w:pPr>
        <w:spacing w:after="0" w:line="240" w:lineRule="auto"/>
      </w:pPr>
      <w:r>
        <w:separator/>
      </w:r>
    </w:p>
  </w:endnote>
  <w:endnote w:type="continuationSeparator" w:id="0">
    <w:p w14:paraId="75639FBD" w14:textId="77777777" w:rsidR="00D25267" w:rsidRDefault="00D2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02E9" w14:textId="77777777" w:rsidR="00DE355B" w:rsidRDefault="00000000">
    <w:pPr>
      <w:pStyle w:val="Voettekst"/>
      <w:jc w:val="center"/>
    </w:pPr>
    <w:r>
      <w:rPr>
        <w:color w:val="646464"/>
        <w:sz w:val="16"/>
      </w:rPr>
      <w:t xml:space="preserve">Sociale </w:t>
    </w:r>
    <w:proofErr w:type="spellStart"/>
    <w:r>
      <w:rPr>
        <w:color w:val="646464"/>
        <w:sz w:val="16"/>
      </w:rPr>
      <w:t>Escaperoom</w:t>
    </w:r>
    <w:proofErr w:type="spellEnd"/>
    <w:r>
      <w:rPr>
        <w:color w:val="646464"/>
        <w:sz w:val="16"/>
      </w:rPr>
      <w:t xml:space="preserve"> - </w:t>
    </w:r>
    <w:proofErr w:type="spellStart"/>
    <w:r>
      <w:rPr>
        <w:color w:val="646464"/>
        <w:sz w:val="16"/>
      </w:rPr>
      <w:t>printpakket</w:t>
    </w:r>
    <w:proofErr w:type="spellEnd"/>
    <w:r>
      <w:rPr>
        <w:color w:val="646464"/>
        <w:sz w:val="16"/>
      </w:rPr>
      <w:t xml:space="preserve"> | </w:t>
    </w:r>
    <w:proofErr w:type="spellStart"/>
    <w:r>
      <w:rPr>
        <w:color w:val="646464"/>
        <w:sz w:val="16"/>
      </w:rPr>
      <w:t>mentorles</w:t>
    </w:r>
    <w:proofErr w:type="spellEnd"/>
    <w:r>
      <w:rPr>
        <w:color w:val="646464"/>
        <w:sz w:val="16"/>
      </w:rPr>
      <w:t xml:space="preserve"> </w:t>
    </w:r>
    <w:proofErr w:type="spellStart"/>
    <w:r>
      <w:rPr>
        <w:color w:val="646464"/>
        <w:sz w:val="16"/>
      </w:rPr>
      <w:t>groepsvorming</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F2352" w14:textId="77777777" w:rsidR="00D25267" w:rsidRDefault="00D25267">
      <w:pPr>
        <w:spacing w:after="0" w:line="240" w:lineRule="auto"/>
      </w:pPr>
      <w:r>
        <w:separator/>
      </w:r>
    </w:p>
  </w:footnote>
  <w:footnote w:type="continuationSeparator" w:id="0">
    <w:p w14:paraId="47467317" w14:textId="77777777" w:rsidR="00D25267" w:rsidRDefault="00D25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202353682">
    <w:abstractNumId w:val="8"/>
  </w:num>
  <w:num w:numId="2" w16cid:durableId="2129204513">
    <w:abstractNumId w:val="6"/>
  </w:num>
  <w:num w:numId="3" w16cid:durableId="534392956">
    <w:abstractNumId w:val="5"/>
  </w:num>
  <w:num w:numId="4" w16cid:durableId="777018660">
    <w:abstractNumId w:val="4"/>
  </w:num>
  <w:num w:numId="5" w16cid:durableId="2134977441">
    <w:abstractNumId w:val="7"/>
  </w:num>
  <w:num w:numId="6" w16cid:durableId="1053192475">
    <w:abstractNumId w:val="3"/>
  </w:num>
  <w:num w:numId="7" w16cid:durableId="4022564">
    <w:abstractNumId w:val="2"/>
  </w:num>
  <w:num w:numId="8" w16cid:durableId="1473524322">
    <w:abstractNumId w:val="1"/>
  </w:num>
  <w:num w:numId="9" w16cid:durableId="914360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7E9"/>
    <w:rsid w:val="0006063C"/>
    <w:rsid w:val="0015074B"/>
    <w:rsid w:val="0029639D"/>
    <w:rsid w:val="00326F90"/>
    <w:rsid w:val="00AA1D8D"/>
    <w:rsid w:val="00AE09C0"/>
    <w:rsid w:val="00B47730"/>
    <w:rsid w:val="00C569F2"/>
    <w:rsid w:val="00CB0664"/>
    <w:rsid w:val="00D25267"/>
    <w:rsid w:val="00DE355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A1AD39"/>
  <w14:defaultImageDpi w14:val="300"/>
  <w15:docId w15:val="{3C791DB4-C781-41A5-8256-724C187F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00" w:line="252" w:lineRule="auto"/>
    </w:pPr>
    <w:rPr>
      <w:rFonts w:ascii="Aptos" w:hAnsi="Aptos"/>
      <w:sz w:val="21"/>
    </w:rPr>
  </w:style>
  <w:style w:type="paragraph" w:styleId="Kop1">
    <w:name w:val="heading 1"/>
    <w:basedOn w:val="Standaard"/>
    <w:next w:val="Standaard"/>
    <w:link w:val="Kop1Char"/>
    <w:uiPriority w:val="9"/>
    <w:qFormat/>
    <w:rsid w:val="00FC693F"/>
    <w:pPr>
      <w:keepNext/>
      <w:keepLines/>
      <w:spacing w:before="160"/>
      <w:outlineLvl w:val="0"/>
    </w:pPr>
    <w:rPr>
      <w:rFonts w:asciiTheme="majorHAnsi" w:eastAsiaTheme="majorEastAsia" w:hAnsiTheme="majorHAnsi" w:cstheme="majorBidi"/>
      <w:b/>
      <w:bCs/>
      <w:color w:val="222222"/>
      <w:sz w:val="36"/>
      <w:szCs w:val="28"/>
    </w:rPr>
  </w:style>
  <w:style w:type="paragraph" w:styleId="Kop2">
    <w:name w:val="heading 2"/>
    <w:basedOn w:val="Standaard"/>
    <w:next w:val="Standaard"/>
    <w:link w:val="Kop2Char"/>
    <w:uiPriority w:val="9"/>
    <w:unhideWhenUsed/>
    <w:qFormat/>
    <w:rsid w:val="00FC693F"/>
    <w:pPr>
      <w:keepNext/>
      <w:keepLines/>
      <w:spacing w:before="160"/>
      <w:outlineLvl w:val="1"/>
    </w:pPr>
    <w:rPr>
      <w:rFonts w:asciiTheme="majorHAnsi" w:eastAsiaTheme="majorEastAsia" w:hAnsiTheme="majorHAnsi" w:cstheme="majorBidi"/>
      <w:b/>
      <w:bCs/>
      <w:color w:val="222222"/>
      <w:sz w:val="28"/>
      <w:szCs w:val="26"/>
    </w:rPr>
  </w:style>
  <w:style w:type="paragraph" w:styleId="Kop3">
    <w:name w:val="heading 3"/>
    <w:basedOn w:val="Standaard"/>
    <w:next w:val="Standaard"/>
    <w:link w:val="Kop3Char"/>
    <w:uiPriority w:val="9"/>
    <w:unhideWhenUsed/>
    <w:qFormat/>
    <w:rsid w:val="00FC693F"/>
    <w:pPr>
      <w:keepNext/>
      <w:keepLines/>
      <w:spacing w:before="160"/>
      <w:outlineLvl w:val="2"/>
    </w:pPr>
    <w:rPr>
      <w:rFonts w:asciiTheme="majorHAnsi" w:eastAsiaTheme="majorEastAsia" w:hAnsiTheme="majorHAnsi" w:cstheme="majorBidi"/>
      <w:b/>
      <w:bCs/>
      <w:color w:val="222222"/>
      <w:sz w:val="23"/>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before="160" w:line="240" w:lineRule="auto"/>
      <w:contextualSpacing/>
    </w:pPr>
    <w:rPr>
      <w:rFonts w:asciiTheme="majorHAnsi" w:eastAsiaTheme="majorEastAsia" w:hAnsiTheme="majorHAnsi" w:cstheme="majorBidi"/>
      <w:b/>
      <w:color w:val="222222"/>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rdtext">
    <w:name w:val="Card text"/>
    <w:pPr>
      <w:spacing w:after="60" w:line="240" w:lineRule="auto"/>
    </w:pPr>
    <w:rPr>
      <w:rFonts w:ascii="Aptos" w:hAnsi="Apto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4003</Words>
  <Characters>22020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Sociale Escaperoom - 3 niveaus printpakket</dc:title>
  <dc:subject>Mentorles groepsvorming: acceptatie, inzet, helpen en waardering</dc:subject>
  <dc:creator>Martine van Winkel</dc:creator>
  <cp:keywords>mentorles, escaperoom, groepsvorming, samenwerken</cp:keywords>
  <dc:description>generated by python-docx</dc:description>
  <cp:lastModifiedBy>Martine van Winkel</cp:lastModifiedBy>
  <cp:revision>3</cp:revision>
  <dcterms:created xsi:type="dcterms:W3CDTF">2026-08-20T09:04:00Z</dcterms:created>
  <dcterms:modified xsi:type="dcterms:W3CDTF">2026-08-20T09:05:00Z</dcterms:modified>
  <cp:category/>
</cp:coreProperties>
</file>