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D6419C" w:rsidRPr="00A050C5" w14:paraId="18251C0C" w14:textId="77777777">
        <w:trPr>
          <w:jc w:val="center"/>
        </w:trPr>
        <w:tc>
          <w:tcPr>
            <w:tcW w:w="10596" w:type="dxa"/>
            <w:shd w:val="clear" w:color="auto" w:fill="1F3A5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9889B9A" w14:textId="3F02914E" w:rsidR="00D6419C" w:rsidRPr="00A050C5" w:rsidRDefault="00BD6D92">
            <w:pPr>
              <w:spacing w:line="240" w:lineRule="auto"/>
              <w:jc w:val="center"/>
              <w:rPr>
                <w:lang w:val="nl-NL"/>
              </w:rPr>
            </w:pPr>
            <w:r w:rsidRPr="00A050C5">
              <w:rPr>
                <w:rFonts w:ascii="Aptos Display" w:hAnsi="Aptos Display"/>
                <w:b/>
                <w:color w:val="FFFFFF"/>
                <w:sz w:val="36"/>
                <w:lang w:val="nl-NL"/>
              </w:rPr>
              <w:t>BEROEP ONDER DE LOEP</w:t>
            </w:r>
          </w:p>
          <w:p w14:paraId="68C63D28" w14:textId="32E2AF17" w:rsidR="00D6419C" w:rsidRPr="00A050C5" w:rsidRDefault="00BD6D92">
            <w:pPr>
              <w:spacing w:line="240" w:lineRule="auto"/>
              <w:jc w:val="center"/>
              <w:rPr>
                <w:lang w:val="nl-NL"/>
              </w:rPr>
            </w:pPr>
            <w:r w:rsidRPr="00A050C5">
              <w:rPr>
                <w:i/>
                <w:color w:val="FFFFFF"/>
                <w:sz w:val="19"/>
                <w:lang w:val="nl-NL"/>
              </w:rPr>
              <w:t>Jouw beroepsdossier</w:t>
            </w:r>
            <w:r w:rsidR="005369FE">
              <w:rPr>
                <w:i/>
                <w:color w:val="FFFFFF"/>
                <w:sz w:val="19"/>
                <w:lang w:val="nl-NL"/>
              </w:rPr>
              <w:t>,</w:t>
            </w:r>
            <w:r w:rsidRPr="00A050C5">
              <w:rPr>
                <w:i/>
                <w:color w:val="FFFFFF"/>
                <w:sz w:val="19"/>
                <w:lang w:val="nl-NL"/>
              </w:rPr>
              <w:t xml:space="preserve"> word beroepenrechercheur</w:t>
            </w:r>
          </w:p>
        </w:tc>
      </w:tr>
    </w:tbl>
    <w:p w14:paraId="62B1BD24" w14:textId="4D3A9D47" w:rsidR="00D6419C" w:rsidRPr="00A050C5" w:rsidRDefault="00D6419C">
      <w:pPr>
        <w:spacing w:after="40" w:line="240" w:lineRule="auto"/>
        <w:rPr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32"/>
        <w:gridCol w:w="3532"/>
        <w:gridCol w:w="3532"/>
      </w:tblGrid>
      <w:tr w:rsidR="00D6419C" w14:paraId="206708A6" w14:textId="77777777">
        <w:tc>
          <w:tcPr>
            <w:tcW w:w="3532" w:type="dxa"/>
            <w:shd w:val="clear" w:color="auto" w:fill="F5F6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7B2048A" w14:textId="608D439D" w:rsidR="00D6419C" w:rsidRDefault="00B41BF1">
            <w:pPr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A801C13" wp14:editId="268719F8">
                  <wp:simplePos x="0" y="0"/>
                  <wp:positionH relativeFrom="column">
                    <wp:posOffset>-116840</wp:posOffset>
                  </wp:positionH>
                  <wp:positionV relativeFrom="paragraph">
                    <wp:posOffset>-806450</wp:posOffset>
                  </wp:positionV>
                  <wp:extent cx="398767" cy="673100"/>
                  <wp:effectExtent l="0" t="0" r="1905" b="0"/>
                  <wp:wrapNone/>
                  <wp:docPr id="74158574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585741" name="Afbeelding 7415857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767" cy="67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6D92">
              <w:rPr>
                <w:b/>
                <w:color w:val="1F3A5F"/>
                <w:sz w:val="17"/>
              </w:rPr>
              <w:t xml:space="preserve">Naam: </w:t>
            </w:r>
          </w:p>
        </w:tc>
        <w:tc>
          <w:tcPr>
            <w:tcW w:w="3532" w:type="dxa"/>
            <w:shd w:val="clear" w:color="auto" w:fill="F5F6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36502A3" w14:textId="40F60AF9" w:rsidR="00D6419C" w:rsidRDefault="00BD6D92">
            <w:pPr>
              <w:spacing w:line="240" w:lineRule="auto"/>
            </w:pPr>
            <w:r>
              <w:rPr>
                <w:b/>
                <w:color w:val="1F3A5F"/>
                <w:sz w:val="17"/>
              </w:rPr>
              <w:t xml:space="preserve">Klas: </w:t>
            </w:r>
          </w:p>
        </w:tc>
        <w:tc>
          <w:tcPr>
            <w:tcW w:w="3532" w:type="dxa"/>
            <w:shd w:val="clear" w:color="auto" w:fill="F5F6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523259F" w14:textId="0A821845" w:rsidR="00D6419C" w:rsidRDefault="00BD6D92">
            <w:pPr>
              <w:spacing w:line="240" w:lineRule="auto"/>
            </w:pPr>
            <w:r>
              <w:rPr>
                <w:b/>
                <w:color w:val="1F3A5F"/>
                <w:sz w:val="17"/>
              </w:rPr>
              <w:t xml:space="preserve">Datum: </w:t>
            </w:r>
          </w:p>
        </w:tc>
      </w:tr>
    </w:tbl>
    <w:p w14:paraId="2BC39183" w14:textId="1DABDF51" w:rsidR="00D6419C" w:rsidRDefault="00D6419C">
      <w:pPr>
        <w:spacing w:after="4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D6419C" w:rsidRPr="00A050C5" w14:paraId="32AF5933" w14:textId="77777777">
        <w:trPr>
          <w:jc w:val="center"/>
        </w:trPr>
        <w:tc>
          <w:tcPr>
            <w:tcW w:w="10596" w:type="dxa"/>
            <w:shd w:val="clear" w:color="auto" w:fill="FFF4D6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B213D4" w14:textId="4CB9A870" w:rsidR="00D6419C" w:rsidRPr="00A050C5" w:rsidRDefault="00BD6D92">
            <w:pPr>
              <w:spacing w:line="240" w:lineRule="auto"/>
              <w:rPr>
                <w:lang w:val="nl-NL"/>
              </w:rPr>
            </w:pPr>
            <w:r w:rsidRPr="00A050C5">
              <w:rPr>
                <w:i/>
                <w:color w:val="222222"/>
                <w:sz w:val="17"/>
                <w:lang w:val="nl-NL"/>
              </w:rPr>
              <w:t>MISSIE: ontdek wat iemand met dit beroep écht doet. Je hoeft nog niet te kiezen; je onderzoekt of deze richting meer aandacht verdient.</w:t>
            </w:r>
          </w:p>
        </w:tc>
      </w:tr>
    </w:tbl>
    <w:p w14:paraId="0BFDC150" w14:textId="251E647F" w:rsidR="00D6419C" w:rsidRPr="00A050C5" w:rsidRDefault="00D6419C">
      <w:pPr>
        <w:spacing w:after="20" w:line="240" w:lineRule="auto"/>
        <w:rPr>
          <w:lang w:val="nl-NL"/>
        </w:rPr>
      </w:pPr>
    </w:p>
    <w:p w14:paraId="20EDCDFD" w14:textId="74ED6DD9" w:rsidR="00D6419C" w:rsidRDefault="00BD6D92">
      <w:pPr>
        <w:keepNext/>
        <w:spacing w:before="60" w:after="40" w:line="240" w:lineRule="auto"/>
      </w:pPr>
      <w:r>
        <w:rPr>
          <w:rFonts w:ascii="Aptos Display" w:hAnsi="Aptos Display"/>
          <w:b/>
          <w:color w:val="1F3A5F"/>
          <w:sz w:val="26"/>
        </w:rPr>
        <w:t>1. Open de zaak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86"/>
      </w:tblGrid>
      <w:tr w:rsidR="00D6419C" w:rsidRPr="00465B17" w14:paraId="37EDF083" w14:textId="77777777">
        <w:trPr>
          <w:jc w:val="center"/>
        </w:trPr>
        <w:tc>
          <w:tcPr>
            <w:tcW w:w="10596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5E043807" w14:textId="06878257" w:rsidR="00D6419C" w:rsidRPr="00A050C5" w:rsidRDefault="00BD6D92">
            <w:pPr>
              <w:spacing w:line="240" w:lineRule="auto"/>
              <w:rPr>
                <w:lang w:val="nl-NL"/>
              </w:rPr>
            </w:pPr>
            <w:r w:rsidRPr="00A050C5">
              <w:rPr>
                <w:b/>
                <w:color w:val="1F3A5F"/>
                <w:lang w:val="nl-NL"/>
              </w:rPr>
              <w:t>Welk beroep ga jij onderzoeken?</w:t>
            </w:r>
          </w:p>
          <w:p w14:paraId="62E64B91" w14:textId="3BE9BA73" w:rsidR="00D6419C" w:rsidRPr="00465B17" w:rsidRDefault="00D6419C">
            <w:pPr>
              <w:spacing w:line="240" w:lineRule="auto"/>
              <w:rPr>
                <w:lang w:val="nl-NL"/>
              </w:rPr>
            </w:pPr>
          </w:p>
        </w:tc>
      </w:tr>
    </w:tbl>
    <w:p w14:paraId="3E30AE94" w14:textId="45DDA220" w:rsidR="00D6419C" w:rsidRPr="00465B17" w:rsidRDefault="00D6419C">
      <w:pPr>
        <w:spacing w:after="20" w:line="240" w:lineRule="auto"/>
        <w:rPr>
          <w:lang w:val="nl-NL"/>
        </w:rPr>
      </w:pPr>
    </w:p>
    <w:p w14:paraId="6CA62733" w14:textId="0CCA0A98" w:rsidR="00D6419C" w:rsidRDefault="00BD6D92">
      <w:pPr>
        <w:keepNext/>
        <w:spacing w:before="60" w:after="40" w:line="240" w:lineRule="auto"/>
      </w:pPr>
      <w:r>
        <w:rPr>
          <w:rFonts w:ascii="Aptos Display" w:hAnsi="Aptos Display"/>
          <w:b/>
          <w:color w:val="1F3A5F"/>
          <w:sz w:val="26"/>
        </w:rPr>
        <w:t>2. Mijn eerste beeld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93"/>
        <w:gridCol w:w="5293"/>
      </w:tblGrid>
      <w:tr w:rsidR="00D6419C" w14:paraId="4E2D5B05" w14:textId="77777777">
        <w:trPr>
          <w:jc w:val="center"/>
        </w:trPr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3D3ABBA6" w14:textId="2FA96501" w:rsidR="00D6419C" w:rsidRPr="00A050C5" w:rsidRDefault="00BD6D92">
            <w:pPr>
              <w:spacing w:line="240" w:lineRule="auto"/>
              <w:rPr>
                <w:lang w:val="nl-NL"/>
              </w:rPr>
            </w:pPr>
            <w:r w:rsidRPr="00A050C5">
              <w:rPr>
                <w:b/>
                <w:color w:val="1F3A5F"/>
                <w:lang w:val="nl-NL"/>
              </w:rPr>
              <w:t>Ik denk dat iemand met dit beroep vooral...</w:t>
            </w:r>
          </w:p>
          <w:p w14:paraId="062FBAE0" w14:textId="77777777" w:rsidR="00D6419C" w:rsidRPr="00465B17" w:rsidRDefault="00D6419C" w:rsidP="00A050C5">
            <w:pPr>
              <w:spacing w:line="240" w:lineRule="auto"/>
              <w:rPr>
                <w:lang w:val="nl-NL"/>
              </w:rPr>
            </w:pPr>
          </w:p>
        </w:tc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7020D5CD" w14:textId="77777777" w:rsidR="00D6419C" w:rsidRPr="00A050C5" w:rsidRDefault="00BD6D92">
            <w:pPr>
              <w:spacing w:line="240" w:lineRule="auto"/>
              <w:rPr>
                <w:lang w:val="nl-NL"/>
              </w:rPr>
            </w:pPr>
            <w:r w:rsidRPr="00A050C5">
              <w:rPr>
                <w:b/>
                <w:color w:val="1F3A5F"/>
                <w:lang w:val="nl-NL"/>
              </w:rPr>
              <w:t>Ik denk dat je hiervoor goed moet zijn in...</w:t>
            </w:r>
          </w:p>
          <w:p w14:paraId="25086592" w14:textId="77777777" w:rsidR="00D6419C" w:rsidRDefault="00D6419C" w:rsidP="00A050C5">
            <w:pPr>
              <w:spacing w:line="240" w:lineRule="auto"/>
            </w:pPr>
          </w:p>
        </w:tc>
      </w:tr>
      <w:tr w:rsidR="00D6419C" w14:paraId="48B05A09" w14:textId="77777777">
        <w:trPr>
          <w:jc w:val="center"/>
        </w:trPr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3D09A582" w14:textId="77777777" w:rsidR="00D6419C" w:rsidRPr="00A050C5" w:rsidRDefault="00BD6D92">
            <w:pPr>
              <w:spacing w:line="240" w:lineRule="auto"/>
              <w:rPr>
                <w:lang w:val="nl-NL"/>
              </w:rPr>
            </w:pPr>
            <w:r w:rsidRPr="00A050C5">
              <w:rPr>
                <w:b/>
                <w:color w:val="1F3A5F"/>
                <w:lang w:val="nl-NL"/>
              </w:rPr>
              <w:t>Ik denk dat het leukste aan dit beroep is...</w:t>
            </w:r>
          </w:p>
          <w:p w14:paraId="69B8A15F" w14:textId="15EA0C93" w:rsidR="00D6419C" w:rsidRDefault="00D6419C"/>
        </w:tc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6B139E5D" w14:textId="77777777" w:rsidR="00D6419C" w:rsidRPr="00A050C5" w:rsidRDefault="00BD6D92">
            <w:pPr>
              <w:spacing w:line="240" w:lineRule="auto"/>
              <w:rPr>
                <w:lang w:val="nl-NL"/>
              </w:rPr>
            </w:pPr>
            <w:r w:rsidRPr="00A050C5">
              <w:rPr>
                <w:b/>
                <w:color w:val="1F3A5F"/>
                <w:lang w:val="nl-NL"/>
              </w:rPr>
              <w:t>Ik denk dat het minder leuke deel is...</w:t>
            </w:r>
          </w:p>
          <w:p w14:paraId="60917E8A" w14:textId="77777777" w:rsidR="00D6419C" w:rsidRDefault="00D6419C"/>
        </w:tc>
      </w:tr>
    </w:tbl>
    <w:p w14:paraId="307AE64F" w14:textId="77777777" w:rsidR="00D6419C" w:rsidRDefault="00D6419C">
      <w:pPr>
        <w:spacing w:after="20" w:line="240" w:lineRule="auto"/>
      </w:pPr>
    </w:p>
    <w:p w14:paraId="75E232C6" w14:textId="77777777" w:rsidR="00D6419C" w:rsidRDefault="00BD6D92">
      <w:pPr>
        <w:keepNext/>
        <w:spacing w:before="60" w:after="40" w:line="240" w:lineRule="auto"/>
      </w:pPr>
      <w:r>
        <w:rPr>
          <w:rFonts w:ascii="Aptos Display" w:hAnsi="Aptos Display"/>
          <w:b/>
          <w:color w:val="1F3A5F"/>
          <w:sz w:val="26"/>
        </w:rPr>
        <w:t>3. Mijn voorspelling</w:t>
      </w:r>
    </w:p>
    <w:p w14:paraId="01C2BA1D" w14:textId="77777777" w:rsidR="00D6419C" w:rsidRPr="00A050C5" w:rsidRDefault="00BD6D92">
      <w:pPr>
        <w:spacing w:after="20" w:line="240" w:lineRule="auto"/>
        <w:rPr>
          <w:lang w:val="nl-NL"/>
        </w:rPr>
      </w:pPr>
      <w:r w:rsidRPr="00A050C5">
        <w:rPr>
          <w:b/>
          <w:color w:val="222222"/>
          <w:lang w:val="nl-NL"/>
        </w:rPr>
        <w:t>Hoe goed denk je dat dit beroep bij jou past?</w:t>
      </w:r>
    </w:p>
    <w:p w14:paraId="266A9878" w14:textId="45091430" w:rsidR="00D6419C" w:rsidRPr="00A050C5" w:rsidRDefault="00BD6D92">
      <w:pPr>
        <w:spacing w:after="20" w:line="240" w:lineRule="auto"/>
        <w:rPr>
          <w:lang w:val="nl-NL"/>
        </w:rPr>
      </w:pPr>
      <w:r w:rsidRPr="00A050C5">
        <w:rPr>
          <w:color w:val="222222"/>
          <w:sz w:val="17"/>
          <w:lang w:val="nl-NL"/>
        </w:rPr>
        <w:t>☐</w:t>
      </w:r>
      <w:r w:rsidRPr="00A050C5">
        <w:rPr>
          <w:color w:val="222222"/>
          <w:sz w:val="17"/>
          <w:lang w:val="nl-NL"/>
        </w:rPr>
        <w:t xml:space="preserve"> 1</w:t>
      </w:r>
      <w:r w:rsidR="00A050C5">
        <w:rPr>
          <w:color w:val="222222"/>
          <w:sz w:val="17"/>
          <w:lang w:val="nl-NL"/>
        </w:rPr>
        <w:t>=</w:t>
      </w:r>
      <w:r w:rsidRPr="00A050C5">
        <w:rPr>
          <w:color w:val="222222"/>
          <w:sz w:val="17"/>
          <w:lang w:val="nl-NL"/>
        </w:rPr>
        <w:t xml:space="preserve"> helemaal niet    ☐ 2    ☐ 3 </w:t>
      </w:r>
      <w:r w:rsidR="00A050C5">
        <w:rPr>
          <w:color w:val="222222"/>
          <w:sz w:val="17"/>
          <w:lang w:val="nl-NL"/>
        </w:rPr>
        <w:t>=</w:t>
      </w:r>
      <w:r w:rsidRPr="00A050C5">
        <w:rPr>
          <w:color w:val="222222"/>
          <w:sz w:val="17"/>
          <w:lang w:val="nl-NL"/>
        </w:rPr>
        <w:t xml:space="preserve"> misschien    ☐ 4    ☐ 5 </w:t>
      </w:r>
      <w:r w:rsidR="00A050C5">
        <w:rPr>
          <w:color w:val="222222"/>
          <w:sz w:val="17"/>
          <w:lang w:val="nl-NL"/>
        </w:rPr>
        <w:t>=</w:t>
      </w:r>
      <w:r w:rsidRPr="00A050C5">
        <w:rPr>
          <w:color w:val="222222"/>
          <w:sz w:val="17"/>
          <w:lang w:val="nl-NL"/>
        </w:rPr>
        <w:t xml:space="preserve"> heel goed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86"/>
      </w:tblGrid>
      <w:tr w:rsidR="00D6419C" w14:paraId="40C53F46" w14:textId="77777777">
        <w:trPr>
          <w:jc w:val="center"/>
        </w:trPr>
        <w:tc>
          <w:tcPr>
            <w:tcW w:w="10596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6267F455" w14:textId="77777777" w:rsidR="00D6419C" w:rsidRPr="00A050C5" w:rsidRDefault="00BD6D92">
            <w:pPr>
              <w:spacing w:line="240" w:lineRule="auto"/>
              <w:rPr>
                <w:lang w:val="nl-NL"/>
              </w:rPr>
            </w:pPr>
            <w:r w:rsidRPr="00A050C5">
              <w:rPr>
                <w:b/>
                <w:color w:val="1F3A5F"/>
                <w:lang w:val="nl-NL"/>
              </w:rPr>
              <w:t>Waarom geef je deze score?</w:t>
            </w:r>
          </w:p>
          <w:p w14:paraId="5190F2F3" w14:textId="77777777" w:rsidR="00D6419C" w:rsidRDefault="00D6419C"/>
        </w:tc>
      </w:tr>
    </w:tbl>
    <w:p w14:paraId="6A1948F4" w14:textId="77777777" w:rsidR="00D6419C" w:rsidRDefault="00D6419C">
      <w:pPr>
        <w:spacing w:after="20" w:line="240" w:lineRule="auto"/>
      </w:pPr>
    </w:p>
    <w:p w14:paraId="6710A163" w14:textId="77777777" w:rsidR="00D6419C" w:rsidRDefault="00BD6D92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D6419C" w:rsidRPr="00A050C5" w14:paraId="5BA3885A" w14:textId="77777777">
        <w:trPr>
          <w:jc w:val="center"/>
        </w:trPr>
        <w:tc>
          <w:tcPr>
            <w:tcW w:w="10596" w:type="dxa"/>
            <w:shd w:val="clear" w:color="auto" w:fill="1F3A5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40C50A0" w14:textId="77777777" w:rsidR="00D6419C" w:rsidRPr="00A050C5" w:rsidRDefault="00BD6D92">
            <w:pPr>
              <w:spacing w:line="240" w:lineRule="auto"/>
              <w:jc w:val="center"/>
              <w:rPr>
                <w:lang w:val="nl-NL"/>
              </w:rPr>
            </w:pPr>
            <w:r w:rsidRPr="00A050C5">
              <w:rPr>
                <w:rFonts w:ascii="Aptos Display" w:hAnsi="Aptos Display"/>
                <w:b/>
                <w:color w:val="FFFFFF"/>
                <w:sz w:val="36"/>
                <w:lang w:val="nl-NL"/>
              </w:rPr>
              <w:lastRenderedPageBreak/>
              <w:t>HET BEROEPSDOSSIER</w:t>
            </w:r>
          </w:p>
          <w:p w14:paraId="677DAEB0" w14:textId="77777777" w:rsidR="00D6419C" w:rsidRPr="00A050C5" w:rsidRDefault="00BD6D92">
            <w:pPr>
              <w:spacing w:line="240" w:lineRule="auto"/>
              <w:jc w:val="center"/>
              <w:rPr>
                <w:lang w:val="nl-NL"/>
              </w:rPr>
            </w:pPr>
            <w:r w:rsidRPr="00A050C5">
              <w:rPr>
                <w:i/>
                <w:color w:val="FFFFFF"/>
                <w:sz w:val="19"/>
                <w:lang w:val="nl-NL"/>
              </w:rPr>
              <w:t>Zoek informatie in minimaal twee verschillende bronnen</w:t>
            </w:r>
          </w:p>
        </w:tc>
      </w:tr>
    </w:tbl>
    <w:p w14:paraId="2BB2CC8C" w14:textId="77777777" w:rsidR="00D6419C" w:rsidRPr="00A050C5" w:rsidRDefault="00D6419C">
      <w:pPr>
        <w:spacing w:after="40" w:line="240" w:lineRule="auto"/>
        <w:rPr>
          <w:lang w:val="nl-N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D6419C" w:rsidRPr="00A050C5" w14:paraId="7E7DA4FE" w14:textId="77777777">
        <w:trPr>
          <w:jc w:val="center"/>
        </w:trPr>
        <w:tc>
          <w:tcPr>
            <w:tcW w:w="10596" w:type="dxa"/>
            <w:shd w:val="clear" w:color="auto" w:fill="FFF4D6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5DE743" w14:textId="77777777" w:rsidR="00D6419C" w:rsidRPr="00A050C5" w:rsidRDefault="00BD6D92">
            <w:pPr>
              <w:spacing w:line="240" w:lineRule="auto"/>
              <w:rPr>
                <w:lang w:val="nl-NL"/>
              </w:rPr>
            </w:pPr>
            <w:r w:rsidRPr="00A050C5">
              <w:rPr>
                <w:i/>
                <w:color w:val="222222"/>
                <w:sz w:val="17"/>
                <w:lang w:val="nl-NL"/>
              </w:rPr>
              <w:t>Denk aan beroepenwebsites, filmpjes, websites van bedrijven, interviews, vacatures of opleidingsinformatie.</w:t>
            </w:r>
          </w:p>
        </w:tc>
      </w:tr>
    </w:tbl>
    <w:p w14:paraId="352F9232" w14:textId="77777777" w:rsidR="00D6419C" w:rsidRPr="00A050C5" w:rsidRDefault="00D6419C">
      <w:pPr>
        <w:spacing w:after="20" w:line="240" w:lineRule="auto"/>
        <w:rPr>
          <w:lang w:val="nl-NL"/>
        </w:rPr>
      </w:pPr>
    </w:p>
    <w:p w14:paraId="7D084D9F" w14:textId="77777777" w:rsidR="00D6419C" w:rsidRPr="00A050C5" w:rsidRDefault="00BD6D92">
      <w:pPr>
        <w:keepNext/>
        <w:spacing w:before="60" w:after="40" w:line="240" w:lineRule="auto"/>
        <w:rPr>
          <w:lang w:val="nl-NL"/>
        </w:rPr>
      </w:pPr>
      <w:r w:rsidRPr="00A050C5">
        <w:rPr>
          <w:rFonts w:ascii="Aptos Display" w:hAnsi="Aptos Display"/>
          <w:b/>
          <w:color w:val="1F3A5F"/>
          <w:sz w:val="26"/>
          <w:lang w:val="nl-NL"/>
        </w:rPr>
        <w:t>4. Wat doe je nou eigenlijk?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98"/>
        <w:gridCol w:w="5298"/>
      </w:tblGrid>
      <w:tr w:rsidR="00D6419C" w14:paraId="25AB7636" w14:textId="77777777">
        <w:trPr>
          <w:jc w:val="center"/>
        </w:trPr>
        <w:tc>
          <w:tcPr>
            <w:tcW w:w="5298" w:type="dxa"/>
            <w:shd w:val="clear" w:color="auto" w:fill="1F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296B536" w14:textId="77777777" w:rsidR="00D6419C" w:rsidRDefault="00BD6D92">
            <w:pPr>
              <w:spacing w:line="240" w:lineRule="auto"/>
              <w:jc w:val="center"/>
            </w:pPr>
            <w:r>
              <w:rPr>
                <w:b/>
                <w:color w:val="FFFFFF"/>
                <w:sz w:val="16"/>
              </w:rPr>
              <w:t>WERKZAAMHEID</w:t>
            </w:r>
          </w:p>
        </w:tc>
        <w:tc>
          <w:tcPr>
            <w:tcW w:w="5298" w:type="dxa"/>
            <w:shd w:val="clear" w:color="auto" w:fill="1F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AB2BA8D" w14:textId="77777777" w:rsidR="00D6419C" w:rsidRDefault="00BD6D92">
            <w:pPr>
              <w:spacing w:line="240" w:lineRule="auto"/>
              <w:jc w:val="center"/>
            </w:pPr>
            <w:r>
              <w:rPr>
                <w:b/>
                <w:color w:val="FFFFFF"/>
                <w:sz w:val="16"/>
              </w:rPr>
              <w:t>WAT HOUDT DAT IN?</w:t>
            </w:r>
          </w:p>
        </w:tc>
      </w:tr>
      <w:tr w:rsidR="00D6419C" w14:paraId="2EFFEF12" w14:textId="77777777">
        <w:trPr>
          <w:jc w:val="center"/>
        </w:trPr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47" w:type="dxa"/>
              <w:left w:w="90" w:type="dxa"/>
              <w:bottom w:w="47" w:type="dxa"/>
              <w:right w:w="90" w:type="dxa"/>
            </w:tcMar>
          </w:tcPr>
          <w:p w14:paraId="3DE2B7EE" w14:textId="0858538D" w:rsidR="00D6419C" w:rsidRDefault="00D6419C">
            <w:pPr>
              <w:spacing w:line="240" w:lineRule="auto"/>
            </w:pPr>
          </w:p>
        </w:tc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47" w:type="dxa"/>
              <w:left w:w="90" w:type="dxa"/>
              <w:bottom w:w="47" w:type="dxa"/>
              <w:right w:w="90" w:type="dxa"/>
            </w:tcMar>
          </w:tcPr>
          <w:p w14:paraId="3DB6F5C9" w14:textId="2411E07E" w:rsidR="00D6419C" w:rsidRDefault="00D6419C">
            <w:pPr>
              <w:spacing w:line="240" w:lineRule="auto"/>
            </w:pPr>
          </w:p>
        </w:tc>
      </w:tr>
      <w:tr w:rsidR="00D6419C" w14:paraId="21C7DFB3" w14:textId="77777777">
        <w:trPr>
          <w:jc w:val="center"/>
        </w:trPr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47" w:type="dxa"/>
              <w:left w:w="90" w:type="dxa"/>
              <w:bottom w:w="47" w:type="dxa"/>
              <w:right w:w="90" w:type="dxa"/>
            </w:tcMar>
          </w:tcPr>
          <w:p w14:paraId="2B835138" w14:textId="3F8A0118" w:rsidR="00D6419C" w:rsidRDefault="00D6419C">
            <w:pPr>
              <w:spacing w:line="240" w:lineRule="auto"/>
            </w:pPr>
          </w:p>
        </w:tc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47" w:type="dxa"/>
              <w:left w:w="90" w:type="dxa"/>
              <w:bottom w:w="47" w:type="dxa"/>
              <w:right w:w="90" w:type="dxa"/>
            </w:tcMar>
          </w:tcPr>
          <w:p w14:paraId="67CF965A" w14:textId="6651D568" w:rsidR="00D6419C" w:rsidRDefault="00D6419C">
            <w:pPr>
              <w:spacing w:line="240" w:lineRule="auto"/>
            </w:pPr>
          </w:p>
        </w:tc>
      </w:tr>
      <w:tr w:rsidR="00D6419C" w14:paraId="2175187E" w14:textId="77777777">
        <w:trPr>
          <w:jc w:val="center"/>
        </w:trPr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47" w:type="dxa"/>
              <w:left w:w="90" w:type="dxa"/>
              <w:bottom w:w="47" w:type="dxa"/>
              <w:right w:w="90" w:type="dxa"/>
            </w:tcMar>
          </w:tcPr>
          <w:p w14:paraId="0BDDAA2D" w14:textId="3457B73C" w:rsidR="00D6419C" w:rsidRDefault="00D6419C">
            <w:pPr>
              <w:spacing w:line="240" w:lineRule="auto"/>
            </w:pPr>
          </w:p>
        </w:tc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47" w:type="dxa"/>
              <w:left w:w="90" w:type="dxa"/>
              <w:bottom w:w="47" w:type="dxa"/>
              <w:right w:w="90" w:type="dxa"/>
            </w:tcMar>
          </w:tcPr>
          <w:p w14:paraId="51D63326" w14:textId="044D8518" w:rsidR="00D6419C" w:rsidRDefault="00D6419C">
            <w:pPr>
              <w:spacing w:line="240" w:lineRule="auto"/>
            </w:pPr>
          </w:p>
        </w:tc>
      </w:tr>
      <w:tr w:rsidR="00D6419C" w14:paraId="0F46F0A4" w14:textId="77777777">
        <w:trPr>
          <w:jc w:val="center"/>
        </w:trPr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47" w:type="dxa"/>
              <w:left w:w="90" w:type="dxa"/>
              <w:bottom w:w="47" w:type="dxa"/>
              <w:right w:w="90" w:type="dxa"/>
            </w:tcMar>
          </w:tcPr>
          <w:p w14:paraId="24394B87" w14:textId="1A7421BD" w:rsidR="00D6419C" w:rsidRDefault="00D6419C">
            <w:pPr>
              <w:spacing w:line="240" w:lineRule="auto"/>
            </w:pPr>
          </w:p>
        </w:tc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47" w:type="dxa"/>
              <w:left w:w="90" w:type="dxa"/>
              <w:bottom w:w="47" w:type="dxa"/>
              <w:right w:w="90" w:type="dxa"/>
            </w:tcMar>
          </w:tcPr>
          <w:p w14:paraId="451344E5" w14:textId="3B9FD51E" w:rsidR="00D6419C" w:rsidRDefault="00D6419C">
            <w:pPr>
              <w:spacing w:line="240" w:lineRule="auto"/>
            </w:pPr>
          </w:p>
        </w:tc>
      </w:tr>
      <w:tr w:rsidR="00D6419C" w14:paraId="3B737668" w14:textId="77777777">
        <w:trPr>
          <w:jc w:val="center"/>
        </w:trPr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47" w:type="dxa"/>
              <w:left w:w="90" w:type="dxa"/>
              <w:bottom w:w="47" w:type="dxa"/>
              <w:right w:w="90" w:type="dxa"/>
            </w:tcMar>
          </w:tcPr>
          <w:p w14:paraId="2F8A8930" w14:textId="7607C3E0" w:rsidR="00D6419C" w:rsidRDefault="00D6419C">
            <w:pPr>
              <w:spacing w:line="240" w:lineRule="auto"/>
            </w:pPr>
          </w:p>
        </w:tc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47" w:type="dxa"/>
              <w:left w:w="90" w:type="dxa"/>
              <w:bottom w:w="47" w:type="dxa"/>
              <w:right w:w="90" w:type="dxa"/>
            </w:tcMar>
          </w:tcPr>
          <w:p w14:paraId="70BDC675" w14:textId="243D3F78" w:rsidR="00D6419C" w:rsidRDefault="00D6419C">
            <w:pPr>
              <w:spacing w:line="240" w:lineRule="auto"/>
            </w:pPr>
          </w:p>
        </w:tc>
      </w:tr>
    </w:tbl>
    <w:p w14:paraId="57925004" w14:textId="77777777" w:rsidR="00D6419C" w:rsidRDefault="00D6419C">
      <w:pPr>
        <w:spacing w:after="20" w:line="240" w:lineRule="auto"/>
      </w:pPr>
    </w:p>
    <w:p w14:paraId="23149A4C" w14:textId="77777777" w:rsidR="00D6419C" w:rsidRPr="00A050C5" w:rsidRDefault="00BD6D92">
      <w:pPr>
        <w:keepNext/>
        <w:spacing w:before="60" w:after="40" w:line="240" w:lineRule="auto"/>
        <w:rPr>
          <w:lang w:val="nl-NL"/>
        </w:rPr>
      </w:pPr>
      <w:r w:rsidRPr="00A050C5">
        <w:rPr>
          <w:rFonts w:ascii="Aptos Display" w:hAnsi="Aptos Display"/>
          <w:b/>
          <w:color w:val="1F3A5F"/>
          <w:sz w:val="26"/>
          <w:lang w:val="nl-NL"/>
        </w:rPr>
        <w:t>5. Waar en met wie werk je?</w:t>
      </w:r>
    </w:p>
    <w:p w14:paraId="68701E36" w14:textId="77777777" w:rsidR="00D6419C" w:rsidRPr="00A050C5" w:rsidRDefault="00BD6D92">
      <w:pPr>
        <w:spacing w:after="20" w:line="240" w:lineRule="auto"/>
        <w:rPr>
          <w:lang w:val="nl-NL"/>
        </w:rPr>
      </w:pPr>
      <w:r w:rsidRPr="00A050C5">
        <w:rPr>
          <w:color w:val="222222"/>
          <w:sz w:val="16"/>
          <w:lang w:val="nl-NL"/>
        </w:rPr>
        <w:t>☐</w:t>
      </w:r>
      <w:r w:rsidRPr="00A050C5">
        <w:rPr>
          <w:color w:val="222222"/>
          <w:sz w:val="16"/>
          <w:lang w:val="nl-NL"/>
        </w:rPr>
        <w:t xml:space="preserve"> binnen    ☐ buiten    ☐ kantoor    ☐ werkplaats    ☐ onderweg    ☐ vaste plek    ☐ wisselende plekken</w:t>
      </w:r>
    </w:p>
    <w:p w14:paraId="3043FE32" w14:textId="77777777" w:rsidR="00D6419C" w:rsidRPr="00A050C5" w:rsidRDefault="00BD6D92">
      <w:pPr>
        <w:spacing w:after="20" w:line="240" w:lineRule="auto"/>
        <w:rPr>
          <w:lang w:val="nl-NL"/>
        </w:rPr>
      </w:pPr>
      <w:r w:rsidRPr="00A050C5">
        <w:rPr>
          <w:color w:val="222222"/>
          <w:sz w:val="16"/>
          <w:lang w:val="nl-NL"/>
        </w:rPr>
        <w:t>☐</w:t>
      </w:r>
      <w:r w:rsidRPr="00A050C5">
        <w:rPr>
          <w:color w:val="222222"/>
          <w:sz w:val="16"/>
          <w:lang w:val="nl-NL"/>
        </w:rPr>
        <w:t xml:space="preserve"> alleen    ☐ collega's    ☐ klanten    ☐ kinderen    ☐ volwassenen    ☐ cliënten/patiënten    ☐ machines/techniek    ☐ dieren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86"/>
      </w:tblGrid>
      <w:tr w:rsidR="00D6419C" w14:paraId="0260D1B8" w14:textId="77777777">
        <w:trPr>
          <w:jc w:val="center"/>
        </w:trPr>
        <w:tc>
          <w:tcPr>
            <w:tcW w:w="10596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1331708E" w14:textId="77777777" w:rsidR="00D6419C" w:rsidRDefault="00BD6D92">
            <w:pPr>
              <w:spacing w:line="240" w:lineRule="auto"/>
              <w:rPr>
                <w:b/>
                <w:color w:val="1F3A5F"/>
                <w:lang w:val="nl-NL"/>
              </w:rPr>
            </w:pPr>
            <w:r w:rsidRPr="00A050C5">
              <w:rPr>
                <w:b/>
                <w:color w:val="1F3A5F"/>
                <w:lang w:val="nl-NL"/>
              </w:rPr>
              <w:t>Wat valt je op aan de werkomgeving</w:t>
            </w:r>
          </w:p>
          <w:p w14:paraId="21E2A53B" w14:textId="77777777" w:rsidR="00A050C5" w:rsidRDefault="00A050C5">
            <w:pPr>
              <w:spacing w:line="240" w:lineRule="auto"/>
              <w:rPr>
                <w:lang w:val="nl-NL"/>
              </w:rPr>
            </w:pPr>
          </w:p>
          <w:p w14:paraId="0EA8F237" w14:textId="254EC0B5" w:rsidR="00A050C5" w:rsidRPr="00A050C5" w:rsidRDefault="00A050C5">
            <w:pPr>
              <w:spacing w:line="240" w:lineRule="auto"/>
              <w:rPr>
                <w:lang w:val="nl-NL"/>
              </w:rPr>
            </w:pPr>
          </w:p>
        </w:tc>
      </w:tr>
    </w:tbl>
    <w:p w14:paraId="575A39FD" w14:textId="77777777" w:rsidR="00D6419C" w:rsidRDefault="00D6419C">
      <w:pPr>
        <w:spacing w:after="20" w:line="240" w:lineRule="auto"/>
      </w:pPr>
    </w:p>
    <w:p w14:paraId="3B6F76F4" w14:textId="77777777" w:rsidR="00D6419C" w:rsidRDefault="00BD6D92">
      <w:pPr>
        <w:keepNext/>
        <w:spacing w:before="60" w:after="40" w:line="240" w:lineRule="auto"/>
      </w:pPr>
      <w:r>
        <w:rPr>
          <w:rFonts w:ascii="Aptos Display" w:hAnsi="Aptos Display"/>
          <w:b/>
          <w:color w:val="1F3A5F"/>
          <w:sz w:val="26"/>
        </w:rPr>
        <w:t>6. Een gewone werkdag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32"/>
        <w:gridCol w:w="3532"/>
        <w:gridCol w:w="3532"/>
      </w:tblGrid>
      <w:tr w:rsidR="00D6419C" w14:paraId="4D5B20D7" w14:textId="77777777">
        <w:tc>
          <w:tcPr>
            <w:tcW w:w="3532" w:type="dxa"/>
            <w:shd w:val="clear" w:color="auto" w:fill="1F3A5F"/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E334987" w14:textId="77777777" w:rsidR="00D6419C" w:rsidRDefault="00BD6D92">
            <w:pPr>
              <w:spacing w:line="240" w:lineRule="auto"/>
              <w:jc w:val="center"/>
            </w:pPr>
            <w:r>
              <w:rPr>
                <w:b/>
                <w:color w:val="FFFFFF"/>
                <w:sz w:val="15"/>
              </w:rPr>
              <w:t>BEGIN VAN DE DAG</w:t>
            </w:r>
          </w:p>
        </w:tc>
        <w:tc>
          <w:tcPr>
            <w:tcW w:w="3532" w:type="dxa"/>
            <w:shd w:val="clear" w:color="auto" w:fill="1F3A5F"/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5098A68B" w14:textId="77777777" w:rsidR="00D6419C" w:rsidRDefault="00BD6D92">
            <w:pPr>
              <w:spacing w:line="240" w:lineRule="auto"/>
              <w:jc w:val="center"/>
            </w:pPr>
            <w:r>
              <w:rPr>
                <w:b/>
                <w:color w:val="FFFFFF"/>
                <w:sz w:val="15"/>
              </w:rPr>
              <w:t>MIDDEN VAN DE DAG</w:t>
            </w:r>
          </w:p>
        </w:tc>
        <w:tc>
          <w:tcPr>
            <w:tcW w:w="3532" w:type="dxa"/>
            <w:shd w:val="clear" w:color="auto" w:fill="1F3A5F"/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0B3A0EEC" w14:textId="77777777" w:rsidR="00D6419C" w:rsidRDefault="00BD6D92">
            <w:pPr>
              <w:spacing w:line="240" w:lineRule="auto"/>
              <w:jc w:val="center"/>
            </w:pPr>
            <w:r>
              <w:rPr>
                <w:b/>
                <w:color w:val="FFFFFF"/>
                <w:sz w:val="15"/>
              </w:rPr>
              <w:t>EINDE VAN DE DAG</w:t>
            </w:r>
          </w:p>
        </w:tc>
      </w:tr>
      <w:tr w:rsidR="00D6419C" w14:paraId="52DE896B" w14:textId="77777777">
        <w:tc>
          <w:tcPr>
            <w:tcW w:w="3532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C07BF48" w14:textId="1FBB5158" w:rsidR="00D6419C" w:rsidRDefault="00BD6D92">
            <w:pPr>
              <w:spacing w:line="240" w:lineRule="auto"/>
            </w:pPr>
            <w:r>
              <w:rPr>
                <w:i/>
                <w:color w:val="888888"/>
                <w:sz w:val="16"/>
              </w:rPr>
              <w:br/>
            </w:r>
            <w:r>
              <w:rPr>
                <w:i/>
                <w:color w:val="888888"/>
                <w:sz w:val="16"/>
              </w:rPr>
              <w:br/>
            </w:r>
          </w:p>
        </w:tc>
        <w:tc>
          <w:tcPr>
            <w:tcW w:w="3532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0420B92" w14:textId="5B99B7DE" w:rsidR="00D6419C" w:rsidRDefault="00BD6D92">
            <w:pPr>
              <w:spacing w:line="240" w:lineRule="auto"/>
            </w:pPr>
            <w:r>
              <w:rPr>
                <w:i/>
                <w:color w:val="888888"/>
                <w:sz w:val="16"/>
              </w:rPr>
              <w:br/>
            </w:r>
          </w:p>
        </w:tc>
        <w:tc>
          <w:tcPr>
            <w:tcW w:w="3532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0C28E6B" w14:textId="05B13F5D" w:rsidR="00D6419C" w:rsidRDefault="00BD6D92">
            <w:pPr>
              <w:spacing w:line="240" w:lineRule="auto"/>
            </w:pPr>
            <w:r>
              <w:rPr>
                <w:i/>
                <w:color w:val="888888"/>
                <w:sz w:val="16"/>
              </w:rPr>
              <w:br/>
            </w:r>
          </w:p>
        </w:tc>
      </w:tr>
    </w:tbl>
    <w:p w14:paraId="3E4AB2F3" w14:textId="77777777" w:rsidR="00D6419C" w:rsidRDefault="00D6419C">
      <w:pPr>
        <w:spacing w:after="20" w:line="240" w:lineRule="auto"/>
      </w:pPr>
    </w:p>
    <w:p w14:paraId="52BFEF64" w14:textId="77777777" w:rsidR="00D6419C" w:rsidRPr="00A050C5" w:rsidRDefault="00BD6D92">
      <w:pPr>
        <w:keepNext/>
        <w:spacing w:before="60" w:after="40" w:line="240" w:lineRule="auto"/>
        <w:rPr>
          <w:lang w:val="nl-NL"/>
        </w:rPr>
      </w:pPr>
      <w:r w:rsidRPr="00A050C5">
        <w:rPr>
          <w:rFonts w:ascii="Aptos Display" w:hAnsi="Aptos Display"/>
          <w:b/>
          <w:color w:val="1F3A5F"/>
          <w:sz w:val="26"/>
          <w:lang w:val="nl-NL"/>
        </w:rPr>
        <w:t>7. Welke kwaliteiten heb je nodig?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D6419C" w:rsidRPr="00A050C5" w14:paraId="1261B093" w14:textId="77777777">
        <w:trPr>
          <w:jc w:val="center"/>
        </w:trPr>
        <w:tc>
          <w:tcPr>
            <w:tcW w:w="10596" w:type="dxa"/>
            <w:shd w:val="clear" w:color="auto" w:fill="FFF4D6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4FA460" w14:textId="77777777" w:rsidR="00D6419C" w:rsidRPr="00A050C5" w:rsidRDefault="00BD6D92">
            <w:pPr>
              <w:spacing w:line="240" w:lineRule="auto"/>
              <w:rPr>
                <w:lang w:val="nl-NL"/>
              </w:rPr>
            </w:pPr>
            <w:r w:rsidRPr="00A050C5">
              <w:rPr>
                <w:i/>
                <w:color w:val="222222"/>
                <w:sz w:val="17"/>
                <w:lang w:val="nl-NL"/>
              </w:rPr>
              <w:t>Kies minimaal 3 kwaliteiten en leg uit waarom die belangrijk zijn in dit beroep.</w:t>
            </w:r>
          </w:p>
        </w:tc>
      </w:tr>
    </w:tbl>
    <w:p w14:paraId="48BFA5A2" w14:textId="77777777" w:rsidR="00D6419C" w:rsidRPr="00A050C5" w:rsidRDefault="00D6419C">
      <w:pPr>
        <w:spacing w:after="20" w:line="240" w:lineRule="auto"/>
        <w:rPr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98"/>
        <w:gridCol w:w="5298"/>
      </w:tblGrid>
      <w:tr w:rsidR="00D6419C" w:rsidRPr="00A050C5" w14:paraId="7C006BDF" w14:textId="77777777">
        <w:tc>
          <w:tcPr>
            <w:tcW w:w="5298" w:type="dxa"/>
            <w:shd w:val="clear" w:color="auto" w:fill="1F3A5F"/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7B421476" w14:textId="77777777" w:rsidR="00D6419C" w:rsidRDefault="00BD6D92">
            <w:pPr>
              <w:spacing w:line="240" w:lineRule="auto"/>
              <w:jc w:val="center"/>
            </w:pPr>
            <w:r>
              <w:rPr>
                <w:b/>
                <w:color w:val="FFFFFF"/>
                <w:sz w:val="16"/>
              </w:rPr>
              <w:t>KWALITEIT</w:t>
            </w:r>
          </w:p>
        </w:tc>
        <w:tc>
          <w:tcPr>
            <w:tcW w:w="5298" w:type="dxa"/>
            <w:shd w:val="clear" w:color="auto" w:fill="1F3A5F"/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117E030" w14:textId="77777777" w:rsidR="00D6419C" w:rsidRPr="00A050C5" w:rsidRDefault="00BD6D92">
            <w:pPr>
              <w:spacing w:line="240" w:lineRule="auto"/>
              <w:jc w:val="center"/>
              <w:rPr>
                <w:lang w:val="nl-NL"/>
              </w:rPr>
            </w:pPr>
            <w:r w:rsidRPr="00A050C5">
              <w:rPr>
                <w:b/>
                <w:color w:val="FFFFFF"/>
                <w:sz w:val="16"/>
                <w:lang w:val="nl-NL"/>
              </w:rPr>
              <w:t>WAAROM HEB JE DIE NODIG?</w:t>
            </w:r>
          </w:p>
        </w:tc>
      </w:tr>
      <w:tr w:rsidR="00D6419C" w14:paraId="6FEC0D59" w14:textId="77777777"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48" w:type="dxa"/>
              <w:left w:w="90" w:type="dxa"/>
              <w:bottom w:w="48" w:type="dxa"/>
              <w:right w:w="90" w:type="dxa"/>
            </w:tcMar>
          </w:tcPr>
          <w:p w14:paraId="3737536E" w14:textId="093DED36" w:rsidR="00D6419C" w:rsidRDefault="00D6419C">
            <w:pPr>
              <w:spacing w:line="240" w:lineRule="auto"/>
            </w:pPr>
          </w:p>
        </w:tc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48" w:type="dxa"/>
              <w:left w:w="90" w:type="dxa"/>
              <w:bottom w:w="48" w:type="dxa"/>
              <w:right w:w="90" w:type="dxa"/>
            </w:tcMar>
          </w:tcPr>
          <w:p w14:paraId="608881E5" w14:textId="4428B6A8" w:rsidR="00D6419C" w:rsidRDefault="00D6419C">
            <w:pPr>
              <w:spacing w:line="240" w:lineRule="auto"/>
            </w:pPr>
          </w:p>
        </w:tc>
      </w:tr>
      <w:tr w:rsidR="00D6419C" w14:paraId="54D4C206" w14:textId="77777777"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48" w:type="dxa"/>
              <w:left w:w="90" w:type="dxa"/>
              <w:bottom w:w="48" w:type="dxa"/>
              <w:right w:w="90" w:type="dxa"/>
            </w:tcMar>
          </w:tcPr>
          <w:p w14:paraId="4DC90365" w14:textId="4BC37E20" w:rsidR="00D6419C" w:rsidRDefault="00D6419C">
            <w:pPr>
              <w:spacing w:line="240" w:lineRule="auto"/>
            </w:pPr>
          </w:p>
        </w:tc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48" w:type="dxa"/>
              <w:left w:w="90" w:type="dxa"/>
              <w:bottom w:w="48" w:type="dxa"/>
              <w:right w:w="90" w:type="dxa"/>
            </w:tcMar>
          </w:tcPr>
          <w:p w14:paraId="33942178" w14:textId="28E25E9F" w:rsidR="00D6419C" w:rsidRDefault="00D6419C">
            <w:pPr>
              <w:spacing w:line="240" w:lineRule="auto"/>
            </w:pPr>
          </w:p>
        </w:tc>
      </w:tr>
      <w:tr w:rsidR="00D6419C" w14:paraId="15F0735E" w14:textId="77777777"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48" w:type="dxa"/>
              <w:left w:w="90" w:type="dxa"/>
              <w:bottom w:w="48" w:type="dxa"/>
              <w:right w:w="90" w:type="dxa"/>
            </w:tcMar>
          </w:tcPr>
          <w:p w14:paraId="01243A53" w14:textId="2F2725C4" w:rsidR="00D6419C" w:rsidRDefault="00D6419C">
            <w:pPr>
              <w:spacing w:line="240" w:lineRule="auto"/>
            </w:pPr>
          </w:p>
        </w:tc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48" w:type="dxa"/>
              <w:left w:w="90" w:type="dxa"/>
              <w:bottom w:w="48" w:type="dxa"/>
              <w:right w:w="90" w:type="dxa"/>
            </w:tcMar>
          </w:tcPr>
          <w:p w14:paraId="65DE22F8" w14:textId="6C4E8B2B" w:rsidR="00D6419C" w:rsidRDefault="00D6419C">
            <w:pPr>
              <w:spacing w:line="240" w:lineRule="auto"/>
            </w:pPr>
          </w:p>
        </w:tc>
      </w:tr>
    </w:tbl>
    <w:p w14:paraId="448691F9" w14:textId="77777777" w:rsidR="00D6419C" w:rsidRDefault="00BD6D92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D6419C" w:rsidRPr="00A050C5" w14:paraId="3D08B273" w14:textId="77777777">
        <w:trPr>
          <w:jc w:val="center"/>
        </w:trPr>
        <w:tc>
          <w:tcPr>
            <w:tcW w:w="10596" w:type="dxa"/>
            <w:shd w:val="clear" w:color="auto" w:fill="1F3A5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99AD977" w14:textId="77777777" w:rsidR="00D6419C" w:rsidRPr="00A050C5" w:rsidRDefault="00BD6D92">
            <w:pPr>
              <w:spacing w:line="240" w:lineRule="auto"/>
              <w:jc w:val="center"/>
              <w:rPr>
                <w:lang w:val="nl-NL"/>
              </w:rPr>
            </w:pPr>
            <w:r w:rsidRPr="00A050C5">
              <w:rPr>
                <w:rFonts w:ascii="Aptos Display" w:hAnsi="Aptos Display"/>
                <w:b/>
                <w:color w:val="FFFFFF"/>
                <w:sz w:val="36"/>
                <w:lang w:val="nl-NL"/>
              </w:rPr>
              <w:lastRenderedPageBreak/>
              <w:t>KIJK ACHTER HET PLAATJE</w:t>
            </w:r>
          </w:p>
          <w:p w14:paraId="4495AC88" w14:textId="77777777" w:rsidR="00D6419C" w:rsidRPr="00A050C5" w:rsidRDefault="00BD6D92">
            <w:pPr>
              <w:spacing w:line="240" w:lineRule="auto"/>
              <w:jc w:val="center"/>
              <w:rPr>
                <w:lang w:val="nl-NL"/>
              </w:rPr>
            </w:pPr>
            <w:r w:rsidRPr="00A050C5">
              <w:rPr>
                <w:i/>
                <w:color w:val="FFFFFF"/>
                <w:sz w:val="19"/>
                <w:lang w:val="nl-NL"/>
              </w:rPr>
              <w:t>Wat wist je vooraf nog niet?</w:t>
            </w:r>
          </w:p>
        </w:tc>
      </w:tr>
    </w:tbl>
    <w:p w14:paraId="11B2C5D7" w14:textId="77777777" w:rsidR="00D6419C" w:rsidRPr="00A050C5" w:rsidRDefault="00D6419C">
      <w:pPr>
        <w:spacing w:after="40" w:line="240" w:lineRule="auto"/>
        <w:rPr>
          <w:lang w:val="nl-NL"/>
        </w:rPr>
      </w:pPr>
    </w:p>
    <w:p w14:paraId="125C7757" w14:textId="77777777" w:rsidR="00D6419C" w:rsidRDefault="00BD6D92">
      <w:pPr>
        <w:keepNext/>
        <w:spacing w:before="60" w:after="40" w:line="240" w:lineRule="auto"/>
      </w:pPr>
      <w:r>
        <w:rPr>
          <w:rFonts w:ascii="Aptos Display" w:hAnsi="Aptos Display"/>
          <w:b/>
          <w:color w:val="1F3A5F"/>
          <w:sz w:val="26"/>
        </w:rPr>
        <w:t xml:space="preserve">8. Het </w:t>
      </w:r>
      <w:proofErr w:type="spellStart"/>
      <w:r>
        <w:rPr>
          <w:rFonts w:ascii="Aptos Display" w:hAnsi="Aptos Display"/>
          <w:b/>
          <w:color w:val="1F3A5F"/>
          <w:sz w:val="26"/>
        </w:rPr>
        <w:t>verborgen</w:t>
      </w:r>
      <w:proofErr w:type="spellEnd"/>
      <w:r>
        <w:rPr>
          <w:rFonts w:ascii="Aptos Display" w:hAnsi="Aptos Display"/>
          <w:b/>
          <w:color w:val="1F3A5F"/>
          <w:sz w:val="26"/>
        </w:rPr>
        <w:t xml:space="preserve"> </w:t>
      </w:r>
      <w:proofErr w:type="spellStart"/>
      <w:r>
        <w:rPr>
          <w:rFonts w:ascii="Aptos Display" w:hAnsi="Aptos Display"/>
          <w:b/>
          <w:color w:val="1F3A5F"/>
          <w:sz w:val="26"/>
        </w:rPr>
        <w:t>deel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5293"/>
        <w:gridCol w:w="5293"/>
      </w:tblGrid>
      <w:tr w:rsidR="00D6419C" w:rsidRPr="00A050C5" w14:paraId="006B3EF3" w14:textId="77777777"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37412452" w14:textId="4A00080C" w:rsidR="00D6419C" w:rsidRPr="00A050C5" w:rsidRDefault="00BD6D92" w:rsidP="00A050C5">
            <w:pPr>
              <w:spacing w:line="240" w:lineRule="auto"/>
              <w:rPr>
                <w:lang w:val="nl-NL"/>
              </w:rPr>
            </w:pPr>
            <w:r w:rsidRPr="00A050C5">
              <w:rPr>
                <w:b/>
                <w:color w:val="1F3A5F"/>
                <w:lang w:val="nl-NL"/>
              </w:rPr>
              <w:t>Ik wist niet dat iemand met dit beroep ook...</w:t>
            </w:r>
          </w:p>
        </w:tc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00F052AB" w14:textId="16EBD10B" w:rsidR="00D6419C" w:rsidRDefault="00BD6D92">
            <w:pPr>
              <w:spacing w:line="240" w:lineRule="auto"/>
              <w:rPr>
                <w:b/>
                <w:color w:val="1F3A5F"/>
                <w:lang w:val="nl-NL"/>
              </w:rPr>
            </w:pPr>
            <w:r w:rsidRPr="00A050C5">
              <w:rPr>
                <w:b/>
                <w:color w:val="1F3A5F"/>
                <w:lang w:val="nl-NL"/>
              </w:rPr>
              <w:t>Dit verraste mij omdat...</w:t>
            </w:r>
          </w:p>
          <w:p w14:paraId="1C12D2B0" w14:textId="77777777" w:rsidR="00A050C5" w:rsidRPr="00A050C5" w:rsidRDefault="00A050C5">
            <w:pPr>
              <w:spacing w:line="240" w:lineRule="auto"/>
              <w:rPr>
                <w:lang w:val="nl-NL"/>
              </w:rPr>
            </w:pPr>
          </w:p>
          <w:p w14:paraId="1EA022FE" w14:textId="77777777" w:rsidR="00D6419C" w:rsidRPr="00A050C5" w:rsidRDefault="00D6419C">
            <w:pPr>
              <w:rPr>
                <w:lang w:val="nl-NL"/>
              </w:rPr>
            </w:pPr>
          </w:p>
        </w:tc>
      </w:tr>
    </w:tbl>
    <w:p w14:paraId="2D5A92A2" w14:textId="77777777" w:rsidR="00D6419C" w:rsidRPr="00A050C5" w:rsidRDefault="00D6419C">
      <w:pPr>
        <w:spacing w:after="20" w:line="240" w:lineRule="auto"/>
        <w:rPr>
          <w:lang w:val="nl-NL"/>
        </w:rPr>
      </w:pPr>
    </w:p>
    <w:p w14:paraId="06B82257" w14:textId="77777777" w:rsidR="00D6419C" w:rsidRPr="00A050C5" w:rsidRDefault="00BD6D92">
      <w:pPr>
        <w:keepNext/>
        <w:spacing w:before="60" w:after="40" w:line="240" w:lineRule="auto"/>
        <w:rPr>
          <w:lang w:val="nl-NL"/>
        </w:rPr>
      </w:pPr>
      <w:r w:rsidRPr="00A050C5">
        <w:rPr>
          <w:rFonts w:ascii="Aptos Display" w:hAnsi="Aptos Display"/>
          <w:b/>
          <w:color w:val="1F3A5F"/>
          <w:sz w:val="26"/>
          <w:lang w:val="nl-NL"/>
        </w:rPr>
        <w:t>9. Welke route kan naar dit beroep leiden?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86"/>
      </w:tblGrid>
      <w:tr w:rsidR="00D6419C" w14:paraId="53B0A9AF" w14:textId="77777777">
        <w:trPr>
          <w:jc w:val="center"/>
        </w:trPr>
        <w:tc>
          <w:tcPr>
            <w:tcW w:w="10596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610A23E4" w14:textId="77777777" w:rsidR="00D6419C" w:rsidRPr="00A050C5" w:rsidRDefault="00BD6D92">
            <w:pPr>
              <w:spacing w:line="240" w:lineRule="auto"/>
              <w:rPr>
                <w:lang w:val="nl-NL"/>
              </w:rPr>
            </w:pPr>
            <w:r w:rsidRPr="00A050C5">
              <w:rPr>
                <w:b/>
                <w:color w:val="1F3A5F"/>
                <w:lang w:val="nl-NL"/>
              </w:rPr>
              <w:t>Welke opleiding(en) of route(s) heb je gevonden?</w:t>
            </w:r>
          </w:p>
          <w:p w14:paraId="5D0FDC2F" w14:textId="69682829" w:rsidR="00D6419C" w:rsidRDefault="00D6419C">
            <w:pPr>
              <w:spacing w:line="240" w:lineRule="auto"/>
            </w:pPr>
          </w:p>
          <w:p w14:paraId="447EE8AA" w14:textId="77777777" w:rsidR="00D6419C" w:rsidRDefault="00D6419C"/>
        </w:tc>
      </w:tr>
    </w:tbl>
    <w:p w14:paraId="3B6A75F1" w14:textId="77777777" w:rsidR="00D6419C" w:rsidRDefault="00D6419C">
      <w:pPr>
        <w:spacing w:after="20" w:line="24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93"/>
        <w:gridCol w:w="5293"/>
      </w:tblGrid>
      <w:tr w:rsidR="00D6419C" w:rsidRPr="00A050C5" w14:paraId="77DC0EFA" w14:textId="77777777"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E3B7072" w14:textId="126EE1C4" w:rsidR="00D6419C" w:rsidRDefault="00BD6D92">
            <w:pPr>
              <w:spacing w:line="240" w:lineRule="auto"/>
            </w:pPr>
            <w:r>
              <w:rPr>
                <w:b/>
                <w:color w:val="1F3A5F"/>
                <w:sz w:val="17"/>
              </w:rPr>
              <w:t xml:space="preserve">Niveau(s): </w:t>
            </w:r>
          </w:p>
        </w:tc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955B3B5" w14:textId="77777777" w:rsidR="00D6419C" w:rsidRPr="00A050C5" w:rsidRDefault="00BD6D92">
            <w:pPr>
              <w:spacing w:line="240" w:lineRule="auto"/>
              <w:rPr>
                <w:lang w:val="nl-NL"/>
              </w:rPr>
            </w:pPr>
            <w:r w:rsidRPr="00A050C5">
              <w:rPr>
                <w:b/>
                <w:color w:val="1F3A5F"/>
                <w:sz w:val="17"/>
                <w:lang w:val="nl-NL"/>
              </w:rPr>
              <w:t xml:space="preserve">Meerdere routes?: </w:t>
            </w:r>
            <w:r w:rsidRPr="00A050C5">
              <w:rPr>
                <w:i/>
                <w:color w:val="777777"/>
                <w:sz w:val="17"/>
                <w:lang w:val="nl-NL"/>
              </w:rPr>
              <w:t>Ja / Nee / Weet ik nog niet</w:t>
            </w:r>
          </w:p>
        </w:tc>
      </w:tr>
    </w:tbl>
    <w:p w14:paraId="5037800F" w14:textId="77777777" w:rsidR="00D6419C" w:rsidRPr="00A050C5" w:rsidRDefault="00D6419C">
      <w:pPr>
        <w:spacing w:after="20" w:line="240" w:lineRule="auto"/>
        <w:rPr>
          <w:lang w:val="nl-NL"/>
        </w:rPr>
      </w:pPr>
    </w:p>
    <w:p w14:paraId="7C38A75F" w14:textId="77777777" w:rsidR="00D6419C" w:rsidRDefault="00BD6D92">
      <w:pPr>
        <w:keepNext/>
        <w:spacing w:before="60" w:after="40" w:line="240" w:lineRule="auto"/>
      </w:pPr>
      <w:r>
        <w:rPr>
          <w:rFonts w:ascii="Aptos Display" w:hAnsi="Aptos Display"/>
          <w:b/>
          <w:color w:val="1F3A5F"/>
          <w:sz w:val="26"/>
        </w:rPr>
        <w:t xml:space="preserve">10. De </w:t>
      </w:r>
      <w:proofErr w:type="spellStart"/>
      <w:r>
        <w:rPr>
          <w:rFonts w:ascii="Aptos Display" w:hAnsi="Aptos Display"/>
          <w:b/>
          <w:color w:val="1F3A5F"/>
          <w:sz w:val="26"/>
        </w:rPr>
        <w:t>vacaturecheck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D6419C" w:rsidRPr="00A050C5" w14:paraId="735C4D91" w14:textId="77777777">
        <w:trPr>
          <w:jc w:val="center"/>
        </w:trPr>
        <w:tc>
          <w:tcPr>
            <w:tcW w:w="10596" w:type="dxa"/>
            <w:shd w:val="clear" w:color="auto" w:fill="FFF4D6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79E53E" w14:textId="77777777" w:rsidR="00D6419C" w:rsidRPr="00A050C5" w:rsidRDefault="00BD6D92">
            <w:pPr>
              <w:spacing w:line="240" w:lineRule="auto"/>
              <w:rPr>
                <w:lang w:val="nl-NL"/>
              </w:rPr>
            </w:pPr>
            <w:r w:rsidRPr="00A050C5">
              <w:rPr>
                <w:i/>
                <w:color w:val="222222"/>
                <w:sz w:val="17"/>
                <w:lang w:val="nl-NL"/>
              </w:rPr>
              <w:t>Zoek één echte vacature. Wat vraagt de werkgever écht van iemand in dit beroep?</w:t>
            </w:r>
          </w:p>
        </w:tc>
      </w:tr>
    </w:tbl>
    <w:p w14:paraId="3718AFE8" w14:textId="77777777" w:rsidR="00D6419C" w:rsidRPr="00A050C5" w:rsidRDefault="00D6419C">
      <w:pPr>
        <w:spacing w:after="20" w:line="240" w:lineRule="auto"/>
        <w:rPr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98"/>
        <w:gridCol w:w="5298"/>
      </w:tblGrid>
      <w:tr w:rsidR="00D6419C" w14:paraId="3263C008" w14:textId="77777777">
        <w:tc>
          <w:tcPr>
            <w:tcW w:w="5298" w:type="dxa"/>
            <w:shd w:val="clear" w:color="auto" w:fill="1F3A5F"/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921376A" w14:textId="77777777" w:rsidR="00D6419C" w:rsidRPr="00A050C5" w:rsidRDefault="00BD6D92">
            <w:pPr>
              <w:spacing w:line="240" w:lineRule="auto"/>
              <w:jc w:val="center"/>
              <w:rPr>
                <w:lang w:val="nl-NL"/>
              </w:rPr>
            </w:pPr>
            <w:r w:rsidRPr="00A050C5">
              <w:rPr>
                <w:b/>
                <w:color w:val="FFFFFF"/>
                <w:sz w:val="15"/>
                <w:lang w:val="nl-NL"/>
              </w:rPr>
              <w:t>DE WERKGEVER ZOEKT IEMAND DIE...</w:t>
            </w:r>
          </w:p>
        </w:tc>
        <w:tc>
          <w:tcPr>
            <w:tcW w:w="5298" w:type="dxa"/>
            <w:shd w:val="clear" w:color="auto" w:fill="1F3A5F"/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1A57B913" w14:textId="77777777" w:rsidR="00D6419C" w:rsidRDefault="00BD6D92">
            <w:pPr>
              <w:spacing w:line="240" w:lineRule="auto"/>
              <w:jc w:val="center"/>
            </w:pPr>
            <w:r>
              <w:rPr>
                <w:b/>
                <w:color w:val="FFFFFF"/>
                <w:sz w:val="15"/>
              </w:rPr>
              <w:t>DIT VIEL MIJ OP</w:t>
            </w:r>
          </w:p>
        </w:tc>
      </w:tr>
      <w:tr w:rsidR="00D6419C" w14:paraId="74C926D8" w14:textId="77777777"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46" w:type="dxa"/>
              <w:left w:w="90" w:type="dxa"/>
              <w:bottom w:w="46" w:type="dxa"/>
              <w:right w:w="90" w:type="dxa"/>
            </w:tcMar>
          </w:tcPr>
          <w:p w14:paraId="37CABA3D" w14:textId="34DB4B62" w:rsidR="00D6419C" w:rsidRDefault="00D6419C">
            <w:pPr>
              <w:spacing w:line="240" w:lineRule="auto"/>
            </w:pPr>
          </w:p>
        </w:tc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46" w:type="dxa"/>
              <w:left w:w="90" w:type="dxa"/>
              <w:bottom w:w="46" w:type="dxa"/>
              <w:right w:w="90" w:type="dxa"/>
            </w:tcMar>
          </w:tcPr>
          <w:p w14:paraId="77578D00" w14:textId="24EF4614" w:rsidR="00D6419C" w:rsidRDefault="00D6419C">
            <w:pPr>
              <w:spacing w:line="240" w:lineRule="auto"/>
            </w:pPr>
          </w:p>
        </w:tc>
      </w:tr>
      <w:tr w:rsidR="00D6419C" w14:paraId="1D2EEB98" w14:textId="77777777"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46" w:type="dxa"/>
              <w:left w:w="90" w:type="dxa"/>
              <w:bottom w:w="46" w:type="dxa"/>
              <w:right w:w="90" w:type="dxa"/>
            </w:tcMar>
          </w:tcPr>
          <w:p w14:paraId="63E41165" w14:textId="7A36EC45" w:rsidR="00D6419C" w:rsidRDefault="00D6419C">
            <w:pPr>
              <w:spacing w:line="240" w:lineRule="auto"/>
            </w:pPr>
          </w:p>
        </w:tc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46" w:type="dxa"/>
              <w:left w:w="90" w:type="dxa"/>
              <w:bottom w:w="46" w:type="dxa"/>
              <w:right w:w="90" w:type="dxa"/>
            </w:tcMar>
          </w:tcPr>
          <w:p w14:paraId="3F7C434E" w14:textId="0834DD92" w:rsidR="00D6419C" w:rsidRDefault="00D6419C">
            <w:pPr>
              <w:spacing w:line="240" w:lineRule="auto"/>
            </w:pPr>
          </w:p>
        </w:tc>
      </w:tr>
      <w:tr w:rsidR="00D6419C" w14:paraId="068955AB" w14:textId="77777777"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46" w:type="dxa"/>
              <w:left w:w="90" w:type="dxa"/>
              <w:bottom w:w="46" w:type="dxa"/>
              <w:right w:w="90" w:type="dxa"/>
            </w:tcMar>
          </w:tcPr>
          <w:p w14:paraId="2C10DB0B" w14:textId="7269138B" w:rsidR="00D6419C" w:rsidRDefault="00D6419C">
            <w:pPr>
              <w:spacing w:line="240" w:lineRule="auto"/>
            </w:pPr>
          </w:p>
        </w:tc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46" w:type="dxa"/>
              <w:left w:w="90" w:type="dxa"/>
              <w:bottom w:w="46" w:type="dxa"/>
              <w:right w:w="90" w:type="dxa"/>
            </w:tcMar>
          </w:tcPr>
          <w:p w14:paraId="1DB01103" w14:textId="4CD97ABC" w:rsidR="00D6419C" w:rsidRDefault="00D6419C">
            <w:pPr>
              <w:spacing w:line="240" w:lineRule="auto"/>
            </w:pPr>
          </w:p>
        </w:tc>
      </w:tr>
    </w:tbl>
    <w:p w14:paraId="5DA82FBA" w14:textId="77777777" w:rsidR="00D6419C" w:rsidRDefault="00D6419C">
      <w:pPr>
        <w:spacing w:after="20" w:line="240" w:lineRule="auto"/>
      </w:pPr>
    </w:p>
    <w:p w14:paraId="183BCBAA" w14:textId="77777777" w:rsidR="00D6419C" w:rsidRDefault="00BD6D92">
      <w:pPr>
        <w:keepNext/>
        <w:spacing w:before="60" w:after="40" w:line="240" w:lineRule="auto"/>
      </w:pPr>
      <w:r>
        <w:rPr>
          <w:rFonts w:ascii="Aptos Display" w:hAnsi="Aptos Display"/>
          <w:b/>
          <w:color w:val="1F3A5F"/>
          <w:sz w:val="26"/>
        </w:rPr>
        <w:t>11. Ik dacht... / Ik ontdekte...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98"/>
        <w:gridCol w:w="5298"/>
      </w:tblGrid>
      <w:tr w:rsidR="00D6419C" w14:paraId="4C9A1F9F" w14:textId="77777777">
        <w:tc>
          <w:tcPr>
            <w:tcW w:w="5298" w:type="dxa"/>
            <w:shd w:val="clear" w:color="auto" w:fill="E7B84B"/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900EB1C" w14:textId="77777777" w:rsidR="00D6419C" w:rsidRDefault="00BD6D92">
            <w:pPr>
              <w:spacing w:line="240" w:lineRule="auto"/>
              <w:jc w:val="center"/>
            </w:pPr>
            <w:r>
              <w:rPr>
                <w:b/>
                <w:color w:val="222222"/>
                <w:sz w:val="17"/>
              </w:rPr>
              <w:t>IK DACHT...</w:t>
            </w:r>
          </w:p>
        </w:tc>
        <w:tc>
          <w:tcPr>
            <w:tcW w:w="5298" w:type="dxa"/>
            <w:shd w:val="clear" w:color="auto" w:fill="E7B84B"/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43486D69" w14:textId="77777777" w:rsidR="00D6419C" w:rsidRDefault="00BD6D92">
            <w:pPr>
              <w:spacing w:line="240" w:lineRule="auto"/>
              <w:jc w:val="center"/>
            </w:pPr>
            <w:r>
              <w:rPr>
                <w:b/>
                <w:color w:val="222222"/>
                <w:sz w:val="17"/>
              </w:rPr>
              <w:t>IK ONTDEKTE...</w:t>
            </w:r>
          </w:p>
        </w:tc>
      </w:tr>
      <w:tr w:rsidR="00D6419C" w14:paraId="2F7CCCF5" w14:textId="77777777"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56" w:type="dxa"/>
              <w:left w:w="90" w:type="dxa"/>
              <w:bottom w:w="56" w:type="dxa"/>
              <w:right w:w="90" w:type="dxa"/>
            </w:tcMar>
          </w:tcPr>
          <w:p w14:paraId="4FBC05BB" w14:textId="702375D3" w:rsidR="00D6419C" w:rsidRDefault="00D6419C">
            <w:pPr>
              <w:spacing w:line="240" w:lineRule="auto"/>
            </w:pPr>
          </w:p>
        </w:tc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56" w:type="dxa"/>
              <w:left w:w="90" w:type="dxa"/>
              <w:bottom w:w="56" w:type="dxa"/>
              <w:right w:w="90" w:type="dxa"/>
            </w:tcMar>
          </w:tcPr>
          <w:p w14:paraId="7B34B125" w14:textId="7155782C" w:rsidR="00D6419C" w:rsidRDefault="00D6419C">
            <w:pPr>
              <w:spacing w:line="240" w:lineRule="auto"/>
            </w:pPr>
          </w:p>
        </w:tc>
      </w:tr>
      <w:tr w:rsidR="00D6419C" w14:paraId="04A2E916" w14:textId="77777777"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56" w:type="dxa"/>
              <w:left w:w="90" w:type="dxa"/>
              <w:bottom w:w="56" w:type="dxa"/>
              <w:right w:w="90" w:type="dxa"/>
            </w:tcMar>
          </w:tcPr>
          <w:p w14:paraId="61CF97DC" w14:textId="52C37A88" w:rsidR="00D6419C" w:rsidRDefault="00D6419C">
            <w:pPr>
              <w:spacing w:line="240" w:lineRule="auto"/>
            </w:pPr>
          </w:p>
        </w:tc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56" w:type="dxa"/>
              <w:left w:w="90" w:type="dxa"/>
              <w:bottom w:w="56" w:type="dxa"/>
              <w:right w:w="90" w:type="dxa"/>
            </w:tcMar>
          </w:tcPr>
          <w:p w14:paraId="7401D059" w14:textId="726DF80A" w:rsidR="00D6419C" w:rsidRDefault="00D6419C">
            <w:pPr>
              <w:spacing w:line="240" w:lineRule="auto"/>
            </w:pPr>
          </w:p>
        </w:tc>
      </w:tr>
    </w:tbl>
    <w:p w14:paraId="78D4A31E" w14:textId="77777777" w:rsidR="00D6419C" w:rsidRDefault="00BD6D92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D6419C" w:rsidRPr="00A050C5" w14:paraId="465C8E4B" w14:textId="77777777">
        <w:trPr>
          <w:jc w:val="center"/>
        </w:trPr>
        <w:tc>
          <w:tcPr>
            <w:tcW w:w="10596" w:type="dxa"/>
            <w:shd w:val="clear" w:color="auto" w:fill="1F3A5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082A399" w14:textId="77777777" w:rsidR="00D6419C" w:rsidRPr="00A050C5" w:rsidRDefault="00BD6D92">
            <w:pPr>
              <w:spacing w:line="240" w:lineRule="auto"/>
              <w:jc w:val="center"/>
              <w:rPr>
                <w:lang w:val="nl-NL"/>
              </w:rPr>
            </w:pPr>
            <w:r w:rsidRPr="00A050C5">
              <w:rPr>
                <w:rFonts w:ascii="Aptos Display" w:hAnsi="Aptos Display"/>
                <w:b/>
                <w:color w:val="FFFFFF"/>
                <w:sz w:val="36"/>
                <w:lang w:val="nl-NL"/>
              </w:rPr>
              <w:lastRenderedPageBreak/>
              <w:t>DE TALENTENBOOM-CHECK</w:t>
            </w:r>
          </w:p>
          <w:p w14:paraId="7ECAD50F" w14:textId="77777777" w:rsidR="00D6419C" w:rsidRPr="00A050C5" w:rsidRDefault="00BD6D92">
            <w:pPr>
              <w:spacing w:line="240" w:lineRule="auto"/>
              <w:jc w:val="center"/>
              <w:rPr>
                <w:lang w:val="nl-NL"/>
              </w:rPr>
            </w:pPr>
            <w:r w:rsidRPr="00A050C5">
              <w:rPr>
                <w:i/>
                <w:color w:val="FFFFFF"/>
                <w:sz w:val="19"/>
                <w:lang w:val="nl-NL"/>
              </w:rPr>
              <w:t>Past wat je ontdekte bij wie jij bent?</w:t>
            </w:r>
          </w:p>
        </w:tc>
      </w:tr>
    </w:tbl>
    <w:p w14:paraId="67CBB82C" w14:textId="77777777" w:rsidR="00D6419C" w:rsidRPr="00A050C5" w:rsidRDefault="00D6419C">
      <w:pPr>
        <w:spacing w:after="40" w:line="240" w:lineRule="auto"/>
        <w:rPr>
          <w:lang w:val="nl-N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D6419C" w:rsidRPr="00A050C5" w14:paraId="05A7E8F8" w14:textId="77777777">
        <w:trPr>
          <w:jc w:val="center"/>
        </w:trPr>
        <w:tc>
          <w:tcPr>
            <w:tcW w:w="10596" w:type="dxa"/>
            <w:shd w:val="clear" w:color="auto" w:fill="FFF4D6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D656387" w14:textId="77777777" w:rsidR="00D6419C" w:rsidRPr="00A050C5" w:rsidRDefault="00BD6D92">
            <w:pPr>
              <w:spacing w:line="240" w:lineRule="auto"/>
              <w:rPr>
                <w:lang w:val="nl-NL"/>
              </w:rPr>
            </w:pPr>
            <w:r w:rsidRPr="00A050C5">
              <w:rPr>
                <w:i/>
                <w:color w:val="222222"/>
                <w:sz w:val="17"/>
                <w:lang w:val="nl-NL"/>
              </w:rPr>
              <w:t>Pak je Talentenboom erbij. Vergelijk het beroep met je waarden, kwaliteiten, interesses en ambities.</w:t>
            </w:r>
          </w:p>
        </w:tc>
      </w:tr>
    </w:tbl>
    <w:p w14:paraId="15A12B0B" w14:textId="77777777" w:rsidR="00D6419C" w:rsidRPr="00A050C5" w:rsidRDefault="00D6419C">
      <w:pPr>
        <w:spacing w:after="20" w:line="240" w:lineRule="auto"/>
        <w:rPr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93"/>
        <w:gridCol w:w="5293"/>
      </w:tblGrid>
      <w:tr w:rsidR="00D6419C" w14:paraId="4F1C7F9A" w14:textId="77777777"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FCFA45" w14:textId="77777777" w:rsidR="00D6419C" w:rsidRPr="00A050C5" w:rsidRDefault="00BD6D92">
            <w:pPr>
              <w:spacing w:line="240" w:lineRule="auto"/>
              <w:rPr>
                <w:lang w:val="nl-NL"/>
              </w:rPr>
            </w:pPr>
            <w:r w:rsidRPr="00A050C5">
              <w:rPr>
                <w:b/>
                <w:color w:val="1F3A5F"/>
                <w:sz w:val="19"/>
                <w:lang w:val="nl-NL"/>
              </w:rPr>
              <w:t>WORTELS - waarden</w:t>
            </w:r>
          </w:p>
          <w:p w14:paraId="1E1A0887" w14:textId="77777777" w:rsidR="00D6419C" w:rsidRPr="00A050C5" w:rsidRDefault="00BD6D92">
            <w:pPr>
              <w:spacing w:before="20" w:line="240" w:lineRule="auto"/>
              <w:rPr>
                <w:lang w:val="nl-NL"/>
              </w:rPr>
            </w:pPr>
            <w:r w:rsidRPr="00A050C5">
              <w:rPr>
                <w:color w:val="222222"/>
                <w:sz w:val="17"/>
                <w:lang w:val="nl-NL"/>
              </w:rPr>
              <w:t>Past dit werk bij wat jij belangrijk vindt?</w:t>
            </w:r>
            <w:r w:rsidRPr="00A050C5">
              <w:rPr>
                <w:color w:val="222222"/>
                <w:sz w:val="17"/>
                <w:lang w:val="nl-NL"/>
              </w:rPr>
              <w:br/>
              <w:t>Ja / deels / nee, omdat...</w:t>
            </w:r>
          </w:p>
          <w:p w14:paraId="67C5E640" w14:textId="5A3D3E87" w:rsidR="00D6419C" w:rsidRPr="00A050C5" w:rsidRDefault="00D6419C">
            <w:pPr>
              <w:spacing w:before="40" w:line="240" w:lineRule="auto"/>
              <w:rPr>
                <w:lang w:val="nl-NL"/>
              </w:rPr>
            </w:pPr>
          </w:p>
          <w:p w14:paraId="2E1F22D5" w14:textId="77777777" w:rsidR="00D6419C" w:rsidRPr="00A050C5" w:rsidRDefault="00D6419C">
            <w:pPr>
              <w:rPr>
                <w:lang w:val="nl-NL"/>
              </w:rPr>
            </w:pPr>
          </w:p>
        </w:tc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880956" w14:textId="77777777" w:rsidR="00D6419C" w:rsidRPr="00A050C5" w:rsidRDefault="00BD6D92">
            <w:pPr>
              <w:spacing w:line="240" w:lineRule="auto"/>
              <w:rPr>
                <w:lang w:val="nl-NL"/>
              </w:rPr>
            </w:pPr>
            <w:r w:rsidRPr="00A050C5">
              <w:rPr>
                <w:b/>
                <w:color w:val="1F3A5F"/>
                <w:sz w:val="19"/>
                <w:lang w:val="nl-NL"/>
              </w:rPr>
              <w:t>STAM - kwaliteiten</w:t>
            </w:r>
          </w:p>
          <w:p w14:paraId="2CDB1EC8" w14:textId="77777777" w:rsidR="00D6419C" w:rsidRPr="00A050C5" w:rsidRDefault="00BD6D92">
            <w:pPr>
              <w:spacing w:before="20" w:line="240" w:lineRule="auto"/>
              <w:rPr>
                <w:lang w:val="nl-NL"/>
              </w:rPr>
            </w:pPr>
            <w:r w:rsidRPr="00A050C5">
              <w:rPr>
                <w:color w:val="222222"/>
                <w:sz w:val="17"/>
                <w:lang w:val="nl-NL"/>
              </w:rPr>
              <w:t>Welke kwaliteiten van jou passen hierbij?</w:t>
            </w:r>
            <w:r w:rsidRPr="00A050C5">
              <w:rPr>
                <w:color w:val="222222"/>
                <w:sz w:val="17"/>
                <w:lang w:val="nl-NL"/>
              </w:rPr>
              <w:br/>
            </w:r>
            <w:r w:rsidRPr="00A050C5">
              <w:rPr>
                <w:color w:val="222222"/>
                <w:sz w:val="17"/>
                <w:lang w:val="nl-NL"/>
              </w:rPr>
              <w:t>Wat zou je nog willen ontwikkelen?</w:t>
            </w:r>
          </w:p>
          <w:p w14:paraId="6D389FEB" w14:textId="3DF70E2C" w:rsidR="00D6419C" w:rsidRDefault="00D6419C">
            <w:pPr>
              <w:spacing w:before="40" w:line="240" w:lineRule="auto"/>
            </w:pPr>
          </w:p>
          <w:p w14:paraId="305BDC3B" w14:textId="77777777" w:rsidR="00D6419C" w:rsidRDefault="00D6419C"/>
        </w:tc>
      </w:tr>
      <w:tr w:rsidR="00D6419C" w:rsidRPr="00A050C5" w14:paraId="20FA6398" w14:textId="77777777"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580B51" w14:textId="77777777" w:rsidR="00D6419C" w:rsidRPr="00A050C5" w:rsidRDefault="00BD6D92">
            <w:pPr>
              <w:spacing w:line="240" w:lineRule="auto"/>
              <w:rPr>
                <w:lang w:val="nl-NL"/>
              </w:rPr>
            </w:pPr>
            <w:r w:rsidRPr="00A050C5">
              <w:rPr>
                <w:b/>
                <w:color w:val="1F3A5F"/>
                <w:sz w:val="19"/>
                <w:lang w:val="nl-NL"/>
              </w:rPr>
              <w:t>BLADEREN - interesses</w:t>
            </w:r>
          </w:p>
          <w:p w14:paraId="33B6EA22" w14:textId="77777777" w:rsidR="00D6419C" w:rsidRPr="00A050C5" w:rsidRDefault="00BD6D92">
            <w:pPr>
              <w:spacing w:before="20" w:line="240" w:lineRule="auto"/>
              <w:rPr>
                <w:lang w:val="nl-NL"/>
              </w:rPr>
            </w:pPr>
            <w:r w:rsidRPr="00A050C5">
              <w:rPr>
                <w:color w:val="222222"/>
                <w:sz w:val="17"/>
                <w:lang w:val="nl-NL"/>
              </w:rPr>
              <w:t>Welke onderdelen van dit werk lijken jou echt interessant?</w:t>
            </w:r>
          </w:p>
          <w:p w14:paraId="0B40EDAD" w14:textId="7A6AE2FF" w:rsidR="00D6419C" w:rsidRDefault="00D6419C">
            <w:pPr>
              <w:spacing w:before="40" w:line="240" w:lineRule="auto"/>
            </w:pPr>
          </w:p>
          <w:p w14:paraId="54EAB8B9" w14:textId="77777777" w:rsidR="00D6419C" w:rsidRDefault="00D6419C"/>
        </w:tc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BD77DC" w14:textId="77777777" w:rsidR="00D6419C" w:rsidRPr="00A050C5" w:rsidRDefault="00BD6D92">
            <w:pPr>
              <w:spacing w:line="240" w:lineRule="auto"/>
              <w:rPr>
                <w:lang w:val="nl-NL"/>
              </w:rPr>
            </w:pPr>
            <w:r w:rsidRPr="00A050C5">
              <w:rPr>
                <w:b/>
                <w:color w:val="1F3A5F"/>
                <w:sz w:val="19"/>
                <w:lang w:val="nl-NL"/>
              </w:rPr>
              <w:t>TAKKEN - toekomst</w:t>
            </w:r>
          </w:p>
          <w:p w14:paraId="3EAC06EB" w14:textId="77777777" w:rsidR="00D6419C" w:rsidRPr="00A050C5" w:rsidRDefault="00BD6D92">
            <w:pPr>
              <w:spacing w:before="20" w:line="240" w:lineRule="auto"/>
              <w:rPr>
                <w:lang w:val="nl-NL"/>
              </w:rPr>
            </w:pPr>
            <w:r w:rsidRPr="00A050C5">
              <w:rPr>
                <w:color w:val="222222"/>
                <w:sz w:val="17"/>
                <w:lang w:val="nl-NL"/>
              </w:rPr>
              <w:t>Wil je deze richting verder onderzoeken?</w:t>
            </w:r>
            <w:r w:rsidRPr="00A050C5">
              <w:rPr>
                <w:color w:val="222222"/>
                <w:sz w:val="17"/>
                <w:lang w:val="nl-NL"/>
              </w:rPr>
              <w:br/>
              <w:t>Ja / misschien / nee, omdat...</w:t>
            </w:r>
          </w:p>
          <w:p w14:paraId="68923099" w14:textId="72550293" w:rsidR="00D6419C" w:rsidRPr="00A050C5" w:rsidRDefault="00D6419C">
            <w:pPr>
              <w:spacing w:before="40" w:line="240" w:lineRule="auto"/>
              <w:rPr>
                <w:lang w:val="nl-NL"/>
              </w:rPr>
            </w:pPr>
          </w:p>
          <w:p w14:paraId="4B5F4582" w14:textId="77777777" w:rsidR="00D6419C" w:rsidRPr="00A050C5" w:rsidRDefault="00D6419C">
            <w:pPr>
              <w:rPr>
                <w:lang w:val="nl-NL"/>
              </w:rPr>
            </w:pPr>
          </w:p>
        </w:tc>
      </w:tr>
    </w:tbl>
    <w:p w14:paraId="40CB901E" w14:textId="77777777" w:rsidR="00D6419C" w:rsidRPr="00A050C5" w:rsidRDefault="00D6419C">
      <w:pPr>
        <w:spacing w:after="20" w:line="240" w:lineRule="auto"/>
        <w:rPr>
          <w:lang w:val="nl-NL"/>
        </w:rPr>
      </w:pPr>
    </w:p>
    <w:p w14:paraId="5C6496D4" w14:textId="77777777" w:rsidR="00D6419C" w:rsidRPr="00A050C5" w:rsidRDefault="00BD6D92">
      <w:pPr>
        <w:keepNext/>
        <w:spacing w:before="60" w:after="40" w:line="240" w:lineRule="auto"/>
        <w:rPr>
          <w:lang w:val="nl-NL"/>
        </w:rPr>
      </w:pPr>
      <w:r w:rsidRPr="00A050C5">
        <w:rPr>
          <w:rFonts w:ascii="Aptos Display" w:hAnsi="Aptos Display"/>
          <w:b/>
          <w:color w:val="1F3A5F"/>
          <w:sz w:val="26"/>
          <w:lang w:val="nl-NL"/>
        </w:rPr>
        <w:t>12. Het vonnis</w:t>
      </w:r>
    </w:p>
    <w:p w14:paraId="19FB2B3E" w14:textId="77777777" w:rsidR="00D6419C" w:rsidRPr="00A050C5" w:rsidRDefault="00BD6D92">
      <w:pPr>
        <w:spacing w:after="20" w:line="240" w:lineRule="auto"/>
        <w:rPr>
          <w:lang w:val="nl-NL"/>
        </w:rPr>
      </w:pPr>
      <w:r w:rsidRPr="00A050C5">
        <w:rPr>
          <w:b/>
          <w:color w:val="222222"/>
          <w:lang w:val="nl-NL"/>
        </w:rPr>
        <w:t>Na mijn onderzoek geef ik dit beroep:</w:t>
      </w:r>
    </w:p>
    <w:p w14:paraId="53B6B666" w14:textId="3BD9CC66" w:rsidR="00D6419C" w:rsidRPr="00A050C5" w:rsidRDefault="00BD6D92">
      <w:pPr>
        <w:spacing w:after="20" w:line="240" w:lineRule="auto"/>
        <w:rPr>
          <w:lang w:val="nl-NL"/>
        </w:rPr>
      </w:pPr>
      <w:r w:rsidRPr="00A050C5">
        <w:rPr>
          <w:color w:val="222222"/>
          <w:sz w:val="17"/>
          <w:lang w:val="nl-NL"/>
        </w:rPr>
        <w:t>☐</w:t>
      </w:r>
      <w:r w:rsidRPr="00A050C5">
        <w:rPr>
          <w:color w:val="222222"/>
          <w:sz w:val="17"/>
          <w:lang w:val="nl-NL"/>
        </w:rPr>
        <w:t xml:space="preserve"> 1 </w:t>
      </w:r>
      <w:r w:rsidR="00A050C5">
        <w:rPr>
          <w:color w:val="222222"/>
          <w:sz w:val="17"/>
          <w:lang w:val="nl-NL"/>
        </w:rPr>
        <w:t>=</w:t>
      </w:r>
      <w:r w:rsidRPr="00A050C5">
        <w:rPr>
          <w:color w:val="222222"/>
          <w:sz w:val="17"/>
          <w:lang w:val="nl-NL"/>
        </w:rPr>
        <w:t xml:space="preserve"> helemaal niet passend    ☐ 2    ☐ 3 </w:t>
      </w:r>
      <w:r w:rsidR="00A050C5">
        <w:rPr>
          <w:color w:val="222222"/>
          <w:sz w:val="17"/>
          <w:lang w:val="nl-NL"/>
        </w:rPr>
        <w:t>=</w:t>
      </w:r>
      <w:r w:rsidRPr="00A050C5">
        <w:rPr>
          <w:color w:val="222222"/>
          <w:sz w:val="17"/>
          <w:lang w:val="nl-NL"/>
        </w:rPr>
        <w:t xml:space="preserve"> misschien    ☐ 4    ☐ 5 </w:t>
      </w:r>
      <w:r w:rsidR="00A050C5">
        <w:rPr>
          <w:color w:val="222222"/>
          <w:sz w:val="17"/>
          <w:lang w:val="nl-NL"/>
        </w:rPr>
        <w:t>=</w:t>
      </w:r>
      <w:r w:rsidRPr="00A050C5">
        <w:rPr>
          <w:color w:val="222222"/>
          <w:sz w:val="17"/>
          <w:lang w:val="nl-NL"/>
        </w:rPr>
        <w:t xml:space="preserve"> heel passend</w:t>
      </w:r>
    </w:p>
    <w:p w14:paraId="23804ED5" w14:textId="77777777" w:rsidR="00D6419C" w:rsidRPr="00A050C5" w:rsidRDefault="00BD6D92">
      <w:pPr>
        <w:spacing w:after="20" w:line="240" w:lineRule="auto"/>
        <w:rPr>
          <w:lang w:val="nl-NL"/>
        </w:rPr>
      </w:pPr>
      <w:r w:rsidRPr="00A050C5">
        <w:rPr>
          <w:b/>
          <w:color w:val="222222"/>
          <w:lang w:val="nl-NL"/>
        </w:rPr>
        <w:t>Mijn score is:</w:t>
      </w:r>
    </w:p>
    <w:p w14:paraId="0C5D0AD0" w14:textId="77777777" w:rsidR="00D6419C" w:rsidRPr="00A050C5" w:rsidRDefault="00BD6D92">
      <w:pPr>
        <w:spacing w:after="20" w:line="240" w:lineRule="auto"/>
        <w:rPr>
          <w:lang w:val="nl-NL"/>
        </w:rPr>
      </w:pPr>
      <w:r w:rsidRPr="00A050C5">
        <w:rPr>
          <w:color w:val="222222"/>
          <w:sz w:val="17"/>
          <w:lang w:val="nl-NL"/>
        </w:rPr>
        <w:t>☐</w:t>
      </w:r>
      <w:r w:rsidRPr="00A050C5">
        <w:rPr>
          <w:color w:val="222222"/>
          <w:sz w:val="17"/>
          <w:lang w:val="nl-NL"/>
        </w:rPr>
        <w:t xml:space="preserve"> hoger geworden    ☐ hetzelfde gebleven    ☐ lager geworden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86"/>
      </w:tblGrid>
      <w:tr w:rsidR="00D6419C" w:rsidRPr="00A050C5" w14:paraId="0E21E74B" w14:textId="77777777">
        <w:trPr>
          <w:jc w:val="center"/>
        </w:trPr>
        <w:tc>
          <w:tcPr>
            <w:tcW w:w="10596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49C8BFB7" w14:textId="77777777" w:rsidR="00D6419C" w:rsidRDefault="00BD6D92" w:rsidP="00A050C5">
            <w:pPr>
              <w:spacing w:line="240" w:lineRule="auto"/>
              <w:rPr>
                <w:i/>
                <w:color w:val="888888"/>
                <w:sz w:val="17"/>
                <w:lang w:val="nl-NL"/>
              </w:rPr>
            </w:pPr>
            <w:r w:rsidRPr="00A050C5">
              <w:rPr>
                <w:b/>
                <w:color w:val="1F3A5F"/>
                <w:lang w:val="nl-NL"/>
              </w:rPr>
              <w:t>Waarom?</w:t>
            </w:r>
          </w:p>
          <w:p w14:paraId="5892ADC9" w14:textId="2D833288" w:rsidR="00A050C5" w:rsidRPr="00A050C5" w:rsidRDefault="00A050C5" w:rsidP="00A050C5">
            <w:pPr>
              <w:spacing w:line="240" w:lineRule="auto"/>
              <w:rPr>
                <w:lang w:val="nl-NL"/>
              </w:rPr>
            </w:pPr>
          </w:p>
        </w:tc>
      </w:tr>
    </w:tbl>
    <w:p w14:paraId="45B2D19B" w14:textId="77777777" w:rsidR="00D6419C" w:rsidRPr="00A050C5" w:rsidRDefault="00D6419C">
      <w:pPr>
        <w:spacing w:after="20" w:line="240" w:lineRule="auto"/>
        <w:rPr>
          <w:lang w:val="nl-NL"/>
        </w:rPr>
      </w:pPr>
    </w:p>
    <w:p w14:paraId="78200B56" w14:textId="77777777" w:rsidR="00D6419C" w:rsidRDefault="00BD6D92">
      <w:pPr>
        <w:keepNext/>
        <w:spacing w:before="60" w:after="40" w:line="240" w:lineRule="auto"/>
      </w:pPr>
      <w:r>
        <w:rPr>
          <w:rFonts w:ascii="Aptos Display" w:hAnsi="Aptos Display"/>
          <w:b/>
          <w:color w:val="1F3A5F"/>
          <w:sz w:val="26"/>
        </w:rPr>
        <w:t>13. Mijn volgende LOB-stap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93"/>
        <w:gridCol w:w="5293"/>
      </w:tblGrid>
      <w:tr w:rsidR="00D6419C" w14:paraId="284789D0" w14:textId="77777777"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005FCEE4" w14:textId="77777777" w:rsidR="00D6419C" w:rsidRPr="00A050C5" w:rsidRDefault="00BD6D92">
            <w:pPr>
              <w:spacing w:line="240" w:lineRule="auto"/>
              <w:rPr>
                <w:lang w:val="nl-NL"/>
              </w:rPr>
            </w:pPr>
            <w:r w:rsidRPr="00A050C5">
              <w:rPr>
                <w:b/>
                <w:color w:val="1F3A5F"/>
                <w:lang w:val="nl-NL"/>
              </w:rPr>
              <w:t>Door dit beroep te onderzoeken heb ik ontdekt dat...</w:t>
            </w:r>
          </w:p>
          <w:p w14:paraId="7690C2FD" w14:textId="38F10B1D" w:rsidR="00D6419C" w:rsidRDefault="00D6419C">
            <w:pPr>
              <w:spacing w:line="240" w:lineRule="auto"/>
            </w:pPr>
          </w:p>
          <w:p w14:paraId="2A954CAA" w14:textId="77777777" w:rsidR="00D6419C" w:rsidRDefault="00D6419C"/>
        </w:tc>
        <w:tc>
          <w:tcPr>
            <w:tcW w:w="5298" w:type="dxa"/>
            <w:tcBorders>
              <w:top w:val="single" w:sz="4" w:space="0" w:color="D8DDE2"/>
              <w:left w:val="single" w:sz="4" w:space="0" w:color="D8DDE2"/>
              <w:bottom w:val="single" w:sz="4" w:space="0" w:color="D8DDE2"/>
              <w:right w:val="single" w:sz="4" w:space="0" w:color="D8DDE2"/>
            </w:tcBorders>
            <w:shd w:val="clear" w:color="auto" w:fill="F5F6F7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6DB733B5" w14:textId="0A16AE89" w:rsidR="00D6419C" w:rsidRPr="00A050C5" w:rsidRDefault="00BD6D92" w:rsidP="00A050C5">
            <w:pPr>
              <w:spacing w:line="240" w:lineRule="auto"/>
              <w:rPr>
                <w:lang w:val="nl-NL"/>
              </w:rPr>
            </w:pPr>
            <w:r w:rsidRPr="00A050C5">
              <w:rPr>
                <w:b/>
                <w:color w:val="1F3A5F"/>
                <w:lang w:val="nl-NL"/>
              </w:rPr>
              <w:t>Mijn volgende LOB-vraag is...</w:t>
            </w:r>
          </w:p>
        </w:tc>
      </w:tr>
    </w:tbl>
    <w:p w14:paraId="5B7EB485" w14:textId="77777777" w:rsidR="00D6419C" w:rsidRDefault="00D6419C">
      <w:pPr>
        <w:spacing w:after="40" w:line="24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596"/>
      </w:tblGrid>
      <w:tr w:rsidR="00D6419C" w:rsidRPr="00A050C5" w14:paraId="0557BAAD" w14:textId="77777777">
        <w:tc>
          <w:tcPr>
            <w:tcW w:w="10596" w:type="dxa"/>
            <w:shd w:val="clear" w:color="auto" w:fill="E2F0D9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26E048DB" w14:textId="77777777" w:rsidR="00D6419C" w:rsidRPr="00A050C5" w:rsidRDefault="00BD6D92">
            <w:pPr>
              <w:spacing w:line="240" w:lineRule="auto"/>
              <w:jc w:val="center"/>
              <w:rPr>
                <w:lang w:val="nl-NL"/>
              </w:rPr>
            </w:pPr>
            <w:r w:rsidRPr="00A050C5">
              <w:rPr>
                <w:b/>
                <w:color w:val="1F3A5F"/>
                <w:lang w:val="nl-NL"/>
              </w:rPr>
              <w:t>Ontdekken dat iets niet bij je past, is óók waardevolle LOB-informatie.</w:t>
            </w:r>
          </w:p>
        </w:tc>
      </w:tr>
    </w:tbl>
    <w:p w14:paraId="11A12C68" w14:textId="77777777" w:rsidR="00BD6D92" w:rsidRPr="00A050C5" w:rsidRDefault="00BD6D92">
      <w:pPr>
        <w:rPr>
          <w:lang w:val="nl-NL"/>
        </w:rPr>
      </w:pPr>
    </w:p>
    <w:sectPr w:rsidR="00BD6D92" w:rsidRPr="00A050C5" w:rsidSect="00034616">
      <w:footerReference w:type="default" r:id="rId9"/>
      <w:pgSz w:w="12240" w:h="15840"/>
      <w:pgMar w:top="652" w:right="822" w:bottom="652" w:left="82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E7142" w14:textId="77777777" w:rsidR="00BD6D92" w:rsidRDefault="00BD6D92">
      <w:pPr>
        <w:spacing w:line="240" w:lineRule="auto"/>
      </w:pPr>
      <w:r>
        <w:separator/>
      </w:r>
    </w:p>
  </w:endnote>
  <w:endnote w:type="continuationSeparator" w:id="0">
    <w:p w14:paraId="096489BD" w14:textId="77777777" w:rsidR="00BD6D92" w:rsidRDefault="00BD6D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1200D" w14:textId="77777777" w:rsidR="00D6419C" w:rsidRDefault="00BD6D92">
    <w:pPr>
      <w:pStyle w:val="Voettekst"/>
      <w:jc w:val="right"/>
    </w:pPr>
    <w:r>
      <w:rPr>
        <w:color w:val="777777"/>
        <w:sz w:val="15"/>
      </w:rPr>
      <w:t xml:space="preserve">LOB • </w:t>
    </w:r>
    <w:proofErr w:type="spellStart"/>
    <w:r>
      <w:rPr>
        <w:color w:val="777777"/>
        <w:sz w:val="15"/>
      </w:rPr>
      <w:t>Beroep</w:t>
    </w:r>
    <w:proofErr w:type="spellEnd"/>
    <w:r>
      <w:rPr>
        <w:color w:val="777777"/>
        <w:sz w:val="15"/>
      </w:rPr>
      <w:t xml:space="preserve"> </w:t>
    </w:r>
    <w:proofErr w:type="spellStart"/>
    <w:r>
      <w:rPr>
        <w:color w:val="777777"/>
        <w:sz w:val="15"/>
      </w:rPr>
      <w:t>onder</w:t>
    </w:r>
    <w:proofErr w:type="spellEnd"/>
    <w:r>
      <w:rPr>
        <w:color w:val="777777"/>
        <w:sz w:val="15"/>
      </w:rPr>
      <w:t xml:space="preserve"> de </w:t>
    </w:r>
    <w:proofErr w:type="spellStart"/>
    <w:r>
      <w:rPr>
        <w:color w:val="777777"/>
        <w:sz w:val="15"/>
      </w:rPr>
      <w:t>loep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A5A22" w14:textId="77777777" w:rsidR="00BD6D92" w:rsidRDefault="00BD6D92">
      <w:pPr>
        <w:spacing w:line="240" w:lineRule="auto"/>
      </w:pPr>
      <w:r>
        <w:separator/>
      </w:r>
    </w:p>
  </w:footnote>
  <w:footnote w:type="continuationSeparator" w:id="0">
    <w:p w14:paraId="47304221" w14:textId="77777777" w:rsidR="00BD6D92" w:rsidRDefault="00BD6D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9157096">
    <w:abstractNumId w:val="8"/>
  </w:num>
  <w:num w:numId="2" w16cid:durableId="259727588">
    <w:abstractNumId w:val="6"/>
  </w:num>
  <w:num w:numId="3" w16cid:durableId="214852522">
    <w:abstractNumId w:val="5"/>
  </w:num>
  <w:num w:numId="4" w16cid:durableId="778112103">
    <w:abstractNumId w:val="4"/>
  </w:num>
  <w:num w:numId="5" w16cid:durableId="2135639757">
    <w:abstractNumId w:val="7"/>
  </w:num>
  <w:num w:numId="6" w16cid:durableId="825781055">
    <w:abstractNumId w:val="3"/>
  </w:num>
  <w:num w:numId="7" w16cid:durableId="1822187258">
    <w:abstractNumId w:val="2"/>
  </w:num>
  <w:num w:numId="8" w16cid:durableId="256639614">
    <w:abstractNumId w:val="1"/>
  </w:num>
  <w:num w:numId="9" w16cid:durableId="95565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65B17"/>
    <w:rsid w:val="005369FE"/>
    <w:rsid w:val="00A050C5"/>
    <w:rsid w:val="00AA1D8D"/>
    <w:rsid w:val="00AE09C0"/>
    <w:rsid w:val="00B41BF1"/>
    <w:rsid w:val="00B47730"/>
    <w:rsid w:val="00BD6D92"/>
    <w:rsid w:val="00CB0664"/>
    <w:rsid w:val="00D6419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95FFC2"/>
  <w14:defaultImageDpi w14:val="300"/>
  <w15:docId w15:val="{3C791DB4-C781-41A5-8256-724C187F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pPr>
      <w:spacing w:after="0"/>
    </w:pPr>
    <w:rPr>
      <w:rFonts w:ascii="Aptos" w:hAnsi="Aptos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453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Martine van Winkel</cp:lastModifiedBy>
  <cp:revision>5</cp:revision>
  <dcterms:created xsi:type="dcterms:W3CDTF">2026-08-19T11:04:00Z</dcterms:created>
  <dcterms:modified xsi:type="dcterms:W3CDTF">2026-08-19T11:08:00Z</dcterms:modified>
  <cp:category/>
</cp:coreProperties>
</file>